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B323DEC" w14:textId="77777777" w:rsidR="00EF6539" w:rsidRDefault="00EF6539">
      <w:pPr>
        <w:rPr>
          <w:rFonts w:hint="eastAsia"/>
        </w:rPr>
      </w:pPr>
    </w:p>
    <w:p w14:paraId="417E5DCD" w14:textId="77777777" w:rsidR="00EF6539" w:rsidRDefault="00770422">
      <w:pPr>
        <w:spacing w:after="0"/>
        <w:rPr>
          <w:rFonts w:hint="eastAsia"/>
        </w:rPr>
      </w:pPr>
      <w:r>
        <w:rPr>
          <w:rFonts w:hint="eastAsia"/>
        </w:rPr>
        <w:pict w14:anchorId="50C60084">
          <v:shapetype id="_x0000_t202" coordsize="21600,21600" o:spt="202" path="m,l,21600r21600,l21600,xe">
            <v:stroke joinstyle="miter"/>
            <v:path gradientshapeok="t" o:connecttype="rect"/>
          </v:shapetype>
          <v:shape id="_x0000_s1044" type="#_x0000_t202" alt="" style="position:absolute;margin-left:154pt;margin-top:175.45pt;width:162.4pt;height:30.55pt;z-index:25164390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DA7145A" w14:textId="77777777" w:rsidR="00EF6539" w:rsidRDefault="00000000">
                  <w:pPr>
                    <w:rPr>
                      <w:rFonts w:hint="eastAsia"/>
                    </w:rPr>
                  </w:pPr>
                  <w:r>
                    <w:rPr>
                      <w:rFonts w:eastAsia="Sans Serif"/>
                    </w:rPr>
                    <w:t>I. 1.01 Suvirinimo gamyba. Įvadas</w:t>
                  </w:r>
                </w:p>
              </w:txbxContent>
            </v:textbox>
            <w10:wrap anchorx="page" anchory="page"/>
          </v:shape>
        </w:pict>
      </w:r>
    </w:p>
    <w:p w14:paraId="27E15DDC" w14:textId="77777777" w:rsidR="00EF6539" w:rsidRDefault="00770422">
      <w:pPr>
        <w:spacing w:after="0"/>
        <w:rPr>
          <w:rFonts w:hint="eastAsia"/>
        </w:rPr>
      </w:pPr>
      <w:r>
        <w:rPr>
          <w:rFonts w:hint="eastAsia"/>
        </w:rPr>
        <w:pict w14:anchorId="29FDD304">
          <v:shape id="_x0000_s1043" type="#_x0000_t202" alt="" style="position:absolute;margin-left:307.1pt;margin-top:355.1pt;width:82.35pt;height:16.95pt;z-index:25164492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EA21AE4" w14:textId="77777777" w:rsidR="00EF6539" w:rsidRDefault="00000000">
                  <w:pPr>
                    <w:rPr>
                      <w:rFonts w:hint="eastAsia"/>
                    </w:rPr>
                  </w:pPr>
                  <w:r>
                    <w:rPr>
                      <w:rFonts w:eastAsia="Sans Serif"/>
                    </w:rPr>
                    <w:t>Paruošė: I. Gedzevičius</w:t>
                  </w:r>
                </w:p>
              </w:txbxContent>
            </v:textbox>
            <w10:wrap anchorx="page" anchory="page"/>
          </v:shape>
        </w:pict>
      </w:r>
    </w:p>
    <w:p w14:paraId="0BDA9957" w14:textId="77777777" w:rsidR="00EF6539" w:rsidRDefault="00770422">
      <w:pPr>
        <w:spacing w:after="0"/>
        <w:rPr>
          <w:rFonts w:hint="eastAsia"/>
        </w:rPr>
      </w:pPr>
      <w:r>
        <w:rPr>
          <w:rFonts w:hint="eastAsia"/>
        </w:rPr>
        <w:pict w14:anchorId="06BAE6C1">
          <v:shape id="_x0000_s1042" type="#_x0000_t202" alt="" style="position:absolute;margin-left:191.65pt;margin-top:487.65pt;width:48.55pt;height:24.3pt;z-index:25164595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5067E68" w14:textId="77777777" w:rsidR="00EF6539" w:rsidRDefault="00000000">
                  <w:pPr>
                    <w:rPr>
                      <w:rFonts w:hint="eastAsia"/>
                    </w:rPr>
                  </w:pPr>
                  <w:r>
                    <w:rPr>
                      <w:rFonts w:eastAsia="Sans Serif"/>
                    </w:rPr>
                    <w:t>Vilnius</w:t>
                  </w:r>
                  <w:r>
                    <w:rPr>
                      <w:rFonts w:eastAsia="Sans Serif"/>
                    </w:rPr>
                    <w:br/>
                    <w:t>2007</w:t>
                  </w:r>
                </w:p>
              </w:txbxContent>
            </v:textbox>
            <w10:wrap anchorx="page" anchory="page"/>
          </v:shape>
        </w:pict>
      </w:r>
    </w:p>
    <w:p w14:paraId="5C395EF8" w14:textId="77777777" w:rsidR="00EF6539" w:rsidRDefault="00770422">
      <w:pPr>
        <w:spacing w:after="0"/>
        <w:rPr>
          <w:rFonts w:hint="eastAsia"/>
        </w:rPr>
      </w:pPr>
      <w:r>
        <w:rPr>
          <w:rFonts w:hint="eastAsia"/>
        </w:rPr>
        <w:pict w14:anchorId="1FB7701C">
          <v:shape id="_x0000_s1041" type="#_x0000_t202" alt="" style="position:absolute;margin-left:449.05pt;margin-top:62.55pt;width:361.95pt;height:144.35pt;z-index:25164697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CCCBE07" w14:textId="77777777" w:rsidR="00EF6539" w:rsidRPr="00B354BF" w:rsidRDefault="00000000">
                  <w:pPr>
                    <w:rPr>
                      <w:rFonts w:hint="eastAsia"/>
                      <w:sz w:val="15"/>
                      <w:szCs w:val="15"/>
                    </w:rPr>
                  </w:pPr>
                  <w:r w:rsidRPr="00B354BF">
                    <w:rPr>
                      <w:rFonts w:eastAsia="Sans Serif"/>
                      <w:sz w:val="15"/>
                      <w:szCs w:val="15"/>
                    </w:rPr>
                    <w:t>Turinys</w:t>
                  </w:r>
                  <w:r w:rsidRPr="00B354BF">
                    <w:rPr>
                      <w:rFonts w:eastAsia="Sans Serif"/>
                      <w:sz w:val="15"/>
                      <w:szCs w:val="15"/>
                    </w:rPr>
                    <w:br/>
                  </w:r>
                  <w:r w:rsidRPr="00B354BF">
                    <w:rPr>
                      <w:rFonts w:eastAsia="Sans Serif"/>
                      <w:sz w:val="15"/>
                      <w:szCs w:val="15"/>
                    </w:rPr>
                    <w:br/>
                    <w:t>1. Suvirinimas. Jungtys. Terminai ir iliustracijos . . . . . . . . . . . . . . . . . . . . . . . . . . . . . . . . . . . . . . . . . . . . . . . . . . .</w:t>
                  </w:r>
                  <w:r w:rsidRPr="00B354BF">
                    <w:rPr>
                      <w:rFonts w:eastAsia="Sans Serif"/>
                      <w:sz w:val="15"/>
                      <w:szCs w:val="15"/>
                    </w:rPr>
                    <w:br/>
                    <w:t>2. Jungčių paruošimo tipai............................................................................................................3</w:t>
                  </w:r>
                  <w:r w:rsidRPr="00B354BF">
                    <w:rPr>
                      <w:rFonts w:eastAsia="Sans Serif"/>
                      <w:sz w:val="15"/>
                      <w:szCs w:val="15"/>
                    </w:rPr>
                    <w:br/>
                    <w:t>3. Lydytinės siūlės........................................................................................................................8</w:t>
                  </w:r>
                  <w:r w:rsidRPr="00B354BF">
                    <w:rPr>
                      <w:rFonts w:eastAsia="Sans Serif"/>
                      <w:sz w:val="15"/>
                      <w:szCs w:val="15"/>
                    </w:rPr>
                    <w:br/>
                    <w:t>4. Slėginio suvirinimo siūlės.....................................................................................................15</w:t>
                  </w:r>
                  <w:r w:rsidRPr="00B354BF">
                    <w:rPr>
                      <w:rFonts w:eastAsia="Sans Serif"/>
                      <w:sz w:val="15"/>
                      <w:szCs w:val="15"/>
                    </w:rPr>
                    <w:br/>
                    <w:t>5. Įvairiai paruoštų ir įvairaus tipo jungčių lydytinių siūlių pavyzdžiai .......................................21</w:t>
                  </w:r>
                  <w:r w:rsidRPr="00B354BF">
                    <w:rPr>
                      <w:rFonts w:eastAsia="Sans Serif"/>
                      <w:sz w:val="15"/>
                      <w:szCs w:val="15"/>
                    </w:rPr>
                    <w:br/>
                    <w:t>6. Suvirinimo ir panašių procesų sąrašas ir nurodiniai žymenys ..................................................... 23</w:t>
                  </w:r>
                  <w:r w:rsidRPr="00B354BF">
                    <w:rPr>
                      <w:rFonts w:eastAsia="Sans Serif"/>
                      <w:sz w:val="15"/>
                      <w:szCs w:val="15"/>
                    </w:rPr>
                    <w:br/>
                    <w:t>.....................................................................................................................................29</w:t>
                  </w:r>
                  <w:r w:rsidRPr="00B354BF">
                    <w:rPr>
                      <w:rFonts w:eastAsia="Sans Serif"/>
                      <w:sz w:val="15"/>
                      <w:szCs w:val="15"/>
                    </w:rPr>
                    <w:br/>
                    <w:t>Literatūros sąrašas.....................................................................................................................32</w:t>
                  </w:r>
                </w:p>
              </w:txbxContent>
            </v:textbox>
            <w10:wrap anchorx="page" anchory="page"/>
          </v:shape>
        </w:pict>
      </w:r>
    </w:p>
    <w:p w14:paraId="1FFD2B0F" w14:textId="77777777" w:rsidR="00EF6539" w:rsidRDefault="00EF6539">
      <w:pPr>
        <w:rPr>
          <w:rFonts w:hint="eastAsia"/>
        </w:rPr>
        <w:sectPr w:rsidR="00EF6539">
          <w:pgSz w:w="16838" w:h="11906"/>
          <w:pgMar w:top="0" w:right="0" w:bottom="0" w:left="0" w:header="0" w:footer="0" w:gutter="0"/>
          <w:cols w:space="720"/>
          <w:docGrid w:linePitch="360"/>
        </w:sectPr>
      </w:pPr>
    </w:p>
    <w:p w14:paraId="4E69A58E" w14:textId="77777777" w:rsidR="00EF6539" w:rsidRDefault="00EF6539">
      <w:pPr>
        <w:rPr>
          <w:rFonts w:hint="eastAsia"/>
        </w:rPr>
      </w:pPr>
    </w:p>
    <w:p w14:paraId="460120E3" w14:textId="77777777" w:rsidR="00EF6539" w:rsidRDefault="00770422">
      <w:pPr>
        <w:spacing w:after="0"/>
        <w:rPr>
          <w:rFonts w:hint="eastAsia"/>
        </w:rPr>
      </w:pPr>
      <w:r>
        <w:rPr>
          <w:rFonts w:hint="eastAsia"/>
        </w:rPr>
        <w:pict w14:anchorId="436F51DC">
          <v:shape id="_x0000_s1040" type="#_x0000_t202" alt="" style="position:absolute;margin-left:29.75pt;margin-top:35.8pt;width:375.2pt;height:336pt;z-index:25164800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65BDCE3" w14:textId="77777777" w:rsidR="00EF6539" w:rsidRDefault="00000000">
                  <w:pPr>
                    <w:rPr>
                      <w:rFonts w:hint="eastAsia"/>
                    </w:rPr>
                  </w:pPr>
                  <w:r>
                    <w:rPr>
                      <w:rFonts w:eastAsia="Sans Serif"/>
                    </w:rPr>
                    <w:t>1. Suvirinimas. Jungtys. Terminai ir iliustracijos</w:t>
                  </w:r>
                  <w:r>
                    <w:rPr>
                      <w:rFonts w:eastAsia="Sans Serif"/>
                    </w:rPr>
                    <w:br/>
                  </w:r>
                  <w:r>
                    <w:rPr>
                      <w:rFonts w:eastAsia="Sans Serif"/>
                    </w:rPr>
                    <w:br/>
                    <w:t>Jungčių tipas ir jungčių paruošimas yra svarbūs suvirinamųjų elementų ir suvirinamųjų konstrukcijų dalykai. Jie priklauso nuo elementų storio, medžiagų, suvirinimo būdo ir suvirinimo padėties.</w:t>
                  </w:r>
                  <w:r>
                    <w:rPr>
                      <w:rFonts w:eastAsia="Sans Serif"/>
                    </w:rPr>
                    <w:br/>
                  </w:r>
                  <w:r>
                    <w:rPr>
                      <w:rFonts w:eastAsia="Sans Serif"/>
                    </w:rPr>
                    <w:br/>
                    <w:t>Lydomasis suvirinimas. Suvirinimas, kurio metu atliekamas vietinis metalo išlydymas, nenaudojant išorinės jėgos paviršiui (paviršiams) išlydyti; pridėtinis metalas paprastai naudojamas, tačiau nebūtinai.</w:t>
                  </w:r>
                  <w:r>
                    <w:rPr>
                      <w:rFonts w:eastAsia="Sans Serif"/>
                    </w:rPr>
                    <w:br/>
                  </w:r>
                  <w:r>
                    <w:rPr>
                      <w:rFonts w:eastAsia="Sans Serif"/>
                    </w:rPr>
                    <w:br/>
                    <w:t>Slėginis suvirinimas. Suvirinimas, kai didesnei ar mažesnei besiliečiančių paviršių plastinei deformacijai gauti naudojama pakankama išorinė jėga, dažniausiai be pridėtinio metalo. Jungiami paviršiai, norint atlikti ar palengvinti jų sujungimą, gali būti kaitinami.</w:t>
                  </w:r>
                  <w:r>
                    <w:rPr>
                      <w:rFonts w:eastAsia="Sans Serif"/>
                    </w:rPr>
                    <w:br/>
                  </w:r>
                  <w:r>
                    <w:rPr>
                      <w:rFonts w:eastAsia="Sans Serif"/>
                    </w:rPr>
                    <w:br/>
                    <w:t>Jungiamasis paviršius. Vieno elemento paviršius, kuris sudarant jungtį liečiasi arba gali liestis su kito elemento paviršiumi</w:t>
                  </w:r>
                  <w:r>
                    <w:rPr>
                      <w:rFonts w:eastAsia="Sans Serif"/>
                    </w:rPr>
                    <w:br/>
                  </w:r>
                  <w:r>
                    <w:rPr>
                      <w:rFonts w:eastAsia="Sans Serif"/>
                    </w:rPr>
                    <w:br/>
                    <w:t>Dalinis įvirinimas. Specialiai padarytas nevisiškas įvirinimas.</w:t>
                  </w:r>
                  <w:r>
                    <w:rPr>
                      <w:rFonts w:eastAsia="Sans Serif"/>
                    </w:rPr>
                    <w:br/>
                    <w:t>Nevisiškasis įvirinimas. Įvirinimas, mažesnis nei reikalaujama arba nurodyta.</w:t>
                  </w:r>
                  <w:r>
                    <w:rPr>
                      <w:rFonts w:eastAsia="Sans Serif"/>
                    </w:rPr>
                    <w:br/>
                    <w:t>Didžiausiasis siūlės storis. Matmuo, matuojamas tarp giliausiai įvirinto kampinės siūlės taško arba tarp sandūrinės siūlės šaknies ėjimo kraštutinio taško ir aukščiausio siūlės rumbelės taško (dažniausiai matuojama skerspjūvyje).</w:t>
                  </w:r>
                  <w:r>
                    <w:rPr>
                      <w:rFonts w:eastAsia="Sans Serif"/>
                    </w:rPr>
                    <w:br/>
                  </w:r>
                  <w:r>
                    <w:rPr>
                      <w:rFonts w:eastAsia="Sans Serif"/>
                    </w:rPr>
                    <w:br/>
                    <w:t>Projektinis siūlės storis. Projektuotojo nurodytas siūlės storis.</w:t>
                  </w:r>
                  <w:r>
                    <w:rPr>
                      <w:rFonts w:eastAsia="Sans Serif"/>
                    </w:rPr>
                    <w:br/>
                    <w:t>Realusis siūlės storis. Kampinėms siūlėms lygiašonio trikampio, kuri galima įbrėžti į galutinai pabaigtos siūlės skerspjūvį, aukštinės dydis. Sandūrinėms siūlėms - mažiausias atstumas nuo detalės paviršiaus iki įvirinimo apačios.</w:t>
                  </w:r>
                  <w:r>
                    <w:rPr>
                      <w:rFonts w:eastAsia="Sans Serif"/>
                    </w:rPr>
                    <w:br/>
                  </w:r>
                  <w:r>
                    <w:rPr>
                      <w:rFonts w:eastAsia="Sans Serif"/>
                    </w:rPr>
                    <w:br/>
                    <w:t>Efektyvusis siūlės storis. Siūlės pjūvio matmuo, kuris perduoda apkrovą Jis priklauso nuo siūlės geometrines formos ir nuo įvirinimo.</w:t>
                  </w:r>
                  <w:r>
                    <w:rPr>
                      <w:rFonts w:eastAsia="Sans Serif"/>
                    </w:rPr>
                    <w:br/>
                  </w:r>
                  <w:r>
                    <w:rPr>
                      <w:rFonts w:eastAsia="Sans Serif"/>
                    </w:rPr>
                    <w:br/>
                    <w:t>Jungčių tipai</w:t>
                  </w:r>
                  <w:r>
                    <w:rPr>
                      <w:rFonts w:eastAsia="Sans Serif"/>
                    </w:rPr>
                    <w:br/>
                  </w:r>
                  <w:r>
                    <w:rPr>
                      <w:rFonts w:eastAsia="Sans Serif"/>
                    </w:rPr>
                    <w:br/>
                    <w:t>Jungtis. Detalių arba detalių paviršių sandūra, kuri turi būti sujungta arba yra sujungta.</w:t>
                  </w:r>
                  <w:r>
                    <w:rPr>
                      <w:rFonts w:eastAsia="Sans Serif"/>
                    </w:rPr>
                    <w:br/>
                  </w:r>
                  <w:r>
                    <w:rPr>
                      <w:rFonts w:eastAsia="Sans Serif"/>
                    </w:rPr>
                    <w:br/>
                    <w:t>Jungties tipą apibrėžia sujungiamų detalių skaičius, matmenys ir jų savitarpio orientacija. 1-10 paveiksluose schemiškai pateikti pavyzdžiai su atitinkamais terminais ir paaiškinimais.</w:t>
                  </w:r>
                  <w:r>
                    <w:rPr>
                      <w:rFonts w:eastAsia="Sans Serif"/>
                    </w:rPr>
                    <w:br/>
                  </w:r>
                  <w:r>
                    <w:rPr>
                      <w:rFonts w:eastAsia="Sans Serif"/>
                    </w:rPr>
                    <w:br/>
                    <w:t>Sandūrinė jungtis. Jungties tipas, kai jungiami elementai yra vienoje plokštumoje ir tarpusavyje susiliečia.</w:t>
                  </w:r>
                </w:p>
              </w:txbxContent>
            </v:textbox>
            <w10:wrap anchorx="page" anchory="page"/>
          </v:shape>
        </w:pict>
      </w:r>
    </w:p>
    <w:p w14:paraId="34577850" w14:textId="77777777" w:rsidR="00EF6539" w:rsidRDefault="00770422">
      <w:pPr>
        <w:spacing w:after="0"/>
        <w:rPr>
          <w:rFonts w:hint="eastAsia"/>
        </w:rPr>
      </w:pPr>
      <w:r>
        <w:rPr>
          <w:rFonts w:hint="eastAsia"/>
        </w:rPr>
        <w:pict w14:anchorId="287C4BAB">
          <v:shape id="_x0000_s1039" type="#_x0000_t202" alt="" style="position:absolute;margin-left:447.4pt;margin-top:228.9pt;width:361.6pt;height:31.2pt;z-index:25164902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1B35A1F" w14:textId="77777777" w:rsidR="00EF6539" w:rsidRDefault="00000000">
                  <w:pPr>
                    <w:rPr>
                      <w:rFonts w:hint="eastAsia"/>
                    </w:rPr>
                  </w:pPr>
                  <w:r>
                    <w:rPr>
                      <w:rFonts w:eastAsia="Sans Serif"/>
                    </w:rPr>
                    <w:t>Užleistinė jungtis. Jungties tipas, kai jungiami lygiagretūs elementai tik iš dalies dengia vienas kitą.</w:t>
                  </w:r>
                </w:p>
              </w:txbxContent>
            </v:textbox>
            <w10:wrap anchorx="page" anchory="page"/>
          </v:shape>
        </w:pict>
      </w:r>
    </w:p>
    <w:p w14:paraId="1AAF525B" w14:textId="77777777" w:rsidR="00EF6539" w:rsidRDefault="00770422">
      <w:pPr>
        <w:spacing w:after="0"/>
        <w:rPr>
          <w:rFonts w:hint="eastAsia"/>
        </w:rPr>
      </w:pPr>
      <w:r>
        <w:rPr>
          <w:rFonts w:hint="eastAsia"/>
        </w:rPr>
        <w:pict w14:anchorId="4FF6FB01">
          <v:shape id="_x0000_s1038" type="#_x0000_t202" alt="" style="position:absolute;margin-left:36.15pt;margin-top:508.9pt;width:350.4pt;height:28.85pt;z-index:25165004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0978C73" w14:textId="77777777" w:rsidR="00EF6539" w:rsidRDefault="00000000">
                  <w:pPr>
                    <w:rPr>
                      <w:rFonts w:hint="eastAsia"/>
                    </w:rPr>
                  </w:pPr>
                  <w:r>
                    <w:rPr>
                      <w:rFonts w:eastAsia="Sans Serif"/>
                    </w:rPr>
                    <w:t>Lygiagrečioji jungtis. Jungties tipas, kai jungiami elementai yra tarpusavyje lygiagretūs, pvz., plakiravimas sprogimu.</w:t>
                  </w:r>
                </w:p>
              </w:txbxContent>
            </v:textbox>
            <w10:wrap anchorx="page" anchory="page"/>
          </v:shape>
        </w:pict>
      </w:r>
    </w:p>
    <w:p w14:paraId="52F736DD" w14:textId="77777777" w:rsidR="00EF6539" w:rsidRDefault="00770422">
      <w:pPr>
        <w:spacing w:after="0"/>
        <w:rPr>
          <w:rFonts w:hint="eastAsia"/>
        </w:rPr>
      </w:pPr>
      <w:r>
        <w:rPr>
          <w:rFonts w:hint="eastAsia"/>
        </w:rPr>
        <w:pict w14:anchorId="6C68822F">
          <v:shape id="_x0000_s1037" type="#_x0000_t202" alt="" style="position:absolute;margin-left:470.4pt;margin-top:435.95pt;width:309.7pt;height:23.25pt;z-index:25165107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B6ED637" w14:textId="77777777" w:rsidR="00EF6539" w:rsidRDefault="00000000">
                  <w:pPr>
                    <w:rPr>
                      <w:rFonts w:hint="eastAsia"/>
                    </w:rPr>
                  </w:pPr>
                  <w:r>
                    <w:rPr>
                      <w:rFonts w:eastAsia="Sans Serif"/>
                    </w:rPr>
                    <w:t>Tėjinė jungtis. Jungties tipas, kai jungiami elementai yra statmeni vienas kitam (T forma).</w:t>
                  </w:r>
                </w:p>
              </w:txbxContent>
            </v:textbox>
            <w10:wrap anchorx="page" anchory="page"/>
          </v:shape>
        </w:pict>
      </w:r>
    </w:p>
    <w:p w14:paraId="710092E6" w14:textId="77777777" w:rsidR="00EF6539" w:rsidRDefault="00EF6539">
      <w:pPr>
        <w:rPr>
          <w:rFonts w:hint="eastAsia"/>
        </w:rPr>
        <w:sectPr w:rsidR="00EF6539">
          <w:pgSz w:w="16838" w:h="11906"/>
          <w:pgMar w:top="0" w:right="0" w:bottom="0" w:left="0" w:header="0" w:footer="0" w:gutter="0"/>
          <w:cols w:space="720"/>
          <w:docGrid w:linePitch="360"/>
        </w:sectPr>
      </w:pPr>
    </w:p>
    <w:p w14:paraId="3E1080DC" w14:textId="77777777" w:rsidR="00EF6539" w:rsidRDefault="00EF6539">
      <w:pPr>
        <w:rPr>
          <w:rFonts w:hint="eastAsia"/>
        </w:rPr>
      </w:pPr>
    </w:p>
    <w:p w14:paraId="1A2C42C7" w14:textId="77777777" w:rsidR="00EF6539" w:rsidRDefault="00770422">
      <w:pPr>
        <w:spacing w:after="0"/>
        <w:rPr>
          <w:rFonts w:hint="eastAsia"/>
        </w:rPr>
      </w:pPr>
      <w:r>
        <w:rPr>
          <w:rFonts w:hint="eastAsia"/>
        </w:rPr>
        <w:pict w14:anchorId="7E7B6D12">
          <v:shape id="_x0000_s1036" type="#_x0000_t202" alt="" style="position:absolute;margin-left:64.3pt;margin-top:201.5pt;width:349.55pt;height:28.5pt;z-index:25165209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A4F55F5" w14:textId="77777777" w:rsidR="00EF6539" w:rsidRDefault="00000000">
                  <w:pPr>
                    <w:rPr>
                      <w:rFonts w:hint="eastAsia"/>
                    </w:rPr>
                  </w:pPr>
                  <w:r>
                    <w:rPr>
                      <w:rFonts w:eastAsia="Sans Serif"/>
                    </w:rPr>
                    <w:t>Kryžminė jungtis. Jungties tipas, kai du elementai yra toje pačioje plokštumoje, o trečiasis, esantis tarp jų, ir statmenas joms (dviguba T forma).</w:t>
                  </w:r>
                </w:p>
              </w:txbxContent>
            </v:textbox>
            <w10:wrap anchorx="page" anchory="page"/>
          </v:shape>
        </w:pict>
      </w:r>
    </w:p>
    <w:p w14:paraId="2F0A9161" w14:textId="77777777" w:rsidR="00EF6539" w:rsidRDefault="00770422">
      <w:pPr>
        <w:spacing w:after="0"/>
        <w:rPr>
          <w:rFonts w:hint="eastAsia"/>
        </w:rPr>
      </w:pPr>
      <w:r>
        <w:rPr>
          <w:rFonts w:hint="eastAsia"/>
        </w:rPr>
        <w:pict w14:anchorId="16A682FA">
          <v:shape id="_x0000_s1035" type="#_x0000_t202" alt="" style="position:absolute;margin-left:61.55pt;margin-top:369.9pt;width:317.95pt;height:19.65pt;z-index:25165312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788D777" w14:textId="77777777" w:rsidR="00EF6539" w:rsidRDefault="00000000">
                  <w:pPr>
                    <w:rPr>
                      <w:rFonts w:hint="eastAsia"/>
                    </w:rPr>
                  </w:pPr>
                  <w:r>
                    <w:rPr>
                      <w:rFonts w:eastAsia="Sans Serif"/>
                    </w:rPr>
                    <w:t>Pasviroji tęjinė jungtis. Jungties tipas, kai jungiami elementai sudaro smailųjų ir bukapių kampus.</w:t>
                  </w:r>
                </w:p>
              </w:txbxContent>
            </v:textbox>
            <w10:wrap anchorx="page" anchory="page"/>
          </v:shape>
        </w:pict>
      </w:r>
    </w:p>
    <w:p w14:paraId="4377FBD9" w14:textId="77777777" w:rsidR="00EF6539" w:rsidRDefault="00770422">
      <w:pPr>
        <w:spacing w:after="0"/>
        <w:rPr>
          <w:rFonts w:hint="eastAsia"/>
        </w:rPr>
      </w:pPr>
      <w:r>
        <w:rPr>
          <w:rFonts w:hint="eastAsia"/>
        </w:rPr>
        <w:pict w14:anchorId="430DF111">
          <v:shape id="_x0000_s1034" type="#_x0000_t202" alt="" style="position:absolute;margin-left:65.9pt;margin-top:519.8pt;width:342.9pt;height:28.4pt;z-index:25165414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FDEC951" w14:textId="77777777" w:rsidR="00EF6539" w:rsidRDefault="00000000">
                  <w:pPr>
                    <w:rPr>
                      <w:rFonts w:hint="eastAsia"/>
                    </w:rPr>
                  </w:pPr>
                  <w:r>
                    <w:rPr>
                      <w:rFonts w:eastAsia="Sans Serif"/>
                    </w:rPr>
                    <w:t>Kampinė jungtis. Jungties tipas, kai du jungiami elementai liečiasi briaunomis ir kampas tarp jų didesnis negu 30°.</w:t>
                  </w:r>
                </w:p>
              </w:txbxContent>
            </v:textbox>
            <w10:wrap anchorx="page" anchory="page"/>
          </v:shape>
        </w:pict>
      </w:r>
    </w:p>
    <w:p w14:paraId="6D0583DA" w14:textId="77777777" w:rsidR="00EF6539" w:rsidRDefault="00770422">
      <w:pPr>
        <w:spacing w:after="0"/>
        <w:rPr>
          <w:rFonts w:hint="eastAsia"/>
        </w:rPr>
      </w:pPr>
      <w:r>
        <w:rPr>
          <w:rFonts w:hint="eastAsia"/>
        </w:rPr>
        <w:pict w14:anchorId="1AF7A8D8">
          <v:shape id="_x0000_s1033" type="#_x0000_t202" alt="" style="position:absolute;margin-left:503.5pt;margin-top:336.95pt;width:309.25pt;height:27.25pt;z-index:25165516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0A7D543" w14:textId="2D601C15" w:rsidR="00EF6539" w:rsidRDefault="00000000">
                  <w:pPr>
                    <w:rPr>
                      <w:rFonts w:hint="eastAsia"/>
                    </w:rPr>
                  </w:pPr>
                  <w:r>
                    <w:rPr>
                      <w:rFonts w:eastAsia="Sans Serif"/>
                    </w:rPr>
                    <w:t>Kelių detalių jungtis. Jungties tipas, kai jungiami trys ar daugiau elementų reikiamais tarpusavio kampais.</w:t>
                  </w:r>
                </w:p>
              </w:txbxContent>
            </v:textbox>
            <w10:wrap anchorx="page" anchory="page"/>
          </v:shape>
        </w:pict>
      </w:r>
    </w:p>
    <w:p w14:paraId="07A0421A" w14:textId="77777777" w:rsidR="00EF6539" w:rsidRDefault="00770422">
      <w:pPr>
        <w:spacing w:after="0"/>
        <w:rPr>
          <w:rFonts w:hint="eastAsia"/>
        </w:rPr>
      </w:pPr>
      <w:r>
        <w:rPr>
          <w:rFonts w:hint="eastAsia"/>
        </w:rPr>
        <w:pict w14:anchorId="55141466">
          <v:shape id="_x0000_s1032" type="#_x0000_t202" alt="" style="position:absolute;margin-left:504.25pt;margin-top:197.6pt;width:316.5pt;height:31.6pt;z-index:25165619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FB9A214" w14:textId="77777777" w:rsidR="00EF6539" w:rsidRDefault="00000000">
                  <w:pPr>
                    <w:rPr>
                      <w:rFonts w:hint="eastAsia"/>
                    </w:rPr>
                  </w:pPr>
                  <w:r>
                    <w:rPr>
                      <w:rFonts w:eastAsia="Sans Serif"/>
                    </w:rPr>
                    <w:t>Briauninė jungtis. Jungties tipas, kai du jungiami elementai liečiasi briaunomis ir kampas tarp jų yra nuo 0 iki 30°.</w:t>
                  </w:r>
                </w:p>
              </w:txbxContent>
            </v:textbox>
            <w10:wrap anchorx="page" anchory="page"/>
          </v:shape>
        </w:pict>
      </w:r>
    </w:p>
    <w:p w14:paraId="2A149552" w14:textId="77777777" w:rsidR="00EF6539" w:rsidRDefault="00EF6539">
      <w:pPr>
        <w:rPr>
          <w:rFonts w:hint="eastAsia"/>
        </w:rPr>
        <w:sectPr w:rsidR="00EF6539">
          <w:pgSz w:w="16838" w:h="11906"/>
          <w:pgMar w:top="0" w:right="0" w:bottom="0" w:left="0" w:header="0" w:footer="0" w:gutter="0"/>
          <w:cols w:space="720"/>
          <w:docGrid w:linePitch="360"/>
        </w:sectPr>
      </w:pPr>
    </w:p>
    <w:p w14:paraId="72B13544" w14:textId="77777777" w:rsidR="00EF6539" w:rsidRDefault="00EF6539">
      <w:pPr>
        <w:rPr>
          <w:rFonts w:hint="eastAsia"/>
        </w:rPr>
      </w:pPr>
    </w:p>
    <w:p w14:paraId="135560AD" w14:textId="77777777" w:rsidR="00EF6539" w:rsidRDefault="00770422">
      <w:pPr>
        <w:spacing w:after="0"/>
        <w:rPr>
          <w:rFonts w:hint="eastAsia"/>
        </w:rPr>
      </w:pPr>
      <w:r>
        <w:rPr>
          <w:rFonts w:hint="eastAsia"/>
        </w:rPr>
        <w:pict w14:anchorId="62015068">
          <v:shape id="_x0000_s1031" type="#_x0000_t202" alt="" style="position:absolute;margin-left:470.85pt;margin-top:64.1pt;width:355.65pt;height:81.05pt;z-index:25165721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0BE5DD1" w14:textId="77777777" w:rsidR="00EF6539" w:rsidRDefault="00000000">
                  <w:pPr>
                    <w:rPr>
                      <w:rFonts w:hint="eastAsia"/>
                    </w:rPr>
                  </w:pPr>
                  <w:r>
                    <w:rPr>
                      <w:rFonts w:eastAsia="Sans Serif"/>
                    </w:rPr>
                    <w:t>2. Jungčių paruošimo tipai</w:t>
                  </w:r>
                  <w:r>
                    <w:rPr>
                      <w:rFonts w:eastAsia="Sans Serif"/>
                    </w:rPr>
                    <w:br/>
                  </w:r>
                  <w:r>
                    <w:rPr>
                      <w:rFonts w:eastAsia="Sans Serif"/>
                    </w:rPr>
                    <w:br/>
                    <w:t>11 - 20 paveiksluose ir 1 - 5 lentelėse iliustruojami jungčių paruošimo terminai. Žymenys paveiksluose atitinka terminus lentelėse. Linijos ir kampai žymimi skaičiais, o sritys - raidėmis, įrėmintomis kvadrate. Paveikslai yra tik iliustracijos; jie neturėtų būti taikomi techninėje braižyboje.</w:t>
                  </w:r>
                  <w:r>
                    <w:rPr>
                      <w:rFonts w:eastAsia="Sans Serif"/>
                    </w:rPr>
                    <w:br/>
                    <w:t>11 - 17 paveikslai skirti lydomojo suvirinimo jungčių paruošimo tipams, o 18 - 20 paveikslai - slėginio suvirinimo jungčių paruošimo tipams. Tam tikrais atvejais skirtinguose paveiksluose skaičiai žymi tuos pačius terminus, tačiau taip yra ne visuose paveiksluose.</w:t>
                  </w:r>
                </w:p>
              </w:txbxContent>
            </v:textbox>
            <w10:wrap anchorx="page" anchory="page"/>
          </v:shape>
        </w:pict>
      </w:r>
    </w:p>
    <w:p w14:paraId="4D6A80C6" w14:textId="77777777" w:rsidR="00EF6539" w:rsidRDefault="00770422">
      <w:pPr>
        <w:spacing w:after="0"/>
        <w:rPr>
          <w:rFonts w:hint="eastAsia"/>
        </w:rPr>
      </w:pPr>
      <w:r>
        <w:rPr>
          <w:rFonts w:hint="eastAsia"/>
        </w:rPr>
        <w:pict w14:anchorId="3FB40F41">
          <v:shape id="_x0000_s1030" type="#_x0000_t202" alt="" style="position:absolute;margin-left:97.1pt;margin-top:58pt;width:314.05pt;height:23.2pt;z-index:25165824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5377FC2" w14:textId="77777777" w:rsidR="00EF6539" w:rsidRDefault="00000000">
                  <w:pPr>
                    <w:rPr>
                      <w:rFonts w:hint="eastAsia"/>
                    </w:rPr>
                  </w:pPr>
                  <w:r>
                    <w:rPr>
                      <w:rFonts w:eastAsia="Sans Serif"/>
                    </w:rPr>
                    <w:t>Kryžmastrypė jungtis. Jungties tipas, kai du elementai (pvz. vielos) sukryžiuojami tarpusavyje.</w:t>
                  </w:r>
                </w:p>
              </w:txbxContent>
            </v:textbox>
            <w10:wrap anchorx="page" anchory="page"/>
          </v:shape>
        </w:pict>
      </w:r>
    </w:p>
    <w:p w14:paraId="09DB010D" w14:textId="77777777" w:rsidR="00EF6539" w:rsidRDefault="00EF6539">
      <w:pPr>
        <w:rPr>
          <w:rFonts w:hint="eastAsia"/>
        </w:rPr>
        <w:sectPr w:rsidR="00EF6539">
          <w:pgSz w:w="16838" w:h="11906"/>
          <w:pgMar w:top="0" w:right="0" w:bottom="0" w:left="0" w:header="0" w:footer="0" w:gutter="0"/>
          <w:cols w:space="720"/>
          <w:docGrid w:linePitch="360"/>
        </w:sectPr>
      </w:pPr>
    </w:p>
    <w:p w14:paraId="31C41063" w14:textId="77777777" w:rsidR="00EF6539" w:rsidRDefault="00EF6539">
      <w:pPr>
        <w:rPr>
          <w:rFonts w:hint="eastAsia"/>
        </w:rPr>
      </w:pPr>
    </w:p>
    <w:tbl>
      <w:tblPr>
        <w:tblStyle w:val="TableGrid"/>
        <w:tblpPr w:vertAnchor="page" w:horzAnchor="page" w:tblpX="9419" w:tblpY="1660"/>
        <w:tblW w:w="7142" w:type="dxa"/>
        <w:tblLayout w:type="fixed"/>
        <w:tblLook w:val="04A0" w:firstRow="1" w:lastRow="0" w:firstColumn="1" w:lastColumn="0" w:noHBand="0" w:noVBand="1"/>
      </w:tblPr>
      <w:tblGrid>
        <w:gridCol w:w="738"/>
        <w:gridCol w:w="2120"/>
        <w:gridCol w:w="1428"/>
        <w:gridCol w:w="1428"/>
        <w:gridCol w:w="1428"/>
      </w:tblGrid>
      <w:tr w:rsidR="00EF6539" w14:paraId="3653E369" w14:textId="77777777" w:rsidTr="00B354BF">
        <w:trPr>
          <w:trHeight w:val="296"/>
        </w:trPr>
        <w:tc>
          <w:tcPr>
            <w:tcW w:w="738" w:type="dxa"/>
          </w:tcPr>
          <w:p w14:paraId="49B57670" w14:textId="77777777" w:rsidR="00EF6539" w:rsidRDefault="00000000">
            <w:pPr>
              <w:rPr>
                <w:rFonts w:hint="eastAsia"/>
              </w:rPr>
            </w:pPr>
            <w:r>
              <w:rPr>
                <w:rFonts w:eastAsia="Sans Serif"/>
              </w:rPr>
              <w:t>Nupro-da</w:t>
            </w:r>
          </w:p>
        </w:tc>
        <w:tc>
          <w:tcPr>
            <w:tcW w:w="2120" w:type="dxa"/>
          </w:tcPr>
          <w:p w14:paraId="518D83AC" w14:textId="77777777" w:rsidR="00EF6539" w:rsidRDefault="00000000">
            <w:pPr>
              <w:rPr>
                <w:rFonts w:hint="eastAsia"/>
              </w:rPr>
            </w:pPr>
            <w:r>
              <w:rPr>
                <w:rFonts w:eastAsia="Sans Serif"/>
              </w:rPr>
              <w:t>Lietuviškai</w:t>
            </w:r>
          </w:p>
        </w:tc>
        <w:tc>
          <w:tcPr>
            <w:tcW w:w="1428" w:type="dxa"/>
          </w:tcPr>
          <w:p w14:paraId="3D014749" w14:textId="77777777" w:rsidR="00EF6539" w:rsidRDefault="00000000">
            <w:pPr>
              <w:rPr>
                <w:rFonts w:hint="eastAsia"/>
              </w:rPr>
            </w:pPr>
            <w:r>
              <w:rPr>
                <w:rFonts w:eastAsia="Sans Serif"/>
              </w:rPr>
              <w:t>English</w:t>
            </w:r>
          </w:p>
        </w:tc>
        <w:tc>
          <w:tcPr>
            <w:tcW w:w="1428" w:type="dxa"/>
          </w:tcPr>
          <w:p w14:paraId="75188146" w14:textId="77777777" w:rsidR="00EF6539" w:rsidRDefault="00000000">
            <w:pPr>
              <w:rPr>
                <w:rFonts w:hint="eastAsia"/>
              </w:rPr>
            </w:pPr>
            <w:r>
              <w:rPr>
                <w:rFonts w:eastAsia="Sans Serif"/>
              </w:rPr>
              <w:t>Français</w:t>
            </w:r>
          </w:p>
        </w:tc>
        <w:tc>
          <w:tcPr>
            <w:tcW w:w="1428" w:type="dxa"/>
          </w:tcPr>
          <w:p w14:paraId="48245EC1" w14:textId="77777777" w:rsidR="00EF6539" w:rsidRDefault="00000000">
            <w:pPr>
              <w:rPr>
                <w:rFonts w:hint="eastAsia"/>
              </w:rPr>
            </w:pPr>
            <w:r>
              <w:rPr>
                <w:rFonts w:eastAsia="Sans Serif"/>
              </w:rPr>
              <w:t>Deutsch</w:t>
            </w:r>
          </w:p>
        </w:tc>
      </w:tr>
      <w:tr w:rsidR="00EF6539" w14:paraId="6041C177" w14:textId="77777777" w:rsidTr="00B354BF">
        <w:trPr>
          <w:trHeight w:val="296"/>
        </w:trPr>
        <w:tc>
          <w:tcPr>
            <w:tcW w:w="738" w:type="dxa"/>
          </w:tcPr>
          <w:p w14:paraId="4B48100E" w14:textId="77777777" w:rsidR="00EF6539" w:rsidRDefault="00000000">
            <w:pPr>
              <w:rPr>
                <w:rFonts w:hint="eastAsia"/>
              </w:rPr>
            </w:pPr>
            <w:r>
              <w:rPr>
                <w:rFonts w:eastAsia="Sans Serif"/>
              </w:rPr>
              <w:t>A</w:t>
            </w:r>
          </w:p>
        </w:tc>
        <w:tc>
          <w:tcPr>
            <w:tcW w:w="2120" w:type="dxa"/>
          </w:tcPr>
          <w:p w14:paraId="269CCBEB" w14:textId="77777777" w:rsidR="00EF6539" w:rsidRDefault="00000000">
            <w:pPr>
              <w:rPr>
                <w:rFonts w:hint="eastAsia"/>
              </w:rPr>
            </w:pPr>
            <w:r>
              <w:rPr>
                <w:rFonts w:eastAsia="Sans Serif"/>
              </w:rPr>
              <w:t>Viršutinis paviršius</w:t>
            </w:r>
          </w:p>
        </w:tc>
        <w:tc>
          <w:tcPr>
            <w:tcW w:w="1428" w:type="dxa"/>
          </w:tcPr>
          <w:p w14:paraId="6847C040" w14:textId="77777777" w:rsidR="00EF6539" w:rsidRDefault="00000000">
            <w:pPr>
              <w:rPr>
                <w:rFonts w:hint="eastAsia"/>
              </w:rPr>
            </w:pPr>
            <w:r>
              <w:rPr>
                <w:rFonts w:eastAsia="Sans Serif"/>
              </w:rPr>
              <w:t>upper workpiece surface</w:t>
            </w:r>
          </w:p>
        </w:tc>
        <w:tc>
          <w:tcPr>
            <w:tcW w:w="1428" w:type="dxa"/>
          </w:tcPr>
          <w:p w14:paraId="23A734D6" w14:textId="77777777" w:rsidR="00EF6539" w:rsidRDefault="00000000">
            <w:pPr>
              <w:rPr>
                <w:rFonts w:hint="eastAsia"/>
              </w:rPr>
            </w:pPr>
            <w:r>
              <w:rPr>
                <w:rFonts w:eastAsia="Sans Serif"/>
              </w:rPr>
              <w:t>face supérieure de la pièce</w:t>
            </w:r>
          </w:p>
        </w:tc>
        <w:tc>
          <w:tcPr>
            <w:tcW w:w="1428" w:type="dxa"/>
          </w:tcPr>
          <w:p w14:paraId="60A2CA8F" w14:textId="77777777" w:rsidR="00EF6539" w:rsidRDefault="00000000">
            <w:pPr>
              <w:rPr>
                <w:rFonts w:hint="eastAsia"/>
              </w:rPr>
            </w:pPr>
            <w:r>
              <w:rPr>
                <w:rFonts w:eastAsia="Sans Serif"/>
              </w:rPr>
              <w:t>ober Werkstückfläche</w:t>
            </w:r>
          </w:p>
        </w:tc>
      </w:tr>
      <w:tr w:rsidR="00EF6539" w14:paraId="07C2CDA8" w14:textId="77777777" w:rsidTr="00B354BF">
        <w:trPr>
          <w:trHeight w:val="296"/>
        </w:trPr>
        <w:tc>
          <w:tcPr>
            <w:tcW w:w="738" w:type="dxa"/>
          </w:tcPr>
          <w:p w14:paraId="55A7D330" w14:textId="77777777" w:rsidR="00EF6539" w:rsidRDefault="00000000">
            <w:pPr>
              <w:rPr>
                <w:rFonts w:hint="eastAsia"/>
              </w:rPr>
            </w:pPr>
            <w:r>
              <w:rPr>
                <w:rFonts w:eastAsia="Sans Serif"/>
              </w:rPr>
              <w:t>B</w:t>
            </w:r>
          </w:p>
        </w:tc>
        <w:tc>
          <w:tcPr>
            <w:tcW w:w="2120" w:type="dxa"/>
          </w:tcPr>
          <w:p w14:paraId="225DB3ED" w14:textId="77777777" w:rsidR="00EF6539" w:rsidRDefault="00000000">
            <w:pPr>
              <w:rPr>
                <w:rFonts w:hint="eastAsia"/>
              </w:rPr>
            </w:pPr>
            <w:r>
              <w:rPr>
                <w:rFonts w:eastAsia="Sans Serif"/>
              </w:rPr>
              <w:t>Apatinis paviršius</w:t>
            </w:r>
          </w:p>
        </w:tc>
        <w:tc>
          <w:tcPr>
            <w:tcW w:w="1428" w:type="dxa"/>
          </w:tcPr>
          <w:p w14:paraId="7FCC5C9E" w14:textId="77777777" w:rsidR="00EF6539" w:rsidRDefault="00000000">
            <w:pPr>
              <w:rPr>
                <w:rFonts w:hint="eastAsia"/>
              </w:rPr>
            </w:pPr>
            <w:r>
              <w:rPr>
                <w:rFonts w:eastAsia="Sans Serif"/>
              </w:rPr>
              <w:t>reverse side</w:t>
            </w:r>
          </w:p>
        </w:tc>
        <w:tc>
          <w:tcPr>
            <w:tcW w:w="1428" w:type="dxa"/>
          </w:tcPr>
          <w:p w14:paraId="5E0A0B37" w14:textId="77777777" w:rsidR="00EF6539" w:rsidRDefault="00000000">
            <w:pPr>
              <w:rPr>
                <w:rFonts w:hint="eastAsia"/>
              </w:rPr>
            </w:pPr>
            <w:r>
              <w:rPr>
                <w:rFonts w:eastAsia="Sans Serif"/>
              </w:rPr>
              <w:t>face inférieure de la pièce</w:t>
            </w:r>
          </w:p>
        </w:tc>
        <w:tc>
          <w:tcPr>
            <w:tcW w:w="1428" w:type="dxa"/>
          </w:tcPr>
          <w:p w14:paraId="425D1386" w14:textId="77777777" w:rsidR="00EF6539" w:rsidRDefault="00000000">
            <w:pPr>
              <w:rPr>
                <w:rFonts w:hint="eastAsia"/>
              </w:rPr>
            </w:pPr>
            <w:r>
              <w:rPr>
                <w:rFonts w:eastAsia="Sans Serif"/>
              </w:rPr>
              <w:t>untere Werkstückfläche</w:t>
            </w:r>
          </w:p>
        </w:tc>
      </w:tr>
      <w:tr w:rsidR="00EF6539" w14:paraId="18328BE9" w14:textId="77777777" w:rsidTr="00B354BF">
        <w:trPr>
          <w:trHeight w:val="296"/>
        </w:trPr>
        <w:tc>
          <w:tcPr>
            <w:tcW w:w="738" w:type="dxa"/>
          </w:tcPr>
          <w:p w14:paraId="57584E91" w14:textId="77777777" w:rsidR="00EF6539" w:rsidRDefault="00000000">
            <w:pPr>
              <w:rPr>
                <w:rFonts w:hint="eastAsia"/>
              </w:rPr>
            </w:pPr>
            <w:r>
              <w:rPr>
                <w:rFonts w:eastAsia="Sans Serif"/>
              </w:rPr>
              <w:t>C</w:t>
            </w:r>
          </w:p>
        </w:tc>
        <w:tc>
          <w:tcPr>
            <w:tcW w:w="2120" w:type="dxa"/>
          </w:tcPr>
          <w:p w14:paraId="71CAF4C7" w14:textId="77777777" w:rsidR="00EF6539" w:rsidRDefault="00000000">
            <w:pPr>
              <w:rPr>
                <w:rFonts w:hint="eastAsia"/>
              </w:rPr>
            </w:pPr>
            <w:r>
              <w:rPr>
                <w:rFonts w:eastAsia="Sans Serif"/>
              </w:rPr>
              <w:t>Šoninis paviršius</w:t>
            </w:r>
          </w:p>
        </w:tc>
        <w:tc>
          <w:tcPr>
            <w:tcW w:w="1428" w:type="dxa"/>
          </w:tcPr>
          <w:p w14:paraId="121D69E9" w14:textId="77777777" w:rsidR="00EF6539" w:rsidRDefault="00000000">
            <w:pPr>
              <w:rPr>
                <w:rFonts w:hint="eastAsia"/>
              </w:rPr>
            </w:pPr>
            <w:r>
              <w:rPr>
                <w:rFonts w:eastAsia="Sans Serif"/>
              </w:rPr>
              <w:t>plate edge</w:t>
            </w:r>
          </w:p>
        </w:tc>
        <w:tc>
          <w:tcPr>
            <w:tcW w:w="1428" w:type="dxa"/>
          </w:tcPr>
          <w:p w14:paraId="0D74CD9D" w14:textId="77777777" w:rsidR="00EF6539" w:rsidRDefault="00000000">
            <w:pPr>
              <w:rPr>
                <w:rFonts w:hint="eastAsia"/>
              </w:rPr>
            </w:pPr>
            <w:r>
              <w:rPr>
                <w:rFonts w:eastAsia="Sans Serif"/>
              </w:rPr>
              <w:t>chant de la pièce</w:t>
            </w:r>
          </w:p>
        </w:tc>
        <w:tc>
          <w:tcPr>
            <w:tcW w:w="1428" w:type="dxa"/>
          </w:tcPr>
          <w:p w14:paraId="5500BBD4" w14:textId="77777777" w:rsidR="00EF6539" w:rsidRDefault="00000000">
            <w:pPr>
              <w:rPr>
                <w:rFonts w:hint="eastAsia"/>
              </w:rPr>
            </w:pPr>
            <w:r>
              <w:rPr>
                <w:rFonts w:eastAsia="Sans Serif"/>
              </w:rPr>
              <w:t>Werkstückseitenfläche</w:t>
            </w:r>
          </w:p>
        </w:tc>
      </w:tr>
      <w:tr w:rsidR="00EF6539" w14:paraId="52B04E9E" w14:textId="77777777" w:rsidTr="00B354BF">
        <w:trPr>
          <w:trHeight w:val="296"/>
        </w:trPr>
        <w:tc>
          <w:tcPr>
            <w:tcW w:w="738" w:type="dxa"/>
          </w:tcPr>
          <w:p w14:paraId="662E1F97" w14:textId="77777777" w:rsidR="00EF6539" w:rsidRDefault="00000000">
            <w:pPr>
              <w:rPr>
                <w:rFonts w:hint="eastAsia"/>
              </w:rPr>
            </w:pPr>
            <w:r>
              <w:rPr>
                <w:rFonts w:eastAsia="Sans Serif"/>
              </w:rPr>
              <w:t>D¹</w:t>
            </w:r>
          </w:p>
        </w:tc>
        <w:tc>
          <w:tcPr>
            <w:tcW w:w="2120" w:type="dxa"/>
          </w:tcPr>
          <w:p w14:paraId="127EDBAB" w14:textId="77777777" w:rsidR="00EF6539" w:rsidRDefault="00000000">
            <w:pPr>
              <w:rPr>
                <w:rFonts w:hint="eastAsia"/>
              </w:rPr>
            </w:pPr>
            <w:r>
              <w:rPr>
                <w:rFonts w:eastAsia="Sans Serif"/>
              </w:rPr>
              <w:t>Lydomasis paviršius (nenušklembtas)</w:t>
            </w:r>
          </w:p>
        </w:tc>
        <w:tc>
          <w:tcPr>
            <w:tcW w:w="1428" w:type="dxa"/>
          </w:tcPr>
          <w:p w14:paraId="27BDF39B" w14:textId="77777777" w:rsidR="00EF6539" w:rsidRDefault="00000000">
            <w:pPr>
              <w:rPr>
                <w:rFonts w:hint="eastAsia"/>
              </w:rPr>
            </w:pPr>
            <w:r>
              <w:rPr>
                <w:rFonts w:eastAsia="Sans Serif"/>
              </w:rPr>
              <w:t>fusion face (unprepared)</w:t>
            </w:r>
          </w:p>
        </w:tc>
        <w:tc>
          <w:tcPr>
            <w:tcW w:w="1428" w:type="dxa"/>
          </w:tcPr>
          <w:p w14:paraId="3D375BE6" w14:textId="77777777" w:rsidR="00EF6539" w:rsidRDefault="00000000">
            <w:pPr>
              <w:rPr>
                <w:rFonts w:hint="eastAsia"/>
              </w:rPr>
            </w:pPr>
            <w:r>
              <w:rPr>
                <w:rFonts w:eastAsia="Sans Serif"/>
              </w:rPr>
              <w:t>face à souder</w:t>
            </w:r>
          </w:p>
        </w:tc>
        <w:tc>
          <w:tcPr>
            <w:tcW w:w="1428" w:type="dxa"/>
          </w:tcPr>
          <w:p w14:paraId="0FCD5130" w14:textId="77777777" w:rsidR="00EF6539" w:rsidRDefault="00000000">
            <w:pPr>
              <w:rPr>
                <w:rFonts w:hint="eastAsia"/>
              </w:rPr>
            </w:pPr>
            <w:r>
              <w:rPr>
                <w:rFonts w:eastAsia="Sans Serif"/>
              </w:rPr>
              <w:t>Stirnfläche</w:t>
            </w:r>
          </w:p>
        </w:tc>
      </w:tr>
      <w:tr w:rsidR="00EF6539" w14:paraId="609A214D" w14:textId="77777777" w:rsidTr="00B354BF">
        <w:trPr>
          <w:trHeight w:val="296"/>
        </w:trPr>
        <w:tc>
          <w:tcPr>
            <w:tcW w:w="738" w:type="dxa"/>
          </w:tcPr>
          <w:p w14:paraId="50C4D55F" w14:textId="77777777" w:rsidR="00EF6539" w:rsidRDefault="00000000">
            <w:pPr>
              <w:rPr>
                <w:rFonts w:hint="eastAsia"/>
              </w:rPr>
            </w:pPr>
            <w:r>
              <w:rPr>
                <w:rFonts w:eastAsia="Sans Serif"/>
              </w:rPr>
              <w:t>E¹</w:t>
            </w:r>
          </w:p>
        </w:tc>
        <w:tc>
          <w:tcPr>
            <w:tcW w:w="2120" w:type="dxa"/>
          </w:tcPr>
          <w:p w14:paraId="2A3A6C6A" w14:textId="77777777" w:rsidR="00EF6539" w:rsidRDefault="00000000">
            <w:pPr>
              <w:rPr>
                <w:rFonts w:hint="eastAsia"/>
              </w:rPr>
            </w:pPr>
            <w:r>
              <w:rPr>
                <w:rFonts w:eastAsia="Sans Serif"/>
              </w:rPr>
              <w:t>Lydomasis paviršius (nusklembtas)</w:t>
            </w:r>
          </w:p>
        </w:tc>
        <w:tc>
          <w:tcPr>
            <w:tcW w:w="1428" w:type="dxa"/>
          </w:tcPr>
          <w:p w14:paraId="1E5DDC40" w14:textId="77777777" w:rsidR="00EF6539" w:rsidRDefault="00000000">
            <w:pPr>
              <w:rPr>
                <w:rFonts w:hint="eastAsia"/>
              </w:rPr>
            </w:pPr>
            <w:r>
              <w:rPr>
                <w:rFonts w:eastAsia="Sans Serif"/>
              </w:rPr>
              <w:t>fusion face (prepared)</w:t>
            </w:r>
          </w:p>
        </w:tc>
        <w:tc>
          <w:tcPr>
            <w:tcW w:w="1428" w:type="dxa"/>
          </w:tcPr>
          <w:p w14:paraId="11D75081" w14:textId="77777777" w:rsidR="00EF6539" w:rsidRDefault="00000000">
            <w:pPr>
              <w:rPr>
                <w:rFonts w:hint="eastAsia"/>
              </w:rPr>
            </w:pPr>
            <w:r>
              <w:rPr>
                <w:rFonts w:eastAsia="Sans Serif"/>
              </w:rPr>
              <w:t>face du chanfrein</w:t>
            </w:r>
          </w:p>
        </w:tc>
        <w:tc>
          <w:tcPr>
            <w:tcW w:w="1428" w:type="dxa"/>
          </w:tcPr>
          <w:p w14:paraId="0C3822C2" w14:textId="77777777" w:rsidR="00EF6539" w:rsidRDefault="00000000">
            <w:pPr>
              <w:rPr>
                <w:rFonts w:hint="eastAsia"/>
              </w:rPr>
            </w:pPr>
            <w:r>
              <w:rPr>
                <w:rFonts w:eastAsia="Sans Serif"/>
              </w:rPr>
              <w:t>Fugenflanke</w:t>
            </w:r>
          </w:p>
        </w:tc>
      </w:tr>
      <w:tr w:rsidR="00EF6539" w14:paraId="060FE9DC" w14:textId="77777777" w:rsidTr="00B354BF">
        <w:trPr>
          <w:trHeight w:val="296"/>
        </w:trPr>
        <w:tc>
          <w:tcPr>
            <w:tcW w:w="738" w:type="dxa"/>
          </w:tcPr>
          <w:p w14:paraId="13FC62FD" w14:textId="77777777" w:rsidR="00EF6539" w:rsidRDefault="00000000">
            <w:pPr>
              <w:rPr>
                <w:rFonts w:hint="eastAsia"/>
              </w:rPr>
            </w:pPr>
            <w:r>
              <w:rPr>
                <w:rFonts w:eastAsia="Sans Serif"/>
              </w:rPr>
              <w:t>F</w:t>
            </w:r>
          </w:p>
        </w:tc>
        <w:tc>
          <w:tcPr>
            <w:tcW w:w="2120" w:type="dxa"/>
          </w:tcPr>
          <w:p w14:paraId="546E397C" w14:textId="77777777" w:rsidR="00EF6539" w:rsidRDefault="00000000">
            <w:pPr>
              <w:rPr>
                <w:rFonts w:hint="eastAsia"/>
              </w:rPr>
            </w:pPr>
            <w:r>
              <w:rPr>
                <w:rFonts w:eastAsia="Sans Serif"/>
              </w:rPr>
              <w:t>Šaknies briaunėlė</w:t>
            </w:r>
          </w:p>
        </w:tc>
        <w:tc>
          <w:tcPr>
            <w:tcW w:w="1428" w:type="dxa"/>
          </w:tcPr>
          <w:p w14:paraId="23A01F05" w14:textId="77777777" w:rsidR="00EF6539" w:rsidRDefault="00000000">
            <w:pPr>
              <w:rPr>
                <w:rFonts w:hint="eastAsia"/>
              </w:rPr>
            </w:pPr>
            <w:r>
              <w:rPr>
                <w:rFonts w:eastAsia="Sans Serif"/>
              </w:rPr>
              <w:t>root face</w:t>
            </w:r>
          </w:p>
        </w:tc>
        <w:tc>
          <w:tcPr>
            <w:tcW w:w="1428" w:type="dxa"/>
          </w:tcPr>
          <w:p w14:paraId="50D2B58B" w14:textId="77777777" w:rsidR="00EF6539" w:rsidRDefault="00000000">
            <w:pPr>
              <w:rPr>
                <w:rFonts w:hint="eastAsia"/>
              </w:rPr>
            </w:pPr>
            <w:r>
              <w:rPr>
                <w:rFonts w:eastAsia="Sans Serif"/>
              </w:rPr>
              <w:t>méplat, face du méplat</w:t>
            </w:r>
          </w:p>
        </w:tc>
        <w:tc>
          <w:tcPr>
            <w:tcW w:w="1428" w:type="dxa"/>
          </w:tcPr>
          <w:p w14:paraId="3E8B6E36" w14:textId="77777777" w:rsidR="00EF6539" w:rsidRDefault="00000000">
            <w:pPr>
              <w:rPr>
                <w:rFonts w:hint="eastAsia"/>
              </w:rPr>
            </w:pPr>
            <w:r>
              <w:rPr>
                <w:rFonts w:eastAsia="Sans Serif"/>
              </w:rPr>
              <w:t>Stegflanke</w:t>
            </w:r>
          </w:p>
        </w:tc>
      </w:tr>
      <w:tr w:rsidR="00EF6539" w14:paraId="0DD0B79E" w14:textId="77777777" w:rsidTr="00B354BF">
        <w:trPr>
          <w:trHeight w:val="296"/>
        </w:trPr>
        <w:tc>
          <w:tcPr>
            <w:tcW w:w="738" w:type="dxa"/>
          </w:tcPr>
          <w:p w14:paraId="2B8B410A" w14:textId="77777777" w:rsidR="00EF6539" w:rsidRDefault="00000000">
            <w:pPr>
              <w:rPr>
                <w:rFonts w:hint="eastAsia"/>
              </w:rPr>
            </w:pPr>
            <w:r>
              <w:rPr>
                <w:rFonts w:eastAsia="Sans Serif"/>
              </w:rPr>
              <w:t>X</w:t>
            </w:r>
          </w:p>
        </w:tc>
        <w:tc>
          <w:tcPr>
            <w:tcW w:w="2120" w:type="dxa"/>
          </w:tcPr>
          <w:p w14:paraId="184AE53E" w14:textId="77777777" w:rsidR="00EF6539" w:rsidRDefault="00000000">
            <w:pPr>
              <w:rPr>
                <w:rFonts w:hint="eastAsia"/>
              </w:rPr>
            </w:pPr>
            <w:r>
              <w:rPr>
                <w:rFonts w:eastAsia="Sans Serif"/>
              </w:rPr>
              <w:t>Siūlės padėklas</w:t>
            </w:r>
          </w:p>
        </w:tc>
        <w:tc>
          <w:tcPr>
            <w:tcW w:w="1428" w:type="dxa"/>
          </w:tcPr>
          <w:p w14:paraId="0C492F61" w14:textId="77777777" w:rsidR="00EF6539" w:rsidRDefault="00000000">
            <w:pPr>
              <w:rPr>
                <w:rFonts w:hint="eastAsia"/>
              </w:rPr>
            </w:pPr>
            <w:r>
              <w:rPr>
                <w:rFonts w:eastAsia="Sans Serif"/>
              </w:rPr>
              <w:t>weld pool backing</w:t>
            </w:r>
          </w:p>
        </w:tc>
        <w:tc>
          <w:tcPr>
            <w:tcW w:w="1428" w:type="dxa"/>
          </w:tcPr>
          <w:p w14:paraId="6EAB4406" w14:textId="77777777" w:rsidR="00EF6539" w:rsidRDefault="00000000">
            <w:pPr>
              <w:rPr>
                <w:rFonts w:hint="eastAsia"/>
              </w:rPr>
            </w:pPr>
            <w:r>
              <w:rPr>
                <w:rFonts w:eastAsia="Sans Serif"/>
              </w:rPr>
              <w:t>latte-support</w:t>
            </w:r>
          </w:p>
        </w:tc>
        <w:tc>
          <w:tcPr>
            <w:tcW w:w="1428" w:type="dxa"/>
          </w:tcPr>
          <w:p w14:paraId="3B5D8554" w14:textId="77777777" w:rsidR="00EF6539" w:rsidRDefault="00000000">
            <w:pPr>
              <w:rPr>
                <w:rFonts w:hint="eastAsia"/>
              </w:rPr>
            </w:pPr>
            <w:r>
              <w:rPr>
                <w:rFonts w:eastAsia="Sans Serif"/>
              </w:rPr>
              <w:t>Schweißbadsicherung</w:t>
            </w:r>
          </w:p>
        </w:tc>
      </w:tr>
      <w:tr w:rsidR="00EF6539" w14:paraId="1A0D460E" w14:textId="77777777" w:rsidTr="00B354BF">
        <w:trPr>
          <w:trHeight w:val="296"/>
        </w:trPr>
        <w:tc>
          <w:tcPr>
            <w:tcW w:w="738" w:type="dxa"/>
          </w:tcPr>
          <w:p w14:paraId="1B20E28C" w14:textId="77777777" w:rsidR="00EF6539" w:rsidRDefault="00000000">
            <w:pPr>
              <w:rPr>
                <w:rFonts w:hint="eastAsia"/>
              </w:rPr>
            </w:pPr>
            <w:r>
              <w:rPr>
                <w:rFonts w:eastAsia="Sans Serif"/>
              </w:rPr>
              <w:t>1</w:t>
            </w:r>
          </w:p>
        </w:tc>
        <w:tc>
          <w:tcPr>
            <w:tcW w:w="2120" w:type="dxa"/>
          </w:tcPr>
          <w:p w14:paraId="579FC689" w14:textId="77777777" w:rsidR="00EF6539" w:rsidRDefault="00000000">
            <w:pPr>
              <w:rPr>
                <w:rFonts w:hint="eastAsia"/>
              </w:rPr>
            </w:pPr>
            <w:r>
              <w:rPr>
                <w:rFonts w:eastAsia="Sans Serif"/>
              </w:rPr>
              <w:t>Plokštės storis</w:t>
            </w:r>
          </w:p>
        </w:tc>
        <w:tc>
          <w:tcPr>
            <w:tcW w:w="1428" w:type="dxa"/>
          </w:tcPr>
          <w:p w14:paraId="27906005" w14:textId="77777777" w:rsidR="00EF6539" w:rsidRDefault="00000000">
            <w:pPr>
              <w:rPr>
                <w:rFonts w:hint="eastAsia"/>
              </w:rPr>
            </w:pPr>
            <w:r>
              <w:rPr>
                <w:rFonts w:eastAsia="Sans Serif"/>
              </w:rPr>
              <w:t>plate thickness</w:t>
            </w:r>
          </w:p>
        </w:tc>
        <w:tc>
          <w:tcPr>
            <w:tcW w:w="1428" w:type="dxa"/>
          </w:tcPr>
          <w:p w14:paraId="68C06905" w14:textId="77777777" w:rsidR="00EF6539" w:rsidRDefault="00000000">
            <w:pPr>
              <w:rPr>
                <w:rFonts w:hint="eastAsia"/>
              </w:rPr>
            </w:pPr>
            <w:r>
              <w:rPr>
                <w:rFonts w:eastAsia="Sans Serif"/>
              </w:rPr>
              <w:t>épaisseur de la pièce</w:t>
            </w:r>
          </w:p>
        </w:tc>
        <w:tc>
          <w:tcPr>
            <w:tcW w:w="1428" w:type="dxa"/>
          </w:tcPr>
          <w:p w14:paraId="3889D06A" w14:textId="77777777" w:rsidR="00EF6539" w:rsidRDefault="00000000">
            <w:pPr>
              <w:rPr>
                <w:rFonts w:hint="eastAsia"/>
              </w:rPr>
            </w:pPr>
            <w:r>
              <w:rPr>
                <w:rFonts w:eastAsia="Sans Serif"/>
              </w:rPr>
              <w:t>Werkstückdicke</w:t>
            </w:r>
          </w:p>
        </w:tc>
      </w:tr>
      <w:tr w:rsidR="00EF6539" w14:paraId="3895BFF7" w14:textId="77777777" w:rsidTr="00B354BF">
        <w:trPr>
          <w:trHeight w:val="296"/>
        </w:trPr>
        <w:tc>
          <w:tcPr>
            <w:tcW w:w="738" w:type="dxa"/>
          </w:tcPr>
          <w:p w14:paraId="0A454EDF" w14:textId="77777777" w:rsidR="00EF6539" w:rsidRDefault="00000000">
            <w:pPr>
              <w:rPr>
                <w:rFonts w:hint="eastAsia"/>
              </w:rPr>
            </w:pPr>
            <w:r>
              <w:rPr>
                <w:rFonts w:eastAsia="Sans Serif"/>
              </w:rPr>
              <w:t>3</w:t>
            </w:r>
          </w:p>
        </w:tc>
        <w:tc>
          <w:tcPr>
            <w:tcW w:w="2120" w:type="dxa"/>
          </w:tcPr>
          <w:p w14:paraId="1FEF74F0" w14:textId="77777777" w:rsidR="00EF6539" w:rsidRDefault="00000000">
            <w:pPr>
              <w:rPr>
                <w:rFonts w:hint="eastAsia"/>
              </w:rPr>
            </w:pPr>
            <w:r>
              <w:rPr>
                <w:rFonts w:eastAsia="Sans Serif"/>
              </w:rPr>
              <w:t>Šoninė kraštinė</w:t>
            </w:r>
          </w:p>
        </w:tc>
        <w:tc>
          <w:tcPr>
            <w:tcW w:w="1428" w:type="dxa"/>
          </w:tcPr>
          <w:p w14:paraId="4065F04E" w14:textId="77777777" w:rsidR="00EF6539" w:rsidRDefault="00000000">
            <w:pPr>
              <w:rPr>
                <w:rFonts w:hint="eastAsia"/>
              </w:rPr>
            </w:pPr>
            <w:r>
              <w:rPr>
                <w:rFonts w:eastAsia="Sans Serif"/>
              </w:rPr>
              <w:t>side edge of workpiece</w:t>
            </w:r>
          </w:p>
        </w:tc>
        <w:tc>
          <w:tcPr>
            <w:tcW w:w="1428" w:type="dxa"/>
          </w:tcPr>
          <w:p w14:paraId="21C0C75D" w14:textId="77777777" w:rsidR="00EF6539" w:rsidRDefault="00000000">
            <w:pPr>
              <w:rPr>
                <w:rFonts w:hint="eastAsia"/>
              </w:rPr>
            </w:pPr>
            <w:r>
              <w:rPr>
                <w:rFonts w:eastAsia="Sans Serif"/>
              </w:rPr>
              <w:t>arête latérale de la pièce</w:t>
            </w:r>
          </w:p>
        </w:tc>
        <w:tc>
          <w:tcPr>
            <w:tcW w:w="1428" w:type="dxa"/>
          </w:tcPr>
          <w:p w14:paraId="7BAD0B41" w14:textId="77777777" w:rsidR="00EF6539" w:rsidRDefault="00000000">
            <w:pPr>
              <w:rPr>
                <w:rFonts w:hint="eastAsia"/>
              </w:rPr>
            </w:pPr>
            <w:r>
              <w:rPr>
                <w:rFonts w:eastAsia="Sans Serif"/>
              </w:rPr>
              <w:t>Werkstückseitenkante</w:t>
            </w:r>
          </w:p>
        </w:tc>
      </w:tr>
      <w:tr w:rsidR="00EF6539" w14:paraId="7A3F120C" w14:textId="77777777" w:rsidTr="00B354BF">
        <w:trPr>
          <w:trHeight w:val="296"/>
        </w:trPr>
        <w:tc>
          <w:tcPr>
            <w:tcW w:w="738" w:type="dxa"/>
          </w:tcPr>
          <w:p w14:paraId="63F22A3D" w14:textId="77777777" w:rsidR="00EF6539" w:rsidRDefault="00000000">
            <w:pPr>
              <w:rPr>
                <w:rFonts w:hint="eastAsia"/>
              </w:rPr>
            </w:pPr>
            <w:r>
              <w:rPr>
                <w:rFonts w:eastAsia="Sans Serif"/>
              </w:rPr>
              <w:t>4¹</w:t>
            </w:r>
          </w:p>
        </w:tc>
        <w:tc>
          <w:tcPr>
            <w:tcW w:w="2120" w:type="dxa"/>
          </w:tcPr>
          <w:p w14:paraId="5C4B5940" w14:textId="77777777" w:rsidR="00EF6539" w:rsidRDefault="00000000">
            <w:pPr>
              <w:rPr>
                <w:rFonts w:hint="eastAsia"/>
              </w:rPr>
            </w:pPr>
            <w:r>
              <w:rPr>
                <w:rFonts w:eastAsia="Sans Serif"/>
              </w:rPr>
              <w:t>Tarpelis tarp briaunų</w:t>
            </w:r>
          </w:p>
        </w:tc>
        <w:tc>
          <w:tcPr>
            <w:tcW w:w="1428" w:type="dxa"/>
          </w:tcPr>
          <w:p w14:paraId="51ABC617" w14:textId="77777777" w:rsidR="00EF6539" w:rsidRDefault="00000000">
            <w:pPr>
              <w:rPr>
                <w:rFonts w:hint="eastAsia"/>
              </w:rPr>
            </w:pPr>
            <w:r>
              <w:rPr>
                <w:rFonts w:eastAsia="Sans Serif"/>
              </w:rPr>
              <w:t>root gap</w:t>
            </w:r>
          </w:p>
        </w:tc>
        <w:tc>
          <w:tcPr>
            <w:tcW w:w="1428" w:type="dxa"/>
          </w:tcPr>
          <w:p w14:paraId="45DB3207" w14:textId="77777777" w:rsidR="00EF6539" w:rsidRDefault="00000000">
            <w:pPr>
              <w:rPr>
                <w:rFonts w:hint="eastAsia"/>
              </w:rPr>
            </w:pPr>
            <w:r>
              <w:rPr>
                <w:rFonts w:eastAsia="Sans Serif"/>
              </w:rPr>
              <w:t>écartement des bords</w:t>
            </w:r>
          </w:p>
        </w:tc>
        <w:tc>
          <w:tcPr>
            <w:tcW w:w="1428" w:type="dxa"/>
          </w:tcPr>
          <w:p w14:paraId="051B0FF0" w14:textId="77777777" w:rsidR="00EF6539" w:rsidRDefault="00000000">
            <w:pPr>
              <w:rPr>
                <w:rFonts w:hint="eastAsia"/>
              </w:rPr>
            </w:pPr>
            <w:r>
              <w:rPr>
                <w:rFonts w:eastAsia="Sans Serif"/>
              </w:rPr>
              <w:t>Stirnflächenabstand</w:t>
            </w:r>
          </w:p>
        </w:tc>
      </w:tr>
      <w:tr w:rsidR="00EF6539" w14:paraId="467C6D25" w14:textId="77777777" w:rsidTr="00B354BF">
        <w:trPr>
          <w:trHeight w:val="296"/>
        </w:trPr>
        <w:tc>
          <w:tcPr>
            <w:tcW w:w="738" w:type="dxa"/>
          </w:tcPr>
          <w:p w14:paraId="60A44879" w14:textId="77777777" w:rsidR="00EF6539" w:rsidRDefault="00000000">
            <w:pPr>
              <w:rPr>
                <w:rFonts w:hint="eastAsia"/>
              </w:rPr>
            </w:pPr>
            <w:r>
              <w:rPr>
                <w:rFonts w:eastAsia="Sans Serif"/>
              </w:rPr>
              <w:t>5</w:t>
            </w:r>
          </w:p>
        </w:tc>
        <w:tc>
          <w:tcPr>
            <w:tcW w:w="2120" w:type="dxa"/>
          </w:tcPr>
          <w:p w14:paraId="197D3C60" w14:textId="77777777" w:rsidR="00EF6539" w:rsidRDefault="00000000">
            <w:pPr>
              <w:rPr>
                <w:rFonts w:hint="eastAsia"/>
              </w:rPr>
            </w:pPr>
            <w:r>
              <w:rPr>
                <w:rFonts w:eastAsia="Sans Serif"/>
              </w:rPr>
              <w:t>Jungties išilginė kraštinė</w:t>
            </w:r>
          </w:p>
        </w:tc>
        <w:tc>
          <w:tcPr>
            <w:tcW w:w="1428" w:type="dxa"/>
          </w:tcPr>
          <w:p w14:paraId="7481F05C" w14:textId="77777777" w:rsidR="00EF6539" w:rsidRDefault="00000000">
            <w:pPr>
              <w:rPr>
                <w:rFonts w:hint="eastAsia"/>
              </w:rPr>
            </w:pPr>
            <w:r>
              <w:rPr>
                <w:rFonts w:eastAsia="Sans Serif"/>
              </w:rPr>
              <w:t>side of gap face</w:t>
            </w:r>
          </w:p>
        </w:tc>
        <w:tc>
          <w:tcPr>
            <w:tcW w:w="1428" w:type="dxa"/>
          </w:tcPr>
          <w:p w14:paraId="37EEF02F" w14:textId="77777777" w:rsidR="00EF6539" w:rsidRDefault="00000000">
            <w:pPr>
              <w:rPr>
                <w:rFonts w:hint="eastAsia"/>
              </w:rPr>
            </w:pPr>
            <w:r>
              <w:rPr>
                <w:rFonts w:eastAsia="Sans Serif"/>
              </w:rPr>
              <w:t>arête longitudinale du joint</w:t>
            </w:r>
          </w:p>
        </w:tc>
        <w:tc>
          <w:tcPr>
            <w:tcW w:w="1428" w:type="dxa"/>
          </w:tcPr>
          <w:p w14:paraId="6481112A" w14:textId="77777777" w:rsidR="00EF6539" w:rsidRDefault="00000000">
            <w:pPr>
              <w:rPr>
                <w:rFonts w:hint="eastAsia"/>
              </w:rPr>
            </w:pPr>
            <w:r>
              <w:rPr>
                <w:rFonts w:eastAsia="Sans Serif"/>
              </w:rPr>
              <w:t>Stirnlangskante</w:t>
            </w:r>
          </w:p>
        </w:tc>
      </w:tr>
      <w:tr w:rsidR="00EF6539" w14:paraId="33EB5472" w14:textId="77777777" w:rsidTr="00B354BF">
        <w:trPr>
          <w:trHeight w:val="296"/>
        </w:trPr>
        <w:tc>
          <w:tcPr>
            <w:tcW w:w="738" w:type="dxa"/>
          </w:tcPr>
          <w:p w14:paraId="2E740C12" w14:textId="77777777" w:rsidR="00EF6539" w:rsidRDefault="00000000">
            <w:pPr>
              <w:rPr>
                <w:rFonts w:hint="eastAsia"/>
              </w:rPr>
            </w:pPr>
            <w:r>
              <w:rPr>
                <w:rFonts w:eastAsia="Sans Serif"/>
              </w:rPr>
              <w:t>6</w:t>
            </w:r>
          </w:p>
        </w:tc>
        <w:tc>
          <w:tcPr>
            <w:tcW w:w="2120" w:type="dxa"/>
          </w:tcPr>
          <w:p w14:paraId="34FFCA08" w14:textId="77777777" w:rsidR="00EF6539" w:rsidRDefault="00000000">
            <w:pPr>
              <w:rPr>
                <w:rFonts w:hint="eastAsia"/>
              </w:rPr>
            </w:pPr>
            <w:r>
              <w:rPr>
                <w:rFonts w:eastAsia="Sans Serif"/>
              </w:rPr>
              <w:t>Šoninė kraštinė</w:t>
            </w:r>
          </w:p>
        </w:tc>
        <w:tc>
          <w:tcPr>
            <w:tcW w:w="1428" w:type="dxa"/>
          </w:tcPr>
          <w:p w14:paraId="53F67749" w14:textId="77777777" w:rsidR="00EF6539" w:rsidRDefault="00000000">
            <w:pPr>
              <w:rPr>
                <w:rFonts w:hint="eastAsia"/>
              </w:rPr>
            </w:pPr>
            <w:r>
              <w:rPr>
                <w:rFonts w:eastAsia="Sans Serif"/>
              </w:rPr>
              <w:t>side of fusion face</w:t>
            </w:r>
          </w:p>
        </w:tc>
        <w:tc>
          <w:tcPr>
            <w:tcW w:w="1428" w:type="dxa"/>
          </w:tcPr>
          <w:p w14:paraId="314B1851" w14:textId="77777777" w:rsidR="00EF6539" w:rsidRDefault="00000000">
            <w:pPr>
              <w:rPr>
                <w:rFonts w:hint="eastAsia"/>
              </w:rPr>
            </w:pPr>
            <w:r>
              <w:rPr>
                <w:rFonts w:eastAsia="Sans Serif"/>
              </w:rPr>
              <w:t>arête latérale du joint</w:t>
            </w:r>
          </w:p>
        </w:tc>
        <w:tc>
          <w:tcPr>
            <w:tcW w:w="1428" w:type="dxa"/>
          </w:tcPr>
          <w:p w14:paraId="28F0AB60" w14:textId="77777777" w:rsidR="00EF6539" w:rsidRDefault="00000000">
            <w:pPr>
              <w:rPr>
                <w:rFonts w:hint="eastAsia"/>
              </w:rPr>
            </w:pPr>
            <w:r>
              <w:rPr>
                <w:rFonts w:eastAsia="Sans Serif"/>
              </w:rPr>
              <w:t>Stirnseitenkante</w:t>
            </w:r>
          </w:p>
        </w:tc>
      </w:tr>
      <w:tr w:rsidR="00EF6539" w14:paraId="4F89DE22" w14:textId="77777777" w:rsidTr="00B354BF">
        <w:trPr>
          <w:trHeight w:val="296"/>
        </w:trPr>
        <w:tc>
          <w:tcPr>
            <w:tcW w:w="738" w:type="dxa"/>
          </w:tcPr>
          <w:p w14:paraId="661379B2" w14:textId="77777777" w:rsidR="00EF6539" w:rsidRDefault="00000000">
            <w:pPr>
              <w:rPr>
                <w:rFonts w:hint="eastAsia"/>
              </w:rPr>
            </w:pPr>
            <w:r>
              <w:rPr>
                <w:rFonts w:eastAsia="Sans Serif"/>
              </w:rPr>
              <w:t>7</w:t>
            </w:r>
          </w:p>
        </w:tc>
        <w:tc>
          <w:tcPr>
            <w:tcW w:w="2120" w:type="dxa"/>
          </w:tcPr>
          <w:p w14:paraId="14308B2B" w14:textId="77777777" w:rsidR="00EF6539" w:rsidRDefault="00000000">
            <w:pPr>
              <w:rPr>
                <w:rFonts w:hint="eastAsia"/>
              </w:rPr>
            </w:pPr>
            <w:r>
              <w:rPr>
                <w:rFonts w:eastAsia="Sans Serif"/>
              </w:rPr>
              <w:t>Jungties ilgis</w:t>
            </w:r>
          </w:p>
        </w:tc>
        <w:tc>
          <w:tcPr>
            <w:tcW w:w="1428" w:type="dxa"/>
          </w:tcPr>
          <w:p w14:paraId="25579A82" w14:textId="77777777" w:rsidR="00EF6539" w:rsidRDefault="00000000">
            <w:pPr>
              <w:rPr>
                <w:rFonts w:hint="eastAsia"/>
              </w:rPr>
            </w:pPr>
            <w:r>
              <w:rPr>
                <w:rFonts w:eastAsia="Sans Serif"/>
              </w:rPr>
              <w:t>joint length</w:t>
            </w:r>
          </w:p>
        </w:tc>
        <w:tc>
          <w:tcPr>
            <w:tcW w:w="1428" w:type="dxa"/>
          </w:tcPr>
          <w:p w14:paraId="2CCF354F" w14:textId="77777777" w:rsidR="00EF6539" w:rsidRDefault="00000000">
            <w:pPr>
              <w:rPr>
                <w:rFonts w:hint="eastAsia"/>
              </w:rPr>
            </w:pPr>
            <w:r>
              <w:rPr>
                <w:rFonts w:eastAsia="Sans Serif"/>
              </w:rPr>
              <w:t>longueur du joint</w:t>
            </w:r>
          </w:p>
        </w:tc>
        <w:tc>
          <w:tcPr>
            <w:tcW w:w="1428" w:type="dxa"/>
          </w:tcPr>
          <w:p w14:paraId="243CE780" w14:textId="77777777" w:rsidR="00EF6539" w:rsidRDefault="00000000">
            <w:pPr>
              <w:rPr>
                <w:rFonts w:hint="eastAsia"/>
              </w:rPr>
            </w:pPr>
            <w:r>
              <w:rPr>
                <w:rFonts w:eastAsia="Sans Serif"/>
              </w:rPr>
              <w:t>Fugenlange</w:t>
            </w:r>
          </w:p>
        </w:tc>
      </w:tr>
      <w:tr w:rsidR="00EF6539" w14:paraId="248B79EC" w14:textId="77777777" w:rsidTr="00B354BF">
        <w:trPr>
          <w:trHeight w:val="296"/>
        </w:trPr>
        <w:tc>
          <w:tcPr>
            <w:tcW w:w="738" w:type="dxa"/>
          </w:tcPr>
          <w:p w14:paraId="771BA6E0" w14:textId="77777777" w:rsidR="00EF6539" w:rsidRDefault="00000000">
            <w:pPr>
              <w:rPr>
                <w:rFonts w:hint="eastAsia"/>
              </w:rPr>
            </w:pPr>
            <w:r>
              <w:rPr>
                <w:rFonts w:eastAsia="Sans Serif"/>
              </w:rPr>
              <w:t>8</w:t>
            </w:r>
          </w:p>
        </w:tc>
        <w:tc>
          <w:tcPr>
            <w:tcW w:w="2120" w:type="dxa"/>
          </w:tcPr>
          <w:p w14:paraId="7ADDC81F" w14:textId="77777777" w:rsidR="00EF6539" w:rsidRDefault="00000000">
            <w:pPr>
              <w:rPr>
                <w:rFonts w:hint="eastAsia"/>
              </w:rPr>
            </w:pPr>
            <w:r>
              <w:rPr>
                <w:rFonts w:eastAsia="Sans Serif"/>
              </w:rPr>
              <w:t>Išilginė nuosklembos kraštinė</w:t>
            </w:r>
          </w:p>
        </w:tc>
        <w:tc>
          <w:tcPr>
            <w:tcW w:w="1428" w:type="dxa"/>
          </w:tcPr>
          <w:p w14:paraId="29534AEB" w14:textId="77777777" w:rsidR="00EF6539" w:rsidRDefault="00000000">
            <w:pPr>
              <w:rPr>
                <w:rFonts w:hint="eastAsia"/>
              </w:rPr>
            </w:pPr>
            <w:r>
              <w:rPr>
                <w:rFonts w:eastAsia="Sans Serif"/>
              </w:rPr>
              <w:t>longitudinal edge of preparation</w:t>
            </w:r>
          </w:p>
        </w:tc>
        <w:tc>
          <w:tcPr>
            <w:tcW w:w="1428" w:type="dxa"/>
          </w:tcPr>
          <w:p w14:paraId="7B6DE45F" w14:textId="77777777" w:rsidR="00EF6539" w:rsidRDefault="00000000">
            <w:pPr>
              <w:rPr>
                <w:rFonts w:hint="eastAsia"/>
              </w:rPr>
            </w:pPr>
            <w:r>
              <w:rPr>
                <w:rFonts w:eastAsia="Sans Serif"/>
              </w:rPr>
              <w:t>arête longitudinale du chanfrein</w:t>
            </w:r>
          </w:p>
        </w:tc>
        <w:tc>
          <w:tcPr>
            <w:tcW w:w="1428" w:type="dxa"/>
          </w:tcPr>
          <w:p w14:paraId="41DF09E5" w14:textId="77777777" w:rsidR="00EF6539" w:rsidRDefault="00000000">
            <w:pPr>
              <w:rPr>
                <w:rFonts w:hint="eastAsia"/>
              </w:rPr>
            </w:pPr>
            <w:r>
              <w:rPr>
                <w:rFonts w:eastAsia="Sans Serif"/>
              </w:rPr>
              <w:t>Fugenlangskante</w:t>
            </w:r>
          </w:p>
        </w:tc>
      </w:tr>
      <w:tr w:rsidR="00EF6539" w14:paraId="13528D6B" w14:textId="77777777" w:rsidTr="00B354BF">
        <w:trPr>
          <w:trHeight w:val="296"/>
        </w:trPr>
        <w:tc>
          <w:tcPr>
            <w:tcW w:w="738" w:type="dxa"/>
          </w:tcPr>
          <w:p w14:paraId="15D12383" w14:textId="77777777" w:rsidR="00EF6539" w:rsidRDefault="00000000">
            <w:pPr>
              <w:rPr>
                <w:rFonts w:hint="eastAsia"/>
              </w:rPr>
            </w:pPr>
            <w:r>
              <w:rPr>
                <w:rFonts w:eastAsia="Sans Serif"/>
              </w:rPr>
              <w:t>9</w:t>
            </w:r>
          </w:p>
        </w:tc>
        <w:tc>
          <w:tcPr>
            <w:tcW w:w="2120" w:type="dxa"/>
          </w:tcPr>
          <w:p w14:paraId="134C04BA" w14:textId="77777777" w:rsidR="00EF6539" w:rsidRDefault="00000000">
            <w:pPr>
              <w:rPr>
                <w:rFonts w:hint="eastAsia"/>
              </w:rPr>
            </w:pPr>
            <w:r>
              <w:rPr>
                <w:rFonts w:eastAsia="Sans Serif"/>
              </w:rPr>
              <w:t>Jungties storis</w:t>
            </w:r>
          </w:p>
        </w:tc>
        <w:tc>
          <w:tcPr>
            <w:tcW w:w="1428" w:type="dxa"/>
          </w:tcPr>
          <w:p w14:paraId="665E0685" w14:textId="77777777" w:rsidR="00EF6539" w:rsidRDefault="00000000">
            <w:pPr>
              <w:rPr>
                <w:rFonts w:hint="eastAsia"/>
              </w:rPr>
            </w:pPr>
            <w:r>
              <w:rPr>
                <w:rFonts w:eastAsia="Sans Serif"/>
              </w:rPr>
              <w:t>joint thickness</w:t>
            </w:r>
          </w:p>
        </w:tc>
        <w:tc>
          <w:tcPr>
            <w:tcW w:w="1428" w:type="dxa"/>
          </w:tcPr>
          <w:p w14:paraId="402D09F0" w14:textId="77777777" w:rsidR="00EF6539" w:rsidRDefault="00000000">
            <w:pPr>
              <w:rPr>
                <w:rFonts w:hint="eastAsia"/>
              </w:rPr>
            </w:pPr>
            <w:r>
              <w:rPr>
                <w:rFonts w:eastAsia="Sans Serif"/>
              </w:rPr>
              <w:t>profondeur du joint</w:t>
            </w:r>
          </w:p>
        </w:tc>
        <w:tc>
          <w:tcPr>
            <w:tcW w:w="1428" w:type="dxa"/>
          </w:tcPr>
          <w:p w14:paraId="1AE30C10" w14:textId="77777777" w:rsidR="00EF6539" w:rsidRDefault="00000000">
            <w:pPr>
              <w:rPr>
                <w:rFonts w:hint="eastAsia"/>
              </w:rPr>
            </w:pPr>
            <w:r>
              <w:rPr>
                <w:rFonts w:eastAsia="Sans Serif"/>
              </w:rPr>
              <w:t>Fugenhöhe</w:t>
            </w:r>
          </w:p>
        </w:tc>
      </w:tr>
      <w:tr w:rsidR="00EF6539" w14:paraId="45BB2E14" w14:textId="77777777" w:rsidTr="00B354BF">
        <w:trPr>
          <w:trHeight w:val="296"/>
        </w:trPr>
        <w:tc>
          <w:tcPr>
            <w:tcW w:w="738" w:type="dxa"/>
          </w:tcPr>
          <w:p w14:paraId="6107FFE9" w14:textId="77777777" w:rsidR="00EF6539" w:rsidRDefault="00000000">
            <w:pPr>
              <w:rPr>
                <w:rFonts w:hint="eastAsia"/>
              </w:rPr>
            </w:pPr>
            <w:r>
              <w:rPr>
                <w:rFonts w:eastAsia="Sans Serif"/>
              </w:rPr>
              <w:t>10</w:t>
            </w:r>
          </w:p>
        </w:tc>
        <w:tc>
          <w:tcPr>
            <w:tcW w:w="2120" w:type="dxa"/>
          </w:tcPr>
          <w:p w14:paraId="0AF176C6" w14:textId="77777777" w:rsidR="00EF6539" w:rsidRDefault="00000000">
            <w:pPr>
              <w:rPr>
                <w:rFonts w:hint="eastAsia"/>
              </w:rPr>
            </w:pPr>
            <w:r>
              <w:rPr>
                <w:rFonts w:eastAsia="Sans Serif"/>
              </w:rPr>
              <w:t>Šaknies nuosklembos spindulys</w:t>
            </w:r>
          </w:p>
        </w:tc>
        <w:tc>
          <w:tcPr>
            <w:tcW w:w="1428" w:type="dxa"/>
          </w:tcPr>
          <w:p w14:paraId="6C663755" w14:textId="77777777" w:rsidR="00EF6539" w:rsidRDefault="00000000">
            <w:pPr>
              <w:rPr>
                <w:rFonts w:hint="eastAsia"/>
              </w:rPr>
            </w:pPr>
            <w:r>
              <w:rPr>
                <w:rFonts w:eastAsia="Sans Serif"/>
              </w:rPr>
              <w:t>root radius</w:t>
            </w:r>
          </w:p>
        </w:tc>
        <w:tc>
          <w:tcPr>
            <w:tcW w:w="1428" w:type="dxa"/>
          </w:tcPr>
          <w:p w14:paraId="2865BAEE" w14:textId="77777777" w:rsidR="00EF6539" w:rsidRDefault="00000000">
            <w:pPr>
              <w:rPr>
                <w:rFonts w:hint="eastAsia"/>
              </w:rPr>
            </w:pPr>
            <w:r>
              <w:rPr>
                <w:rFonts w:eastAsia="Sans Serif"/>
              </w:rPr>
              <w:t>rayon à fond de chanfrein</w:t>
            </w:r>
          </w:p>
        </w:tc>
        <w:tc>
          <w:tcPr>
            <w:tcW w:w="1428" w:type="dxa"/>
          </w:tcPr>
          <w:p w14:paraId="61C10A76" w14:textId="77777777" w:rsidR="00EF6539" w:rsidRDefault="00000000">
            <w:pPr>
              <w:rPr>
                <w:rFonts w:hint="eastAsia"/>
              </w:rPr>
            </w:pPr>
            <w:r>
              <w:rPr>
                <w:rFonts w:eastAsia="Sans Serif"/>
              </w:rPr>
              <w:t>Fugenradius</w:t>
            </w:r>
          </w:p>
        </w:tc>
      </w:tr>
      <w:tr w:rsidR="00EF6539" w14:paraId="1C7C0AE0" w14:textId="77777777" w:rsidTr="00B354BF">
        <w:trPr>
          <w:trHeight w:val="296"/>
        </w:trPr>
        <w:tc>
          <w:tcPr>
            <w:tcW w:w="738" w:type="dxa"/>
          </w:tcPr>
          <w:p w14:paraId="38E38D9B" w14:textId="77777777" w:rsidR="00EF6539" w:rsidRDefault="00000000">
            <w:pPr>
              <w:rPr>
                <w:rFonts w:hint="eastAsia"/>
              </w:rPr>
            </w:pPr>
            <w:r>
              <w:rPr>
                <w:rFonts w:eastAsia="Sans Serif"/>
              </w:rPr>
              <w:t>11¹</w:t>
            </w:r>
          </w:p>
        </w:tc>
        <w:tc>
          <w:tcPr>
            <w:tcW w:w="2120" w:type="dxa"/>
          </w:tcPr>
          <w:p w14:paraId="0CBC5312" w14:textId="77777777" w:rsidR="00EF6539" w:rsidRDefault="00000000">
            <w:pPr>
              <w:rPr>
                <w:rFonts w:hint="eastAsia"/>
              </w:rPr>
            </w:pPr>
            <w:r>
              <w:rPr>
                <w:rFonts w:eastAsia="Sans Serif"/>
              </w:rPr>
              <w:t>Šaknies tarpėlis</w:t>
            </w:r>
          </w:p>
        </w:tc>
        <w:tc>
          <w:tcPr>
            <w:tcW w:w="1428" w:type="dxa"/>
          </w:tcPr>
          <w:p w14:paraId="2FCB9243" w14:textId="77777777" w:rsidR="00EF6539" w:rsidRDefault="00000000">
            <w:pPr>
              <w:rPr>
                <w:rFonts w:hint="eastAsia"/>
              </w:rPr>
            </w:pPr>
            <w:r>
              <w:rPr>
                <w:rFonts w:eastAsia="Sans Serif"/>
              </w:rPr>
              <w:t>root gap</w:t>
            </w:r>
          </w:p>
        </w:tc>
        <w:tc>
          <w:tcPr>
            <w:tcW w:w="1428" w:type="dxa"/>
          </w:tcPr>
          <w:p w14:paraId="2FB6DB13" w14:textId="77777777" w:rsidR="00EF6539" w:rsidRDefault="00000000">
            <w:pPr>
              <w:rPr>
                <w:rFonts w:hint="eastAsia"/>
              </w:rPr>
            </w:pPr>
            <w:r>
              <w:rPr>
                <w:rFonts w:eastAsia="Sans Serif"/>
              </w:rPr>
              <w:t>écartement à la racine</w:t>
            </w:r>
          </w:p>
        </w:tc>
        <w:tc>
          <w:tcPr>
            <w:tcW w:w="1428" w:type="dxa"/>
          </w:tcPr>
          <w:p w14:paraId="14FF2D5D" w14:textId="77777777" w:rsidR="00EF6539" w:rsidRDefault="00000000">
            <w:pPr>
              <w:rPr>
                <w:rFonts w:hint="eastAsia"/>
              </w:rPr>
            </w:pPr>
            <w:r>
              <w:rPr>
                <w:rFonts w:eastAsia="Sans Serif"/>
              </w:rPr>
              <w:t>Stegabstand</w:t>
            </w:r>
          </w:p>
        </w:tc>
      </w:tr>
      <w:tr w:rsidR="00EF6539" w14:paraId="648278E8" w14:textId="77777777" w:rsidTr="00B354BF">
        <w:trPr>
          <w:trHeight w:val="296"/>
        </w:trPr>
        <w:tc>
          <w:tcPr>
            <w:tcW w:w="738" w:type="dxa"/>
          </w:tcPr>
          <w:p w14:paraId="5DB9EECB" w14:textId="77777777" w:rsidR="00EF6539" w:rsidRDefault="00000000">
            <w:pPr>
              <w:rPr>
                <w:rFonts w:hint="eastAsia"/>
              </w:rPr>
            </w:pPr>
            <w:r>
              <w:rPr>
                <w:rFonts w:eastAsia="Sans Serif"/>
              </w:rPr>
              <w:t>12</w:t>
            </w:r>
          </w:p>
        </w:tc>
        <w:tc>
          <w:tcPr>
            <w:tcW w:w="2120" w:type="dxa"/>
          </w:tcPr>
          <w:p w14:paraId="410ABD29" w14:textId="77777777" w:rsidR="00EF6539" w:rsidRDefault="00000000">
            <w:pPr>
              <w:rPr>
                <w:rFonts w:hint="eastAsia"/>
              </w:rPr>
            </w:pPr>
            <w:r>
              <w:rPr>
                <w:rFonts w:eastAsia="Sans Serif"/>
              </w:rPr>
              <w:t>Šaknies briaunelės aukštis</w:t>
            </w:r>
          </w:p>
        </w:tc>
        <w:tc>
          <w:tcPr>
            <w:tcW w:w="1428" w:type="dxa"/>
          </w:tcPr>
          <w:p w14:paraId="54079873" w14:textId="77777777" w:rsidR="00EF6539" w:rsidRDefault="00000000">
            <w:pPr>
              <w:rPr>
                <w:rFonts w:hint="eastAsia"/>
              </w:rPr>
            </w:pPr>
            <w:r>
              <w:rPr>
                <w:rFonts w:eastAsia="Sans Serif"/>
              </w:rPr>
              <w:t>depth of root face</w:t>
            </w:r>
          </w:p>
        </w:tc>
        <w:tc>
          <w:tcPr>
            <w:tcW w:w="1428" w:type="dxa"/>
          </w:tcPr>
          <w:p w14:paraId="4270435A" w14:textId="77777777" w:rsidR="00EF6539" w:rsidRDefault="00000000">
            <w:pPr>
              <w:rPr>
                <w:rFonts w:hint="eastAsia"/>
              </w:rPr>
            </w:pPr>
            <w:r>
              <w:rPr>
                <w:rFonts w:eastAsia="Sans Serif"/>
              </w:rPr>
              <w:t>hauteur du talon</w:t>
            </w:r>
          </w:p>
        </w:tc>
        <w:tc>
          <w:tcPr>
            <w:tcW w:w="1428" w:type="dxa"/>
          </w:tcPr>
          <w:p w14:paraId="67D4A9C9" w14:textId="77777777" w:rsidR="00EF6539" w:rsidRDefault="00000000">
            <w:pPr>
              <w:rPr>
                <w:rFonts w:hint="eastAsia"/>
              </w:rPr>
            </w:pPr>
            <w:r>
              <w:rPr>
                <w:rFonts w:eastAsia="Sans Serif"/>
              </w:rPr>
              <w:t>Steghöhe</w:t>
            </w:r>
          </w:p>
        </w:tc>
      </w:tr>
      <w:tr w:rsidR="00EF6539" w14:paraId="0C5FEA7E" w14:textId="77777777" w:rsidTr="00B354BF">
        <w:trPr>
          <w:trHeight w:val="296"/>
        </w:trPr>
        <w:tc>
          <w:tcPr>
            <w:tcW w:w="738" w:type="dxa"/>
          </w:tcPr>
          <w:p w14:paraId="7C6543E7" w14:textId="77777777" w:rsidR="00EF6539" w:rsidRDefault="00000000">
            <w:pPr>
              <w:rPr>
                <w:rFonts w:hint="eastAsia"/>
              </w:rPr>
            </w:pPr>
            <w:r>
              <w:rPr>
                <w:rFonts w:eastAsia="Sans Serif"/>
              </w:rPr>
              <w:t>14</w:t>
            </w:r>
          </w:p>
        </w:tc>
        <w:tc>
          <w:tcPr>
            <w:tcW w:w="2120" w:type="dxa"/>
          </w:tcPr>
          <w:p w14:paraId="53EAFD23" w14:textId="77777777" w:rsidR="00EF6539" w:rsidRDefault="00000000">
            <w:pPr>
              <w:rPr>
                <w:rFonts w:hint="eastAsia"/>
              </w:rPr>
            </w:pPr>
            <w:r>
              <w:rPr>
                <w:rFonts w:eastAsia="Sans Serif"/>
              </w:rPr>
              <w:t>Šaknies briaunelės šoninė kraštinė</w:t>
            </w:r>
          </w:p>
        </w:tc>
        <w:tc>
          <w:tcPr>
            <w:tcW w:w="1428" w:type="dxa"/>
          </w:tcPr>
          <w:p w14:paraId="78FE0A18" w14:textId="77777777" w:rsidR="00EF6539" w:rsidRDefault="00000000">
            <w:pPr>
              <w:rPr>
                <w:rFonts w:hint="eastAsia"/>
              </w:rPr>
            </w:pPr>
            <w:r>
              <w:rPr>
                <w:rFonts w:eastAsia="Sans Serif"/>
              </w:rPr>
              <w:t>side edge of root face</w:t>
            </w:r>
          </w:p>
        </w:tc>
        <w:tc>
          <w:tcPr>
            <w:tcW w:w="1428" w:type="dxa"/>
          </w:tcPr>
          <w:p w14:paraId="44D62784" w14:textId="77777777" w:rsidR="00EF6539" w:rsidRDefault="00000000">
            <w:pPr>
              <w:rPr>
                <w:rFonts w:hint="eastAsia"/>
              </w:rPr>
            </w:pPr>
            <w:r>
              <w:rPr>
                <w:rFonts w:eastAsia="Sans Serif"/>
              </w:rPr>
              <w:t>arête faciale du talon</w:t>
            </w:r>
          </w:p>
        </w:tc>
        <w:tc>
          <w:tcPr>
            <w:tcW w:w="1428" w:type="dxa"/>
          </w:tcPr>
          <w:p w14:paraId="66B6C2E6" w14:textId="77777777" w:rsidR="00EF6539" w:rsidRDefault="00000000">
            <w:pPr>
              <w:rPr>
                <w:rFonts w:hint="eastAsia"/>
              </w:rPr>
            </w:pPr>
            <w:r>
              <w:rPr>
                <w:rFonts w:eastAsia="Sans Serif"/>
              </w:rPr>
              <w:t>Stegseitenkante</w:t>
            </w:r>
          </w:p>
        </w:tc>
      </w:tr>
      <w:tr w:rsidR="00EF6539" w14:paraId="648C7535" w14:textId="77777777" w:rsidTr="00B354BF">
        <w:trPr>
          <w:trHeight w:val="296"/>
        </w:trPr>
        <w:tc>
          <w:tcPr>
            <w:tcW w:w="738" w:type="dxa"/>
          </w:tcPr>
          <w:p w14:paraId="56B39DB1" w14:textId="77777777" w:rsidR="00EF6539" w:rsidRDefault="00000000">
            <w:pPr>
              <w:rPr>
                <w:rFonts w:hint="eastAsia"/>
              </w:rPr>
            </w:pPr>
            <w:r>
              <w:rPr>
                <w:rFonts w:eastAsia="Sans Serif"/>
              </w:rPr>
              <w:t>15</w:t>
            </w:r>
          </w:p>
        </w:tc>
        <w:tc>
          <w:tcPr>
            <w:tcW w:w="2120" w:type="dxa"/>
          </w:tcPr>
          <w:p w14:paraId="43B578CD" w14:textId="77777777" w:rsidR="00EF6539" w:rsidRDefault="00000000">
            <w:pPr>
              <w:rPr>
                <w:rFonts w:hint="eastAsia"/>
              </w:rPr>
            </w:pPr>
            <w:r>
              <w:rPr>
                <w:rFonts w:eastAsia="Sans Serif"/>
              </w:rPr>
              <w:t>Šoninė nuosklembos kraštinė</w:t>
            </w:r>
          </w:p>
        </w:tc>
        <w:tc>
          <w:tcPr>
            <w:tcW w:w="1428" w:type="dxa"/>
          </w:tcPr>
          <w:p w14:paraId="23E820B9" w14:textId="77777777" w:rsidR="00EF6539" w:rsidRDefault="00000000">
            <w:pPr>
              <w:rPr>
                <w:rFonts w:hint="eastAsia"/>
              </w:rPr>
            </w:pPr>
            <w:r>
              <w:rPr>
                <w:rFonts w:eastAsia="Sans Serif"/>
              </w:rPr>
              <w:t>side edge of preparation</w:t>
            </w:r>
          </w:p>
        </w:tc>
        <w:tc>
          <w:tcPr>
            <w:tcW w:w="1428" w:type="dxa"/>
          </w:tcPr>
          <w:p w14:paraId="1B3C214A" w14:textId="77777777" w:rsidR="00EF6539" w:rsidRDefault="00000000">
            <w:pPr>
              <w:rPr>
                <w:rFonts w:hint="eastAsia"/>
              </w:rPr>
            </w:pPr>
            <w:r>
              <w:rPr>
                <w:rFonts w:eastAsia="Sans Serif"/>
              </w:rPr>
              <w:t>arête faciale du chanfrein</w:t>
            </w:r>
          </w:p>
        </w:tc>
        <w:tc>
          <w:tcPr>
            <w:tcW w:w="1428" w:type="dxa"/>
          </w:tcPr>
          <w:p w14:paraId="6CD5E3AE" w14:textId="77777777" w:rsidR="00EF6539" w:rsidRDefault="00000000">
            <w:pPr>
              <w:rPr>
                <w:rFonts w:hint="eastAsia"/>
              </w:rPr>
            </w:pPr>
            <w:r>
              <w:rPr>
                <w:rFonts w:eastAsia="Sans Serif"/>
              </w:rPr>
              <w:t>Flankenseitenkante</w:t>
            </w:r>
          </w:p>
        </w:tc>
      </w:tr>
      <w:tr w:rsidR="00EF6539" w14:paraId="6D6AB63D" w14:textId="77777777" w:rsidTr="00B354BF">
        <w:trPr>
          <w:trHeight w:val="296"/>
        </w:trPr>
        <w:tc>
          <w:tcPr>
            <w:tcW w:w="738" w:type="dxa"/>
          </w:tcPr>
          <w:p w14:paraId="7B795AC7" w14:textId="77777777" w:rsidR="00EF6539" w:rsidRDefault="00000000">
            <w:pPr>
              <w:rPr>
                <w:rFonts w:hint="eastAsia"/>
              </w:rPr>
            </w:pPr>
            <w:r>
              <w:rPr>
                <w:rFonts w:eastAsia="Sans Serif"/>
              </w:rPr>
              <w:t>16</w:t>
            </w:r>
          </w:p>
        </w:tc>
        <w:tc>
          <w:tcPr>
            <w:tcW w:w="2120" w:type="dxa"/>
          </w:tcPr>
          <w:p w14:paraId="799C6D0A" w14:textId="77777777" w:rsidR="00EF6539" w:rsidRDefault="00000000">
            <w:pPr>
              <w:rPr>
                <w:rFonts w:hint="eastAsia"/>
              </w:rPr>
            </w:pPr>
            <w:r>
              <w:rPr>
                <w:rFonts w:eastAsia="Sans Serif"/>
              </w:rPr>
              <w:t>Nuosklembos plotis</w:t>
            </w:r>
          </w:p>
        </w:tc>
        <w:tc>
          <w:tcPr>
            <w:tcW w:w="1428" w:type="dxa"/>
          </w:tcPr>
          <w:p w14:paraId="0110164B" w14:textId="77777777" w:rsidR="00EF6539" w:rsidRDefault="00000000">
            <w:pPr>
              <w:rPr>
                <w:rFonts w:hint="eastAsia"/>
              </w:rPr>
            </w:pPr>
            <w:r>
              <w:rPr>
                <w:rFonts w:eastAsia="Sans Serif"/>
              </w:rPr>
              <w:t>width of preparation</w:t>
            </w:r>
          </w:p>
        </w:tc>
        <w:tc>
          <w:tcPr>
            <w:tcW w:w="1428" w:type="dxa"/>
          </w:tcPr>
          <w:p w14:paraId="6133DFE2" w14:textId="77777777" w:rsidR="00EF6539" w:rsidRDefault="00000000">
            <w:pPr>
              <w:rPr>
                <w:rFonts w:hint="eastAsia"/>
              </w:rPr>
            </w:pPr>
            <w:r>
              <w:rPr>
                <w:rFonts w:eastAsia="Sans Serif"/>
              </w:rPr>
              <w:t>largeur du chanfrein</w:t>
            </w:r>
          </w:p>
        </w:tc>
        <w:tc>
          <w:tcPr>
            <w:tcW w:w="1428" w:type="dxa"/>
          </w:tcPr>
          <w:p w14:paraId="1E20DA7D" w14:textId="77777777" w:rsidR="00EF6539" w:rsidRDefault="00000000">
            <w:pPr>
              <w:rPr>
                <w:rFonts w:hint="eastAsia"/>
              </w:rPr>
            </w:pPr>
            <w:r>
              <w:rPr>
                <w:rFonts w:eastAsia="Sans Serif"/>
              </w:rPr>
              <w:t>Flankenweite</w:t>
            </w:r>
          </w:p>
        </w:tc>
      </w:tr>
      <w:tr w:rsidR="00EF6539" w14:paraId="049EF1CF" w14:textId="77777777" w:rsidTr="00B354BF">
        <w:trPr>
          <w:trHeight w:val="296"/>
        </w:trPr>
        <w:tc>
          <w:tcPr>
            <w:tcW w:w="738" w:type="dxa"/>
          </w:tcPr>
          <w:p w14:paraId="31DE3148" w14:textId="77777777" w:rsidR="00EF6539" w:rsidRDefault="00000000">
            <w:pPr>
              <w:rPr>
                <w:rFonts w:hint="eastAsia"/>
              </w:rPr>
            </w:pPr>
            <w:r>
              <w:rPr>
                <w:rFonts w:eastAsia="Sans Serif"/>
              </w:rPr>
              <w:t>17</w:t>
            </w:r>
          </w:p>
        </w:tc>
        <w:tc>
          <w:tcPr>
            <w:tcW w:w="2120" w:type="dxa"/>
          </w:tcPr>
          <w:p w14:paraId="34155905" w14:textId="77777777" w:rsidR="00EF6539" w:rsidRDefault="00000000">
            <w:pPr>
              <w:rPr>
                <w:rFonts w:hint="eastAsia"/>
              </w:rPr>
            </w:pPr>
            <w:r>
              <w:rPr>
                <w:rFonts w:eastAsia="Sans Serif"/>
              </w:rPr>
              <w:t>Nuosklembos kampas</w:t>
            </w:r>
          </w:p>
        </w:tc>
        <w:tc>
          <w:tcPr>
            <w:tcW w:w="1428" w:type="dxa"/>
          </w:tcPr>
          <w:p w14:paraId="3204E1B2" w14:textId="77777777" w:rsidR="00EF6539" w:rsidRDefault="00000000">
            <w:pPr>
              <w:rPr>
                <w:rFonts w:hint="eastAsia"/>
              </w:rPr>
            </w:pPr>
            <w:r>
              <w:rPr>
                <w:rFonts w:eastAsia="Sans Serif"/>
              </w:rPr>
              <w:t>angle of bevel</w:t>
            </w:r>
          </w:p>
        </w:tc>
        <w:tc>
          <w:tcPr>
            <w:tcW w:w="1428" w:type="dxa"/>
          </w:tcPr>
          <w:p w14:paraId="00532B15" w14:textId="77777777" w:rsidR="00EF6539" w:rsidRDefault="00000000">
            <w:pPr>
              <w:rPr>
                <w:rFonts w:hint="eastAsia"/>
              </w:rPr>
            </w:pPr>
            <w:r>
              <w:rPr>
                <w:rFonts w:eastAsia="Sans Serif"/>
              </w:rPr>
              <w:t>angle du chanfrein</w:t>
            </w:r>
          </w:p>
        </w:tc>
        <w:tc>
          <w:tcPr>
            <w:tcW w:w="1428" w:type="dxa"/>
          </w:tcPr>
          <w:p w14:paraId="11A867B3" w14:textId="77777777" w:rsidR="00EF6539" w:rsidRDefault="00000000">
            <w:pPr>
              <w:rPr>
                <w:rFonts w:hint="eastAsia"/>
              </w:rPr>
            </w:pPr>
            <w:r>
              <w:rPr>
                <w:rFonts w:eastAsia="Sans Serif"/>
              </w:rPr>
              <w:t>Flankenwinkel</w:t>
            </w:r>
          </w:p>
        </w:tc>
      </w:tr>
      <w:tr w:rsidR="00EF6539" w14:paraId="0F551FD3" w14:textId="77777777" w:rsidTr="00B354BF">
        <w:trPr>
          <w:trHeight w:val="296"/>
        </w:trPr>
        <w:tc>
          <w:tcPr>
            <w:tcW w:w="738" w:type="dxa"/>
          </w:tcPr>
          <w:p w14:paraId="60AF4162" w14:textId="77777777" w:rsidR="00EF6539" w:rsidRDefault="00000000">
            <w:pPr>
              <w:rPr>
                <w:rFonts w:hint="eastAsia"/>
              </w:rPr>
            </w:pPr>
            <w:r>
              <w:rPr>
                <w:rFonts w:eastAsia="Sans Serif"/>
              </w:rPr>
              <w:t>18</w:t>
            </w:r>
          </w:p>
        </w:tc>
        <w:tc>
          <w:tcPr>
            <w:tcW w:w="2120" w:type="dxa"/>
          </w:tcPr>
          <w:p w14:paraId="3E6C3EEC" w14:textId="77777777" w:rsidR="00EF6539" w:rsidRDefault="00000000">
            <w:pPr>
              <w:rPr>
                <w:rFonts w:hint="eastAsia"/>
              </w:rPr>
            </w:pPr>
            <w:r>
              <w:rPr>
                <w:rFonts w:eastAsia="Sans Serif"/>
              </w:rPr>
              <w:t>Nuosklembos gylis</w:t>
            </w:r>
          </w:p>
        </w:tc>
        <w:tc>
          <w:tcPr>
            <w:tcW w:w="1428" w:type="dxa"/>
          </w:tcPr>
          <w:p w14:paraId="59B6CC7C" w14:textId="77777777" w:rsidR="00EF6539" w:rsidRDefault="00000000">
            <w:pPr>
              <w:rPr>
                <w:rFonts w:hint="eastAsia"/>
              </w:rPr>
            </w:pPr>
            <w:r>
              <w:rPr>
                <w:rFonts w:eastAsia="Sans Serif"/>
              </w:rPr>
              <w:t>depth of preparation</w:t>
            </w:r>
          </w:p>
        </w:tc>
        <w:tc>
          <w:tcPr>
            <w:tcW w:w="1428" w:type="dxa"/>
          </w:tcPr>
          <w:p w14:paraId="54CF8856" w14:textId="77777777" w:rsidR="00EF6539" w:rsidRDefault="00000000">
            <w:pPr>
              <w:rPr>
                <w:rFonts w:hint="eastAsia"/>
              </w:rPr>
            </w:pPr>
            <w:r>
              <w:rPr>
                <w:rFonts w:eastAsia="Sans Serif"/>
              </w:rPr>
              <w:t>profondeur du chanfrein</w:t>
            </w:r>
          </w:p>
        </w:tc>
        <w:tc>
          <w:tcPr>
            <w:tcW w:w="1428" w:type="dxa"/>
          </w:tcPr>
          <w:p w14:paraId="38AE3C89" w14:textId="77777777" w:rsidR="00EF6539" w:rsidRDefault="00000000">
            <w:pPr>
              <w:rPr>
                <w:rFonts w:hint="eastAsia"/>
              </w:rPr>
            </w:pPr>
            <w:r>
              <w:rPr>
                <w:rFonts w:eastAsia="Sans Serif"/>
              </w:rPr>
              <w:t>Flankenhöhe</w:t>
            </w:r>
          </w:p>
        </w:tc>
      </w:tr>
      <w:tr w:rsidR="00EF6539" w14:paraId="6B55200F" w14:textId="77777777" w:rsidTr="00B354BF">
        <w:trPr>
          <w:trHeight w:val="296"/>
        </w:trPr>
        <w:tc>
          <w:tcPr>
            <w:tcW w:w="738" w:type="dxa"/>
          </w:tcPr>
          <w:p w14:paraId="4FB2A324" w14:textId="77777777" w:rsidR="00EF6539" w:rsidRDefault="00000000">
            <w:pPr>
              <w:rPr>
                <w:rFonts w:hint="eastAsia"/>
              </w:rPr>
            </w:pPr>
            <w:r>
              <w:rPr>
                <w:rFonts w:eastAsia="Sans Serif"/>
              </w:rPr>
              <w:lastRenderedPageBreak/>
              <w:t>19</w:t>
            </w:r>
          </w:p>
        </w:tc>
        <w:tc>
          <w:tcPr>
            <w:tcW w:w="2120" w:type="dxa"/>
          </w:tcPr>
          <w:p w14:paraId="13296C7B" w14:textId="77777777" w:rsidR="00EF6539" w:rsidRDefault="00000000">
            <w:pPr>
              <w:rPr>
                <w:rFonts w:hint="eastAsia"/>
              </w:rPr>
            </w:pPr>
            <w:r>
              <w:rPr>
                <w:rFonts w:eastAsia="Sans Serif"/>
              </w:rPr>
              <w:t>Nusklembto paviršiaus plotis</w:t>
            </w:r>
          </w:p>
        </w:tc>
        <w:tc>
          <w:tcPr>
            <w:tcW w:w="1428" w:type="dxa"/>
          </w:tcPr>
          <w:p w14:paraId="37335A57" w14:textId="77777777" w:rsidR="00EF6539" w:rsidRDefault="00000000">
            <w:pPr>
              <w:rPr>
                <w:rFonts w:hint="eastAsia"/>
              </w:rPr>
            </w:pPr>
            <w:r>
              <w:rPr>
                <w:rFonts w:eastAsia="Sans Serif"/>
              </w:rPr>
              <w:t>width of prepared face</w:t>
            </w:r>
          </w:p>
        </w:tc>
        <w:tc>
          <w:tcPr>
            <w:tcW w:w="1428" w:type="dxa"/>
          </w:tcPr>
          <w:p w14:paraId="481D8329" w14:textId="77777777" w:rsidR="00EF6539" w:rsidRDefault="00000000">
            <w:pPr>
              <w:rPr>
                <w:rFonts w:hint="eastAsia"/>
              </w:rPr>
            </w:pPr>
            <w:r>
              <w:rPr>
                <w:rFonts w:eastAsia="Sans Serif"/>
              </w:rPr>
              <w:t>largeur de la face du chanfrein</w:t>
            </w:r>
          </w:p>
        </w:tc>
        <w:tc>
          <w:tcPr>
            <w:tcW w:w="1428" w:type="dxa"/>
          </w:tcPr>
          <w:p w14:paraId="2F3DA7A5" w14:textId="77777777" w:rsidR="00EF6539" w:rsidRDefault="00000000">
            <w:pPr>
              <w:rPr>
                <w:rFonts w:hint="eastAsia"/>
              </w:rPr>
            </w:pPr>
            <w:r>
              <w:rPr>
                <w:rFonts w:eastAsia="Sans Serif"/>
              </w:rPr>
              <w:t>Flankenbreite</w:t>
            </w:r>
          </w:p>
        </w:tc>
      </w:tr>
      <w:tr w:rsidR="00EF6539" w14:paraId="48D4EA73" w14:textId="77777777" w:rsidTr="00B354BF">
        <w:trPr>
          <w:trHeight w:val="296"/>
        </w:trPr>
        <w:tc>
          <w:tcPr>
            <w:tcW w:w="738" w:type="dxa"/>
          </w:tcPr>
          <w:p w14:paraId="3BBBC55A" w14:textId="77777777" w:rsidR="00EF6539" w:rsidRDefault="00000000">
            <w:pPr>
              <w:rPr>
                <w:rFonts w:hint="eastAsia"/>
              </w:rPr>
            </w:pPr>
            <w:r>
              <w:rPr>
                <w:rFonts w:eastAsia="Sans Serif"/>
              </w:rPr>
              <w:t>20</w:t>
            </w:r>
          </w:p>
        </w:tc>
        <w:tc>
          <w:tcPr>
            <w:tcW w:w="2120" w:type="dxa"/>
          </w:tcPr>
          <w:p w14:paraId="2D8EE8BC" w14:textId="77777777" w:rsidR="00EF6539" w:rsidRDefault="00000000">
            <w:pPr>
              <w:rPr>
                <w:rFonts w:hint="eastAsia"/>
              </w:rPr>
            </w:pPr>
            <w:r>
              <w:rPr>
                <w:rFonts w:eastAsia="Sans Serif"/>
              </w:rPr>
              <w:t>Priekinis jungties tarpelio plotis</w:t>
            </w:r>
          </w:p>
        </w:tc>
        <w:tc>
          <w:tcPr>
            <w:tcW w:w="1428" w:type="dxa"/>
          </w:tcPr>
          <w:p w14:paraId="5E83425F" w14:textId="77777777" w:rsidR="00EF6539" w:rsidRDefault="00000000">
            <w:pPr>
              <w:rPr>
                <w:rFonts w:hint="eastAsia"/>
              </w:rPr>
            </w:pPr>
            <w:r>
              <w:rPr>
                <w:rFonts w:eastAsia="Sans Serif"/>
              </w:rPr>
              <w:t>joint width</w:t>
            </w:r>
          </w:p>
        </w:tc>
        <w:tc>
          <w:tcPr>
            <w:tcW w:w="1428" w:type="dxa"/>
          </w:tcPr>
          <w:p w14:paraId="6C961AB0" w14:textId="77777777" w:rsidR="00EF6539" w:rsidRDefault="00000000">
            <w:pPr>
              <w:rPr>
                <w:rFonts w:hint="eastAsia"/>
              </w:rPr>
            </w:pPr>
            <w:r>
              <w:rPr>
                <w:rFonts w:eastAsia="Sans Serif"/>
              </w:rPr>
              <w:t>largeur de l'ouverture</w:t>
            </w:r>
          </w:p>
        </w:tc>
        <w:tc>
          <w:tcPr>
            <w:tcW w:w="1428" w:type="dxa"/>
          </w:tcPr>
          <w:p w14:paraId="558ACC85" w14:textId="77777777" w:rsidR="00EF6539" w:rsidRDefault="00000000">
            <w:pPr>
              <w:rPr>
                <w:rFonts w:hint="eastAsia"/>
              </w:rPr>
            </w:pPr>
            <w:r>
              <w:rPr>
                <w:rFonts w:eastAsia="Sans Serif"/>
              </w:rPr>
              <w:t>Öffnungsweite</w:t>
            </w:r>
          </w:p>
        </w:tc>
      </w:tr>
      <w:tr w:rsidR="00EF6539" w14:paraId="0D94DD21" w14:textId="77777777" w:rsidTr="00B354BF">
        <w:trPr>
          <w:trHeight w:val="296"/>
        </w:trPr>
        <w:tc>
          <w:tcPr>
            <w:tcW w:w="738" w:type="dxa"/>
          </w:tcPr>
          <w:p w14:paraId="2B331957" w14:textId="77777777" w:rsidR="00EF6539" w:rsidRDefault="00000000">
            <w:pPr>
              <w:rPr>
                <w:rFonts w:hint="eastAsia"/>
              </w:rPr>
            </w:pPr>
            <w:r>
              <w:rPr>
                <w:rFonts w:eastAsia="Sans Serif"/>
              </w:rPr>
              <w:t>21</w:t>
            </w:r>
          </w:p>
        </w:tc>
        <w:tc>
          <w:tcPr>
            <w:tcW w:w="2120" w:type="dxa"/>
          </w:tcPr>
          <w:p w14:paraId="625FF718" w14:textId="77777777" w:rsidR="00EF6539" w:rsidRDefault="00000000">
            <w:pPr>
              <w:rPr>
                <w:rFonts w:hint="eastAsia"/>
              </w:rPr>
            </w:pPr>
            <w:r>
              <w:rPr>
                <w:rFonts w:eastAsia="Sans Serif"/>
              </w:rPr>
              <w:t>Kampas tarp nuosklembų</w:t>
            </w:r>
          </w:p>
        </w:tc>
        <w:tc>
          <w:tcPr>
            <w:tcW w:w="1428" w:type="dxa"/>
          </w:tcPr>
          <w:p w14:paraId="1697416B" w14:textId="77777777" w:rsidR="00EF6539" w:rsidRDefault="00000000">
            <w:pPr>
              <w:rPr>
                <w:rFonts w:hint="eastAsia"/>
              </w:rPr>
            </w:pPr>
            <w:r>
              <w:rPr>
                <w:rFonts w:eastAsia="Sans Serif"/>
              </w:rPr>
              <w:t>included angle</w:t>
            </w:r>
          </w:p>
        </w:tc>
        <w:tc>
          <w:tcPr>
            <w:tcW w:w="1428" w:type="dxa"/>
          </w:tcPr>
          <w:p w14:paraId="43B5565A" w14:textId="77777777" w:rsidR="00EF6539" w:rsidRDefault="00000000">
            <w:pPr>
              <w:rPr>
                <w:rFonts w:hint="eastAsia"/>
              </w:rPr>
            </w:pPr>
            <w:r>
              <w:rPr>
                <w:rFonts w:eastAsia="Sans Serif"/>
              </w:rPr>
              <w:t>angle d'ouverture</w:t>
            </w:r>
          </w:p>
        </w:tc>
        <w:tc>
          <w:tcPr>
            <w:tcW w:w="1428" w:type="dxa"/>
          </w:tcPr>
          <w:p w14:paraId="1EBE822E" w14:textId="77777777" w:rsidR="00EF6539" w:rsidRDefault="00000000">
            <w:pPr>
              <w:rPr>
                <w:rFonts w:hint="eastAsia"/>
              </w:rPr>
            </w:pPr>
            <w:r>
              <w:rPr>
                <w:rFonts w:eastAsia="Sans Serif"/>
              </w:rPr>
              <w:t>Öffnungswinkel</w:t>
            </w:r>
          </w:p>
        </w:tc>
      </w:tr>
      <w:tr w:rsidR="00EF6539" w14:paraId="0EE8257D" w14:textId="77777777" w:rsidTr="00B354BF">
        <w:trPr>
          <w:trHeight w:val="296"/>
        </w:trPr>
        <w:tc>
          <w:tcPr>
            <w:tcW w:w="738" w:type="dxa"/>
          </w:tcPr>
          <w:p w14:paraId="22F3FA3B" w14:textId="77777777" w:rsidR="00EF6539" w:rsidRDefault="00000000">
            <w:pPr>
              <w:rPr>
                <w:rFonts w:hint="eastAsia"/>
              </w:rPr>
            </w:pPr>
            <w:r>
              <w:rPr>
                <w:rFonts w:eastAsia="Sans Serif"/>
              </w:rPr>
              <w:t>44</w:t>
            </w:r>
          </w:p>
        </w:tc>
        <w:tc>
          <w:tcPr>
            <w:tcW w:w="2120" w:type="dxa"/>
          </w:tcPr>
          <w:p w14:paraId="04D3689A" w14:textId="77777777" w:rsidR="00EF6539" w:rsidRDefault="00000000">
            <w:pPr>
              <w:rPr>
                <w:rFonts w:hint="eastAsia"/>
              </w:rPr>
            </w:pPr>
            <w:r>
              <w:rPr>
                <w:rFonts w:eastAsia="Sans Serif"/>
              </w:rPr>
              <w:t>Šaknies briaunelės plotis</w:t>
            </w:r>
          </w:p>
        </w:tc>
        <w:tc>
          <w:tcPr>
            <w:tcW w:w="1428" w:type="dxa"/>
          </w:tcPr>
          <w:p w14:paraId="3D609424" w14:textId="77777777" w:rsidR="00EF6539" w:rsidRDefault="00000000">
            <w:pPr>
              <w:rPr>
                <w:rFonts w:hint="eastAsia"/>
              </w:rPr>
            </w:pPr>
            <w:r>
              <w:rPr>
                <w:rFonts w:eastAsia="Sans Serif"/>
              </w:rPr>
              <w:t>land</w:t>
            </w:r>
          </w:p>
        </w:tc>
        <w:tc>
          <w:tcPr>
            <w:tcW w:w="1428" w:type="dxa"/>
          </w:tcPr>
          <w:p w14:paraId="3D200BC2" w14:textId="77777777" w:rsidR="00EF6539" w:rsidRDefault="00000000">
            <w:pPr>
              <w:rPr>
                <w:rFonts w:hint="eastAsia"/>
              </w:rPr>
            </w:pPr>
            <w:r>
              <w:rPr>
                <w:rFonts w:eastAsia="Sans Serif"/>
              </w:rPr>
              <w:t>lèvre</w:t>
            </w:r>
          </w:p>
        </w:tc>
        <w:tc>
          <w:tcPr>
            <w:tcW w:w="1428" w:type="dxa"/>
          </w:tcPr>
          <w:p w14:paraId="116FF3C9" w14:textId="77777777" w:rsidR="00EF6539" w:rsidRDefault="00000000">
            <w:pPr>
              <w:rPr>
                <w:rFonts w:hint="eastAsia"/>
              </w:rPr>
            </w:pPr>
            <w:r>
              <w:rPr>
                <w:rFonts w:eastAsia="Sans Serif"/>
              </w:rPr>
              <w:t>Lippe</w:t>
            </w:r>
          </w:p>
        </w:tc>
      </w:tr>
      <w:tr w:rsidR="00EF6539" w14:paraId="18741E91" w14:textId="77777777" w:rsidTr="00B354BF">
        <w:trPr>
          <w:trHeight w:val="296"/>
        </w:trPr>
        <w:tc>
          <w:tcPr>
            <w:tcW w:w="738" w:type="dxa"/>
          </w:tcPr>
          <w:p w14:paraId="7AF2DA1D" w14:textId="77777777" w:rsidR="00EF6539" w:rsidRDefault="00000000">
            <w:pPr>
              <w:rPr>
                <w:rFonts w:hint="eastAsia"/>
              </w:rPr>
            </w:pPr>
            <w:r>
              <w:rPr>
                <w:rFonts w:eastAsia="Sans Serif"/>
              </w:rPr>
              <w:t>1)</w:t>
            </w:r>
          </w:p>
        </w:tc>
        <w:tc>
          <w:tcPr>
            <w:tcW w:w="2120" w:type="dxa"/>
          </w:tcPr>
          <w:p w14:paraId="51A68318" w14:textId="77777777" w:rsidR="00EF6539" w:rsidRDefault="00000000">
            <w:pPr>
              <w:rPr>
                <w:rFonts w:hint="eastAsia"/>
              </w:rPr>
            </w:pPr>
            <w:r>
              <w:rPr>
                <w:rFonts w:eastAsia="Sans Serif"/>
              </w:rPr>
              <w:t>Žr. 4 skyrių - lygiaverčių terminų vartojimas</w:t>
            </w:r>
          </w:p>
        </w:tc>
        <w:tc>
          <w:tcPr>
            <w:tcW w:w="1428" w:type="dxa"/>
          </w:tcPr>
          <w:p w14:paraId="7C001398" w14:textId="77777777" w:rsidR="00EF6539" w:rsidRDefault="00000000">
            <w:pPr>
              <w:rPr>
                <w:rFonts w:hint="eastAsia"/>
              </w:rPr>
            </w:pPr>
            <w:r>
              <w:rPr>
                <w:rFonts w:eastAsia="Sans Serif"/>
              </w:rPr>
              <w:t>1) See cause 4, use of equivalent terms</w:t>
            </w:r>
          </w:p>
        </w:tc>
        <w:tc>
          <w:tcPr>
            <w:tcW w:w="1428" w:type="dxa"/>
          </w:tcPr>
          <w:p w14:paraId="29FCB34B" w14:textId="77777777" w:rsidR="00EF6539" w:rsidRDefault="00000000">
            <w:pPr>
              <w:rPr>
                <w:rFonts w:hint="eastAsia"/>
              </w:rPr>
            </w:pPr>
            <w:r>
              <w:rPr>
                <w:rFonts w:eastAsia="Sans Serif"/>
              </w:rPr>
              <w:t>1) Voir paragraphe 4 utilisation des termes équivalents</w:t>
            </w:r>
          </w:p>
        </w:tc>
        <w:tc>
          <w:tcPr>
            <w:tcW w:w="1428" w:type="dxa"/>
          </w:tcPr>
          <w:p w14:paraId="5E770E80" w14:textId="77777777" w:rsidR="00EF6539" w:rsidRDefault="00000000">
            <w:pPr>
              <w:rPr>
                <w:rFonts w:hint="eastAsia"/>
              </w:rPr>
            </w:pPr>
            <w:r>
              <w:rPr>
                <w:rFonts w:eastAsia="Sans Serif"/>
              </w:rPr>
              <w:t>1) Siehe Abschnitt 4, Verwendung gleichwertiger Begriffe</w:t>
            </w:r>
          </w:p>
        </w:tc>
      </w:tr>
    </w:tbl>
    <w:p w14:paraId="39C560E4" w14:textId="77777777" w:rsidR="00EF6539" w:rsidRDefault="00EF6539">
      <w:pPr>
        <w:rPr>
          <w:rFonts w:hint="eastAsia"/>
        </w:rPr>
        <w:sectPr w:rsidR="00EF6539">
          <w:pgSz w:w="16838" w:h="11906"/>
          <w:pgMar w:top="0" w:right="0" w:bottom="0" w:left="0" w:header="0" w:footer="0" w:gutter="0"/>
          <w:cols w:space="720"/>
          <w:docGrid w:linePitch="360"/>
        </w:sectPr>
      </w:pPr>
    </w:p>
    <w:p w14:paraId="6422D7DA" w14:textId="77777777" w:rsidR="00EF6539" w:rsidRDefault="00EF6539">
      <w:pPr>
        <w:rPr>
          <w:rFonts w:hint="eastAsia"/>
        </w:rPr>
      </w:pPr>
    </w:p>
    <w:tbl>
      <w:tblPr>
        <w:tblStyle w:val="TableGrid"/>
        <w:tblpPr w:vertAnchor="page" w:horzAnchor="page" w:tblpX="9575" w:tblpY="1337"/>
        <w:tblW w:w="6200" w:type="dxa"/>
        <w:tblLayout w:type="fixed"/>
        <w:tblLook w:val="04A0" w:firstRow="1" w:lastRow="0" w:firstColumn="1" w:lastColumn="0" w:noHBand="0" w:noVBand="1"/>
      </w:tblPr>
      <w:tblGrid>
        <w:gridCol w:w="1240"/>
        <w:gridCol w:w="1240"/>
        <w:gridCol w:w="1240"/>
        <w:gridCol w:w="1240"/>
        <w:gridCol w:w="1240"/>
      </w:tblGrid>
      <w:tr w:rsidR="00EF6539" w14:paraId="28B8BEBF" w14:textId="77777777">
        <w:trPr>
          <w:trHeight w:val="236"/>
        </w:trPr>
        <w:tc>
          <w:tcPr>
            <w:tcW w:w="1240" w:type="dxa"/>
          </w:tcPr>
          <w:p w14:paraId="27BFBBE9" w14:textId="77777777" w:rsidR="00EF6539" w:rsidRDefault="00000000">
            <w:pPr>
              <w:rPr>
                <w:rFonts w:hint="eastAsia"/>
              </w:rPr>
            </w:pPr>
            <w:r>
              <w:rPr>
                <w:rFonts w:eastAsia="Sans Serif"/>
              </w:rPr>
              <w:t>Nuoroda</w:t>
            </w:r>
          </w:p>
        </w:tc>
        <w:tc>
          <w:tcPr>
            <w:tcW w:w="1240" w:type="dxa"/>
          </w:tcPr>
          <w:p w14:paraId="01989AD6" w14:textId="77777777" w:rsidR="00EF6539" w:rsidRDefault="00000000">
            <w:pPr>
              <w:rPr>
                <w:rFonts w:hint="eastAsia"/>
              </w:rPr>
            </w:pPr>
            <w:r>
              <w:rPr>
                <w:rFonts w:eastAsia="Sans Serif"/>
              </w:rPr>
              <w:t>Lietuviškai</w:t>
            </w:r>
          </w:p>
        </w:tc>
        <w:tc>
          <w:tcPr>
            <w:tcW w:w="1240" w:type="dxa"/>
          </w:tcPr>
          <w:p w14:paraId="5678B844" w14:textId="77777777" w:rsidR="00EF6539" w:rsidRDefault="00000000">
            <w:pPr>
              <w:rPr>
                <w:rFonts w:hint="eastAsia"/>
              </w:rPr>
            </w:pPr>
            <w:r>
              <w:rPr>
                <w:rFonts w:eastAsia="Sans Serif"/>
              </w:rPr>
              <w:t>English</w:t>
            </w:r>
          </w:p>
        </w:tc>
        <w:tc>
          <w:tcPr>
            <w:tcW w:w="1240" w:type="dxa"/>
          </w:tcPr>
          <w:p w14:paraId="7041EF34" w14:textId="77777777" w:rsidR="00EF6539" w:rsidRDefault="00000000">
            <w:pPr>
              <w:rPr>
                <w:rFonts w:hint="eastAsia"/>
              </w:rPr>
            </w:pPr>
            <w:r>
              <w:rPr>
                <w:rFonts w:eastAsia="Sans Serif"/>
              </w:rPr>
              <w:t>Français</w:t>
            </w:r>
          </w:p>
        </w:tc>
        <w:tc>
          <w:tcPr>
            <w:tcW w:w="1240" w:type="dxa"/>
          </w:tcPr>
          <w:p w14:paraId="2C8295C7" w14:textId="77777777" w:rsidR="00EF6539" w:rsidRDefault="00000000">
            <w:pPr>
              <w:rPr>
                <w:rFonts w:hint="eastAsia"/>
              </w:rPr>
            </w:pPr>
            <w:r>
              <w:rPr>
                <w:rFonts w:eastAsia="Sans Serif"/>
              </w:rPr>
              <w:t>Deutsch</w:t>
            </w:r>
          </w:p>
        </w:tc>
      </w:tr>
      <w:tr w:rsidR="00EF6539" w14:paraId="27A492E9" w14:textId="77777777">
        <w:trPr>
          <w:trHeight w:val="236"/>
        </w:trPr>
        <w:tc>
          <w:tcPr>
            <w:tcW w:w="1240" w:type="dxa"/>
          </w:tcPr>
          <w:p w14:paraId="527A7BDA" w14:textId="77777777" w:rsidR="00EF6539" w:rsidRDefault="00000000">
            <w:pPr>
              <w:rPr>
                <w:rFonts w:hint="eastAsia"/>
              </w:rPr>
            </w:pPr>
            <w:r>
              <w:rPr>
                <w:rFonts w:eastAsia="Sans Serif"/>
              </w:rPr>
              <w:t>E</w:t>
            </w:r>
          </w:p>
        </w:tc>
        <w:tc>
          <w:tcPr>
            <w:tcW w:w="1240" w:type="dxa"/>
          </w:tcPr>
          <w:p w14:paraId="3FEE4B90" w14:textId="77777777" w:rsidR="00EF6539" w:rsidRDefault="00000000">
            <w:pPr>
              <w:rPr>
                <w:rFonts w:hint="eastAsia"/>
              </w:rPr>
            </w:pPr>
            <w:r>
              <w:rPr>
                <w:rFonts w:eastAsia="Sans Serif"/>
              </w:rPr>
              <w:t>Lydomasis paviršius (nusklembtas)</w:t>
            </w:r>
          </w:p>
        </w:tc>
        <w:tc>
          <w:tcPr>
            <w:tcW w:w="1240" w:type="dxa"/>
          </w:tcPr>
          <w:p w14:paraId="33D5A656" w14:textId="77777777" w:rsidR="00EF6539" w:rsidRDefault="00000000">
            <w:pPr>
              <w:rPr>
                <w:rFonts w:hint="eastAsia"/>
              </w:rPr>
            </w:pPr>
            <w:r>
              <w:rPr>
                <w:rFonts w:eastAsia="Sans Serif"/>
              </w:rPr>
              <w:t>fusion face (prepared)</w:t>
            </w:r>
          </w:p>
        </w:tc>
        <w:tc>
          <w:tcPr>
            <w:tcW w:w="1240" w:type="dxa"/>
          </w:tcPr>
          <w:p w14:paraId="265AEE9C" w14:textId="77777777" w:rsidR="00EF6539" w:rsidRDefault="00000000">
            <w:pPr>
              <w:rPr>
                <w:rFonts w:hint="eastAsia"/>
              </w:rPr>
            </w:pPr>
            <w:r>
              <w:rPr>
                <w:rFonts w:eastAsia="Sans Serif"/>
              </w:rPr>
              <w:t>face du chanfrein</w:t>
            </w:r>
          </w:p>
        </w:tc>
        <w:tc>
          <w:tcPr>
            <w:tcW w:w="1240" w:type="dxa"/>
          </w:tcPr>
          <w:p w14:paraId="0980A773" w14:textId="77777777" w:rsidR="00EF6539" w:rsidRDefault="00000000">
            <w:pPr>
              <w:rPr>
                <w:rFonts w:hint="eastAsia"/>
              </w:rPr>
            </w:pPr>
            <w:r>
              <w:rPr>
                <w:rFonts w:eastAsia="Sans Serif"/>
              </w:rPr>
              <w:t>Fugenflanke</w:t>
            </w:r>
          </w:p>
        </w:tc>
      </w:tr>
      <w:tr w:rsidR="00EF6539" w14:paraId="1D5AA9A9" w14:textId="77777777">
        <w:trPr>
          <w:trHeight w:val="236"/>
        </w:trPr>
        <w:tc>
          <w:tcPr>
            <w:tcW w:w="1240" w:type="dxa"/>
          </w:tcPr>
          <w:p w14:paraId="6FA4CDF5" w14:textId="77777777" w:rsidR="00EF6539" w:rsidRDefault="00000000">
            <w:pPr>
              <w:rPr>
                <w:rFonts w:hint="eastAsia"/>
              </w:rPr>
            </w:pPr>
            <w:r>
              <w:rPr>
                <w:rFonts w:eastAsia="Sans Serif"/>
              </w:rPr>
              <w:t>1''</w:t>
            </w:r>
          </w:p>
        </w:tc>
        <w:tc>
          <w:tcPr>
            <w:tcW w:w="1240" w:type="dxa"/>
          </w:tcPr>
          <w:p w14:paraId="207E1DA0" w14:textId="77777777" w:rsidR="00EF6539" w:rsidRDefault="00000000">
            <w:pPr>
              <w:rPr>
                <w:rFonts w:hint="eastAsia"/>
              </w:rPr>
            </w:pPr>
            <w:r>
              <w:rPr>
                <w:rFonts w:eastAsia="Sans Serif"/>
              </w:rPr>
              <w:t>Lydomasis paviršius (kampinė siūlė)</w:t>
            </w:r>
          </w:p>
        </w:tc>
        <w:tc>
          <w:tcPr>
            <w:tcW w:w="1240" w:type="dxa"/>
          </w:tcPr>
          <w:p w14:paraId="21435313" w14:textId="77777777" w:rsidR="00EF6539" w:rsidRDefault="00000000">
            <w:pPr>
              <w:rPr>
                <w:rFonts w:hint="eastAsia"/>
              </w:rPr>
            </w:pPr>
            <w:r>
              <w:rPr>
                <w:rFonts w:eastAsia="Sans Serif"/>
              </w:rPr>
              <w:t>fusion face (filet weld)</w:t>
            </w:r>
          </w:p>
        </w:tc>
        <w:tc>
          <w:tcPr>
            <w:tcW w:w="1240" w:type="dxa"/>
          </w:tcPr>
          <w:p w14:paraId="2ED6D27A" w14:textId="77777777" w:rsidR="00EF6539" w:rsidRDefault="00000000">
            <w:pPr>
              <w:rPr>
                <w:rFonts w:hint="eastAsia"/>
              </w:rPr>
            </w:pPr>
            <w:r>
              <w:rPr>
                <w:rFonts w:eastAsia="Sans Serif"/>
              </w:rPr>
              <w:t>face a souder</w:t>
            </w:r>
          </w:p>
        </w:tc>
        <w:tc>
          <w:tcPr>
            <w:tcW w:w="1240" w:type="dxa"/>
          </w:tcPr>
          <w:p w14:paraId="02554C3E" w14:textId="77777777" w:rsidR="00EF6539" w:rsidRDefault="00000000">
            <w:pPr>
              <w:rPr>
                <w:rFonts w:hint="eastAsia"/>
              </w:rPr>
            </w:pPr>
            <w:r>
              <w:rPr>
                <w:rFonts w:eastAsia="Sans Serif"/>
              </w:rPr>
              <w:t>Kehlflanke</w:t>
            </w:r>
          </w:p>
        </w:tc>
      </w:tr>
      <w:tr w:rsidR="00EF6539" w14:paraId="179F38D0" w14:textId="77777777">
        <w:trPr>
          <w:trHeight w:val="236"/>
        </w:trPr>
        <w:tc>
          <w:tcPr>
            <w:tcW w:w="1240" w:type="dxa"/>
          </w:tcPr>
          <w:p w14:paraId="3A2B88A5" w14:textId="77777777" w:rsidR="00EF6539" w:rsidRDefault="00000000">
            <w:pPr>
              <w:rPr>
                <w:rFonts w:hint="eastAsia"/>
              </w:rPr>
            </w:pPr>
            <w:r>
              <w:rPr>
                <w:rFonts w:eastAsia="Sans Serif"/>
              </w:rPr>
              <w:t>1</w:t>
            </w:r>
          </w:p>
        </w:tc>
        <w:tc>
          <w:tcPr>
            <w:tcW w:w="1240" w:type="dxa"/>
          </w:tcPr>
          <w:p w14:paraId="33260107" w14:textId="77777777" w:rsidR="00EF6539" w:rsidRDefault="00000000">
            <w:pPr>
              <w:rPr>
                <w:rFonts w:hint="eastAsia"/>
              </w:rPr>
            </w:pPr>
            <w:r>
              <w:rPr>
                <w:rFonts w:eastAsia="Sans Serif"/>
              </w:rPr>
              <w:t>Plokštės storis</w:t>
            </w:r>
          </w:p>
        </w:tc>
        <w:tc>
          <w:tcPr>
            <w:tcW w:w="1240" w:type="dxa"/>
          </w:tcPr>
          <w:p w14:paraId="54023046" w14:textId="77777777" w:rsidR="00EF6539" w:rsidRDefault="00000000">
            <w:pPr>
              <w:rPr>
                <w:rFonts w:hint="eastAsia"/>
              </w:rPr>
            </w:pPr>
            <w:r>
              <w:rPr>
                <w:rFonts w:eastAsia="Sans Serif"/>
              </w:rPr>
              <w:t>plate thickness</w:t>
            </w:r>
          </w:p>
        </w:tc>
        <w:tc>
          <w:tcPr>
            <w:tcW w:w="1240" w:type="dxa"/>
          </w:tcPr>
          <w:p w14:paraId="7302D940" w14:textId="77777777" w:rsidR="00EF6539" w:rsidRDefault="00000000">
            <w:pPr>
              <w:rPr>
                <w:rFonts w:hint="eastAsia"/>
              </w:rPr>
            </w:pPr>
            <w:r>
              <w:rPr>
                <w:rFonts w:eastAsia="Sans Serif"/>
              </w:rPr>
              <w:t>épaisseur de la pièce</w:t>
            </w:r>
          </w:p>
        </w:tc>
        <w:tc>
          <w:tcPr>
            <w:tcW w:w="1240" w:type="dxa"/>
          </w:tcPr>
          <w:p w14:paraId="4F5554B3" w14:textId="77777777" w:rsidR="00EF6539" w:rsidRDefault="00000000">
            <w:pPr>
              <w:rPr>
                <w:rFonts w:hint="eastAsia"/>
              </w:rPr>
            </w:pPr>
            <w:r>
              <w:rPr>
                <w:rFonts w:eastAsia="Sans Serif"/>
              </w:rPr>
              <w:t>Werkstückdicke</w:t>
            </w:r>
          </w:p>
        </w:tc>
      </w:tr>
      <w:tr w:rsidR="00EF6539" w14:paraId="1400BE4D" w14:textId="77777777">
        <w:trPr>
          <w:trHeight w:val="236"/>
        </w:trPr>
        <w:tc>
          <w:tcPr>
            <w:tcW w:w="1240" w:type="dxa"/>
          </w:tcPr>
          <w:p w14:paraId="5253389C" w14:textId="77777777" w:rsidR="00EF6539" w:rsidRDefault="00000000">
            <w:pPr>
              <w:rPr>
                <w:rFonts w:hint="eastAsia"/>
              </w:rPr>
            </w:pPr>
            <w:r>
              <w:rPr>
                <w:rFonts w:eastAsia="Sans Serif"/>
              </w:rPr>
              <w:t>4</w:t>
            </w:r>
          </w:p>
        </w:tc>
        <w:tc>
          <w:tcPr>
            <w:tcW w:w="1240" w:type="dxa"/>
          </w:tcPr>
          <w:p w14:paraId="5DAFA996" w14:textId="77777777" w:rsidR="00EF6539" w:rsidRDefault="00000000">
            <w:pPr>
              <w:rPr>
                <w:rFonts w:hint="eastAsia"/>
              </w:rPr>
            </w:pPr>
            <w:r>
              <w:rPr>
                <w:rFonts w:eastAsia="Sans Serif"/>
              </w:rPr>
              <w:t>Tarpelis tarp briaunų</w:t>
            </w:r>
          </w:p>
        </w:tc>
        <w:tc>
          <w:tcPr>
            <w:tcW w:w="1240" w:type="dxa"/>
          </w:tcPr>
          <w:p w14:paraId="3709D56E" w14:textId="77777777" w:rsidR="00EF6539" w:rsidRDefault="00000000">
            <w:pPr>
              <w:rPr>
                <w:rFonts w:hint="eastAsia"/>
              </w:rPr>
            </w:pPr>
            <w:r>
              <w:rPr>
                <w:rFonts w:eastAsia="Sans Serif"/>
              </w:rPr>
              <w:t>root gap</w:t>
            </w:r>
          </w:p>
        </w:tc>
        <w:tc>
          <w:tcPr>
            <w:tcW w:w="1240" w:type="dxa"/>
          </w:tcPr>
          <w:p w14:paraId="0F4DB30F" w14:textId="77777777" w:rsidR="00EF6539" w:rsidRDefault="00000000">
            <w:pPr>
              <w:rPr>
                <w:rFonts w:hint="eastAsia"/>
              </w:rPr>
            </w:pPr>
            <w:r>
              <w:rPr>
                <w:rFonts w:eastAsia="Sans Serif"/>
              </w:rPr>
              <w:t>écartement des bords</w:t>
            </w:r>
          </w:p>
        </w:tc>
        <w:tc>
          <w:tcPr>
            <w:tcW w:w="1240" w:type="dxa"/>
          </w:tcPr>
          <w:p w14:paraId="32DAEE9D" w14:textId="77777777" w:rsidR="00EF6539" w:rsidRDefault="00000000">
            <w:pPr>
              <w:rPr>
                <w:rFonts w:hint="eastAsia"/>
              </w:rPr>
            </w:pPr>
            <w:r>
              <w:rPr>
                <w:rFonts w:eastAsia="Sans Serif"/>
              </w:rPr>
              <w:t>Stirnflächenabstand</w:t>
            </w:r>
          </w:p>
        </w:tc>
      </w:tr>
      <w:tr w:rsidR="00EF6539" w14:paraId="419421A9" w14:textId="77777777">
        <w:trPr>
          <w:trHeight w:val="236"/>
        </w:trPr>
        <w:tc>
          <w:tcPr>
            <w:tcW w:w="1240" w:type="dxa"/>
          </w:tcPr>
          <w:p w14:paraId="7B914B76" w14:textId="77777777" w:rsidR="00EF6539" w:rsidRDefault="00000000">
            <w:pPr>
              <w:rPr>
                <w:rFonts w:hint="eastAsia"/>
              </w:rPr>
            </w:pPr>
            <w:r>
              <w:rPr>
                <w:rFonts w:eastAsia="Sans Serif"/>
              </w:rPr>
              <w:t>7''</w:t>
            </w:r>
          </w:p>
        </w:tc>
        <w:tc>
          <w:tcPr>
            <w:tcW w:w="1240" w:type="dxa"/>
          </w:tcPr>
          <w:p w14:paraId="1008F69D" w14:textId="77777777" w:rsidR="00EF6539" w:rsidRDefault="00000000">
            <w:pPr>
              <w:rPr>
                <w:rFonts w:hint="eastAsia"/>
              </w:rPr>
            </w:pPr>
            <w:r>
              <w:rPr>
                <w:rFonts w:eastAsia="Sans Serif"/>
              </w:rPr>
              <w:t>Jungties ilgis</w:t>
            </w:r>
          </w:p>
        </w:tc>
        <w:tc>
          <w:tcPr>
            <w:tcW w:w="1240" w:type="dxa"/>
          </w:tcPr>
          <w:p w14:paraId="42E9AB8B" w14:textId="77777777" w:rsidR="00EF6539" w:rsidRDefault="00000000">
            <w:pPr>
              <w:rPr>
                <w:rFonts w:hint="eastAsia"/>
              </w:rPr>
            </w:pPr>
            <w:r>
              <w:rPr>
                <w:rFonts w:eastAsia="Sans Serif"/>
              </w:rPr>
              <w:t>joint length</w:t>
            </w:r>
          </w:p>
        </w:tc>
        <w:tc>
          <w:tcPr>
            <w:tcW w:w="1240" w:type="dxa"/>
          </w:tcPr>
          <w:p w14:paraId="1966CA6A" w14:textId="77777777" w:rsidR="00EF6539" w:rsidRDefault="00000000">
            <w:pPr>
              <w:rPr>
                <w:rFonts w:hint="eastAsia"/>
              </w:rPr>
            </w:pPr>
            <w:r>
              <w:rPr>
                <w:rFonts w:eastAsia="Sans Serif"/>
              </w:rPr>
              <w:t>longueur du joint</w:t>
            </w:r>
          </w:p>
        </w:tc>
        <w:tc>
          <w:tcPr>
            <w:tcW w:w="1240" w:type="dxa"/>
          </w:tcPr>
          <w:p w14:paraId="177012F6" w14:textId="77777777" w:rsidR="00EF6539" w:rsidRDefault="00000000">
            <w:pPr>
              <w:rPr>
                <w:rFonts w:hint="eastAsia"/>
              </w:rPr>
            </w:pPr>
            <w:r>
              <w:rPr>
                <w:rFonts w:eastAsia="Sans Serif"/>
              </w:rPr>
              <w:t>Fugenlänge/Kehllänge</w:t>
            </w:r>
          </w:p>
        </w:tc>
      </w:tr>
      <w:tr w:rsidR="00EF6539" w14:paraId="3BB17565" w14:textId="77777777">
        <w:trPr>
          <w:trHeight w:val="236"/>
        </w:trPr>
        <w:tc>
          <w:tcPr>
            <w:tcW w:w="1240" w:type="dxa"/>
          </w:tcPr>
          <w:p w14:paraId="6ADC365F" w14:textId="77777777" w:rsidR="00EF6539" w:rsidRDefault="00000000">
            <w:pPr>
              <w:rPr>
                <w:rFonts w:hint="eastAsia"/>
              </w:rPr>
            </w:pPr>
            <w:r>
              <w:rPr>
                <w:rFonts w:eastAsia="Sans Serif"/>
              </w:rPr>
              <w:t>8</w:t>
            </w:r>
          </w:p>
        </w:tc>
        <w:tc>
          <w:tcPr>
            <w:tcW w:w="1240" w:type="dxa"/>
          </w:tcPr>
          <w:p w14:paraId="1D1EBC85" w14:textId="77777777" w:rsidR="00EF6539" w:rsidRDefault="00000000">
            <w:pPr>
              <w:rPr>
                <w:rFonts w:hint="eastAsia"/>
              </w:rPr>
            </w:pPr>
            <w:r>
              <w:rPr>
                <w:rFonts w:eastAsia="Sans Serif"/>
              </w:rPr>
              <w:t>Nusklembimo kraštinė</w:t>
            </w:r>
          </w:p>
        </w:tc>
        <w:tc>
          <w:tcPr>
            <w:tcW w:w="1240" w:type="dxa"/>
          </w:tcPr>
          <w:p w14:paraId="3F330445" w14:textId="77777777" w:rsidR="00EF6539" w:rsidRDefault="00000000">
            <w:pPr>
              <w:rPr>
                <w:rFonts w:hint="eastAsia"/>
              </w:rPr>
            </w:pPr>
            <w:r>
              <w:rPr>
                <w:rFonts w:eastAsia="Sans Serif"/>
              </w:rPr>
              <w:t>longitudinal edge of preparation</w:t>
            </w:r>
          </w:p>
        </w:tc>
        <w:tc>
          <w:tcPr>
            <w:tcW w:w="1240" w:type="dxa"/>
          </w:tcPr>
          <w:p w14:paraId="2337AF9F" w14:textId="77777777" w:rsidR="00EF6539" w:rsidRDefault="00000000">
            <w:pPr>
              <w:rPr>
                <w:rFonts w:hint="eastAsia"/>
              </w:rPr>
            </w:pPr>
            <w:r>
              <w:rPr>
                <w:rFonts w:eastAsia="Sans Serif"/>
              </w:rPr>
              <w:t>arête longitudinale du chanfrein</w:t>
            </w:r>
          </w:p>
        </w:tc>
        <w:tc>
          <w:tcPr>
            <w:tcW w:w="1240" w:type="dxa"/>
          </w:tcPr>
          <w:p w14:paraId="2A593776" w14:textId="77777777" w:rsidR="00EF6539" w:rsidRDefault="00000000">
            <w:pPr>
              <w:rPr>
                <w:rFonts w:hint="eastAsia"/>
              </w:rPr>
            </w:pPr>
            <w:r>
              <w:rPr>
                <w:rFonts w:eastAsia="Sans Serif"/>
              </w:rPr>
              <w:t>Fugenlangskante</w:t>
            </w:r>
          </w:p>
        </w:tc>
      </w:tr>
      <w:tr w:rsidR="00EF6539" w14:paraId="0FB9976C" w14:textId="77777777">
        <w:trPr>
          <w:trHeight w:val="236"/>
        </w:trPr>
        <w:tc>
          <w:tcPr>
            <w:tcW w:w="1240" w:type="dxa"/>
          </w:tcPr>
          <w:p w14:paraId="21F18121" w14:textId="77777777" w:rsidR="00EF6539" w:rsidRDefault="00000000">
            <w:pPr>
              <w:rPr>
                <w:rFonts w:hint="eastAsia"/>
              </w:rPr>
            </w:pPr>
            <w:r>
              <w:rPr>
                <w:rFonts w:eastAsia="Sans Serif"/>
              </w:rPr>
              <w:t>11''</w:t>
            </w:r>
          </w:p>
        </w:tc>
        <w:tc>
          <w:tcPr>
            <w:tcW w:w="1240" w:type="dxa"/>
          </w:tcPr>
          <w:p w14:paraId="48F395DF" w14:textId="77777777" w:rsidR="00EF6539" w:rsidRDefault="00000000">
            <w:pPr>
              <w:rPr>
                <w:rFonts w:hint="eastAsia"/>
              </w:rPr>
            </w:pPr>
            <w:r>
              <w:rPr>
                <w:rFonts w:eastAsia="Sans Serif"/>
              </w:rPr>
              <w:t>Šaknies tarpelis</w:t>
            </w:r>
          </w:p>
        </w:tc>
        <w:tc>
          <w:tcPr>
            <w:tcW w:w="1240" w:type="dxa"/>
          </w:tcPr>
          <w:p w14:paraId="43C95F68" w14:textId="77777777" w:rsidR="00EF6539" w:rsidRDefault="00000000">
            <w:pPr>
              <w:rPr>
                <w:rFonts w:hint="eastAsia"/>
              </w:rPr>
            </w:pPr>
            <w:r>
              <w:rPr>
                <w:rFonts w:eastAsia="Sans Serif"/>
              </w:rPr>
              <w:t>root gap</w:t>
            </w:r>
          </w:p>
        </w:tc>
        <w:tc>
          <w:tcPr>
            <w:tcW w:w="1240" w:type="dxa"/>
          </w:tcPr>
          <w:p w14:paraId="1F5DF8FE" w14:textId="77777777" w:rsidR="00EF6539" w:rsidRDefault="00000000">
            <w:pPr>
              <w:rPr>
                <w:rFonts w:hint="eastAsia"/>
              </w:rPr>
            </w:pPr>
            <w:r>
              <w:rPr>
                <w:rFonts w:eastAsia="Sans Serif"/>
              </w:rPr>
              <w:t>écartement à la racine</w:t>
            </w:r>
          </w:p>
        </w:tc>
        <w:tc>
          <w:tcPr>
            <w:tcW w:w="1240" w:type="dxa"/>
          </w:tcPr>
          <w:p w14:paraId="7325E470" w14:textId="77777777" w:rsidR="00EF6539" w:rsidRDefault="00000000">
            <w:pPr>
              <w:rPr>
                <w:rFonts w:hint="eastAsia"/>
              </w:rPr>
            </w:pPr>
            <w:r>
              <w:rPr>
                <w:rFonts w:eastAsia="Sans Serif"/>
              </w:rPr>
              <w:t>Stegabstand</w:t>
            </w:r>
          </w:p>
        </w:tc>
      </w:tr>
      <w:tr w:rsidR="00EF6539" w14:paraId="1DF5CF3D" w14:textId="77777777">
        <w:trPr>
          <w:trHeight w:val="236"/>
        </w:trPr>
        <w:tc>
          <w:tcPr>
            <w:tcW w:w="1240" w:type="dxa"/>
          </w:tcPr>
          <w:p w14:paraId="5DF2D1F0" w14:textId="77777777" w:rsidR="00EF6539" w:rsidRDefault="00000000">
            <w:pPr>
              <w:rPr>
                <w:rFonts w:hint="eastAsia"/>
              </w:rPr>
            </w:pPr>
            <w:r>
              <w:rPr>
                <w:rFonts w:eastAsia="Sans Serif"/>
              </w:rPr>
              <w:t>12</w:t>
            </w:r>
          </w:p>
        </w:tc>
        <w:tc>
          <w:tcPr>
            <w:tcW w:w="1240" w:type="dxa"/>
          </w:tcPr>
          <w:p w14:paraId="476CDDDF" w14:textId="77777777" w:rsidR="00EF6539" w:rsidRDefault="00000000">
            <w:pPr>
              <w:rPr>
                <w:rFonts w:hint="eastAsia"/>
              </w:rPr>
            </w:pPr>
            <w:r>
              <w:rPr>
                <w:rFonts w:eastAsia="Sans Serif"/>
              </w:rPr>
              <w:t>Šaknies briaunelės aukštis</w:t>
            </w:r>
          </w:p>
        </w:tc>
        <w:tc>
          <w:tcPr>
            <w:tcW w:w="1240" w:type="dxa"/>
          </w:tcPr>
          <w:p w14:paraId="36888D41" w14:textId="77777777" w:rsidR="00EF6539" w:rsidRDefault="00000000">
            <w:pPr>
              <w:rPr>
                <w:rFonts w:hint="eastAsia"/>
              </w:rPr>
            </w:pPr>
            <w:r>
              <w:rPr>
                <w:rFonts w:eastAsia="Sans Serif"/>
              </w:rPr>
              <w:t>depth of root face</w:t>
            </w:r>
          </w:p>
        </w:tc>
        <w:tc>
          <w:tcPr>
            <w:tcW w:w="1240" w:type="dxa"/>
          </w:tcPr>
          <w:p w14:paraId="2F9FB6E7" w14:textId="77777777" w:rsidR="00EF6539" w:rsidRDefault="00000000">
            <w:pPr>
              <w:rPr>
                <w:rFonts w:hint="eastAsia"/>
              </w:rPr>
            </w:pPr>
            <w:r>
              <w:rPr>
                <w:rFonts w:eastAsia="Sans Serif"/>
              </w:rPr>
              <w:t>hauteur du talon</w:t>
            </w:r>
          </w:p>
        </w:tc>
        <w:tc>
          <w:tcPr>
            <w:tcW w:w="1240" w:type="dxa"/>
          </w:tcPr>
          <w:p w14:paraId="1D388FEA" w14:textId="77777777" w:rsidR="00EF6539" w:rsidRDefault="00000000">
            <w:pPr>
              <w:rPr>
                <w:rFonts w:hint="eastAsia"/>
              </w:rPr>
            </w:pPr>
            <w:r>
              <w:rPr>
                <w:rFonts w:eastAsia="Sans Serif"/>
              </w:rPr>
              <w:t>Steghöhe</w:t>
            </w:r>
          </w:p>
        </w:tc>
      </w:tr>
      <w:tr w:rsidR="00EF6539" w14:paraId="4A04A464" w14:textId="77777777">
        <w:trPr>
          <w:trHeight w:val="236"/>
        </w:trPr>
        <w:tc>
          <w:tcPr>
            <w:tcW w:w="1240" w:type="dxa"/>
          </w:tcPr>
          <w:p w14:paraId="7A1C18B8" w14:textId="77777777" w:rsidR="00EF6539" w:rsidRDefault="00000000">
            <w:pPr>
              <w:rPr>
                <w:rFonts w:hint="eastAsia"/>
              </w:rPr>
            </w:pPr>
            <w:r>
              <w:rPr>
                <w:rFonts w:eastAsia="Sans Serif"/>
              </w:rPr>
              <w:t>13</w:t>
            </w:r>
          </w:p>
        </w:tc>
        <w:tc>
          <w:tcPr>
            <w:tcW w:w="1240" w:type="dxa"/>
          </w:tcPr>
          <w:p w14:paraId="22ED4893" w14:textId="77777777" w:rsidR="00EF6539" w:rsidRDefault="00000000">
            <w:pPr>
              <w:rPr>
                <w:rFonts w:hint="eastAsia"/>
              </w:rPr>
            </w:pPr>
            <w:r>
              <w:rPr>
                <w:rFonts w:eastAsia="Sans Serif"/>
              </w:rPr>
              <w:t>Šaknies briaunelės išilgine kraštinė</w:t>
            </w:r>
          </w:p>
        </w:tc>
        <w:tc>
          <w:tcPr>
            <w:tcW w:w="1240" w:type="dxa"/>
          </w:tcPr>
          <w:p w14:paraId="0406014E" w14:textId="77777777" w:rsidR="00EF6539" w:rsidRDefault="00000000">
            <w:pPr>
              <w:rPr>
                <w:rFonts w:hint="eastAsia"/>
              </w:rPr>
            </w:pPr>
            <w:r>
              <w:rPr>
                <w:rFonts w:eastAsia="Sans Serif"/>
              </w:rPr>
              <w:t>longitudinal edge of root face</w:t>
            </w:r>
          </w:p>
        </w:tc>
        <w:tc>
          <w:tcPr>
            <w:tcW w:w="1240" w:type="dxa"/>
          </w:tcPr>
          <w:p w14:paraId="756CAEE7" w14:textId="77777777" w:rsidR="00EF6539" w:rsidRDefault="00000000">
            <w:pPr>
              <w:rPr>
                <w:rFonts w:hint="eastAsia"/>
              </w:rPr>
            </w:pPr>
            <w:r>
              <w:rPr>
                <w:rFonts w:eastAsia="Sans Serif"/>
              </w:rPr>
              <w:t>arête longitudinale du talon</w:t>
            </w:r>
          </w:p>
        </w:tc>
        <w:tc>
          <w:tcPr>
            <w:tcW w:w="1240" w:type="dxa"/>
          </w:tcPr>
          <w:p w14:paraId="657EBC24" w14:textId="77777777" w:rsidR="00EF6539" w:rsidRDefault="00000000">
            <w:pPr>
              <w:rPr>
                <w:rFonts w:hint="eastAsia"/>
              </w:rPr>
            </w:pPr>
            <w:r>
              <w:rPr>
                <w:rFonts w:eastAsia="Sans Serif"/>
              </w:rPr>
              <w:t>Steglängskante</w:t>
            </w:r>
          </w:p>
        </w:tc>
      </w:tr>
      <w:tr w:rsidR="00EF6539" w14:paraId="7EC9BDB5" w14:textId="77777777">
        <w:trPr>
          <w:trHeight w:val="236"/>
        </w:trPr>
        <w:tc>
          <w:tcPr>
            <w:tcW w:w="1240" w:type="dxa"/>
          </w:tcPr>
          <w:p w14:paraId="2F237F13" w14:textId="77777777" w:rsidR="00EF6539" w:rsidRDefault="00000000">
            <w:pPr>
              <w:rPr>
                <w:rFonts w:hint="eastAsia"/>
              </w:rPr>
            </w:pPr>
            <w:r>
              <w:rPr>
                <w:rFonts w:eastAsia="Sans Serif"/>
              </w:rPr>
              <w:t>14</w:t>
            </w:r>
          </w:p>
        </w:tc>
        <w:tc>
          <w:tcPr>
            <w:tcW w:w="1240" w:type="dxa"/>
          </w:tcPr>
          <w:p w14:paraId="7FCEC135" w14:textId="77777777" w:rsidR="00EF6539" w:rsidRDefault="00000000">
            <w:pPr>
              <w:rPr>
                <w:rFonts w:hint="eastAsia"/>
              </w:rPr>
            </w:pPr>
            <w:r>
              <w:rPr>
                <w:rFonts w:eastAsia="Sans Serif"/>
              </w:rPr>
              <w:t>Šaknies briaunelės šoninė kraštinė</w:t>
            </w:r>
          </w:p>
        </w:tc>
        <w:tc>
          <w:tcPr>
            <w:tcW w:w="1240" w:type="dxa"/>
          </w:tcPr>
          <w:p w14:paraId="39D70F22" w14:textId="77777777" w:rsidR="00EF6539" w:rsidRDefault="00000000">
            <w:pPr>
              <w:rPr>
                <w:rFonts w:hint="eastAsia"/>
              </w:rPr>
            </w:pPr>
            <w:r>
              <w:rPr>
                <w:rFonts w:eastAsia="Sans Serif"/>
              </w:rPr>
              <w:t>side edge of root face</w:t>
            </w:r>
          </w:p>
        </w:tc>
        <w:tc>
          <w:tcPr>
            <w:tcW w:w="1240" w:type="dxa"/>
          </w:tcPr>
          <w:p w14:paraId="0A6C4F04" w14:textId="77777777" w:rsidR="00EF6539" w:rsidRDefault="00000000">
            <w:pPr>
              <w:rPr>
                <w:rFonts w:hint="eastAsia"/>
              </w:rPr>
            </w:pPr>
            <w:r>
              <w:rPr>
                <w:rFonts w:eastAsia="Sans Serif"/>
              </w:rPr>
              <w:t>arête faciale du talon</w:t>
            </w:r>
          </w:p>
        </w:tc>
        <w:tc>
          <w:tcPr>
            <w:tcW w:w="1240" w:type="dxa"/>
          </w:tcPr>
          <w:p w14:paraId="782000C0" w14:textId="77777777" w:rsidR="00EF6539" w:rsidRDefault="00000000">
            <w:pPr>
              <w:rPr>
                <w:rFonts w:hint="eastAsia"/>
              </w:rPr>
            </w:pPr>
            <w:r>
              <w:rPr>
                <w:rFonts w:eastAsia="Sans Serif"/>
              </w:rPr>
              <w:t>Stegseitenkante</w:t>
            </w:r>
          </w:p>
        </w:tc>
      </w:tr>
      <w:tr w:rsidR="00EF6539" w14:paraId="323E265D" w14:textId="77777777">
        <w:trPr>
          <w:trHeight w:val="236"/>
        </w:trPr>
        <w:tc>
          <w:tcPr>
            <w:tcW w:w="1240" w:type="dxa"/>
          </w:tcPr>
          <w:p w14:paraId="1C7FC19E" w14:textId="77777777" w:rsidR="00EF6539" w:rsidRDefault="00000000">
            <w:pPr>
              <w:rPr>
                <w:rFonts w:hint="eastAsia"/>
              </w:rPr>
            </w:pPr>
            <w:r>
              <w:rPr>
                <w:rFonts w:eastAsia="Sans Serif"/>
              </w:rPr>
              <w:t>15</w:t>
            </w:r>
          </w:p>
        </w:tc>
        <w:tc>
          <w:tcPr>
            <w:tcW w:w="1240" w:type="dxa"/>
          </w:tcPr>
          <w:p w14:paraId="6C337D6C" w14:textId="77777777" w:rsidR="00EF6539" w:rsidRDefault="00000000">
            <w:pPr>
              <w:rPr>
                <w:rFonts w:hint="eastAsia"/>
              </w:rPr>
            </w:pPr>
            <w:r>
              <w:rPr>
                <w:rFonts w:eastAsia="Sans Serif"/>
              </w:rPr>
              <w:t>Šoninė nuosklembos kraštinė</w:t>
            </w:r>
          </w:p>
        </w:tc>
        <w:tc>
          <w:tcPr>
            <w:tcW w:w="1240" w:type="dxa"/>
          </w:tcPr>
          <w:p w14:paraId="0E5F8CD3" w14:textId="77777777" w:rsidR="00EF6539" w:rsidRDefault="00000000">
            <w:pPr>
              <w:rPr>
                <w:rFonts w:hint="eastAsia"/>
              </w:rPr>
            </w:pPr>
            <w:r>
              <w:rPr>
                <w:rFonts w:eastAsia="Sans Serif"/>
              </w:rPr>
              <w:t>side edge of preparation</w:t>
            </w:r>
          </w:p>
        </w:tc>
        <w:tc>
          <w:tcPr>
            <w:tcW w:w="1240" w:type="dxa"/>
          </w:tcPr>
          <w:p w14:paraId="02AA4669" w14:textId="77777777" w:rsidR="00EF6539" w:rsidRDefault="00000000">
            <w:pPr>
              <w:rPr>
                <w:rFonts w:hint="eastAsia"/>
              </w:rPr>
            </w:pPr>
            <w:r>
              <w:rPr>
                <w:rFonts w:eastAsia="Sans Serif"/>
              </w:rPr>
              <w:t>arête faciale du chanfrein</w:t>
            </w:r>
          </w:p>
        </w:tc>
        <w:tc>
          <w:tcPr>
            <w:tcW w:w="1240" w:type="dxa"/>
          </w:tcPr>
          <w:p w14:paraId="595BCFC2" w14:textId="77777777" w:rsidR="00EF6539" w:rsidRDefault="00000000">
            <w:pPr>
              <w:rPr>
                <w:rFonts w:hint="eastAsia"/>
              </w:rPr>
            </w:pPr>
            <w:r>
              <w:rPr>
                <w:rFonts w:eastAsia="Sans Serif"/>
              </w:rPr>
              <w:t>Flankenseitenkante</w:t>
            </w:r>
          </w:p>
        </w:tc>
      </w:tr>
      <w:tr w:rsidR="00EF6539" w14:paraId="62ABB1F3" w14:textId="77777777">
        <w:trPr>
          <w:trHeight w:val="236"/>
        </w:trPr>
        <w:tc>
          <w:tcPr>
            <w:tcW w:w="1240" w:type="dxa"/>
          </w:tcPr>
          <w:p w14:paraId="155282F2" w14:textId="77777777" w:rsidR="00EF6539" w:rsidRDefault="00000000">
            <w:pPr>
              <w:rPr>
                <w:rFonts w:hint="eastAsia"/>
              </w:rPr>
            </w:pPr>
            <w:r>
              <w:rPr>
                <w:rFonts w:eastAsia="Sans Serif"/>
              </w:rPr>
              <w:t>16</w:t>
            </w:r>
          </w:p>
        </w:tc>
        <w:tc>
          <w:tcPr>
            <w:tcW w:w="1240" w:type="dxa"/>
          </w:tcPr>
          <w:p w14:paraId="19764A7E" w14:textId="77777777" w:rsidR="00EF6539" w:rsidRDefault="00000000">
            <w:pPr>
              <w:rPr>
                <w:rFonts w:hint="eastAsia"/>
              </w:rPr>
            </w:pPr>
            <w:r>
              <w:rPr>
                <w:rFonts w:eastAsia="Sans Serif"/>
              </w:rPr>
              <w:t>Nuosklembos plotis</w:t>
            </w:r>
          </w:p>
        </w:tc>
        <w:tc>
          <w:tcPr>
            <w:tcW w:w="1240" w:type="dxa"/>
          </w:tcPr>
          <w:p w14:paraId="6A148FAC" w14:textId="77777777" w:rsidR="00EF6539" w:rsidRDefault="00000000">
            <w:pPr>
              <w:rPr>
                <w:rFonts w:hint="eastAsia"/>
              </w:rPr>
            </w:pPr>
            <w:r>
              <w:rPr>
                <w:rFonts w:eastAsia="Sans Serif"/>
              </w:rPr>
              <w:t>width of preparation</w:t>
            </w:r>
          </w:p>
        </w:tc>
        <w:tc>
          <w:tcPr>
            <w:tcW w:w="1240" w:type="dxa"/>
          </w:tcPr>
          <w:p w14:paraId="31D8B9C3" w14:textId="77777777" w:rsidR="00EF6539" w:rsidRDefault="00000000">
            <w:pPr>
              <w:rPr>
                <w:rFonts w:hint="eastAsia"/>
              </w:rPr>
            </w:pPr>
            <w:r>
              <w:rPr>
                <w:rFonts w:eastAsia="Sans Serif"/>
              </w:rPr>
              <w:t>largeur du chanfrein</w:t>
            </w:r>
          </w:p>
        </w:tc>
        <w:tc>
          <w:tcPr>
            <w:tcW w:w="1240" w:type="dxa"/>
          </w:tcPr>
          <w:p w14:paraId="625B467A" w14:textId="77777777" w:rsidR="00EF6539" w:rsidRDefault="00000000">
            <w:pPr>
              <w:rPr>
                <w:rFonts w:hint="eastAsia"/>
              </w:rPr>
            </w:pPr>
            <w:r>
              <w:rPr>
                <w:rFonts w:eastAsia="Sans Serif"/>
              </w:rPr>
              <w:t>Flankenweite</w:t>
            </w:r>
          </w:p>
        </w:tc>
      </w:tr>
      <w:tr w:rsidR="00EF6539" w14:paraId="1A90F1EA" w14:textId="77777777">
        <w:trPr>
          <w:trHeight w:val="236"/>
        </w:trPr>
        <w:tc>
          <w:tcPr>
            <w:tcW w:w="1240" w:type="dxa"/>
          </w:tcPr>
          <w:p w14:paraId="6FD6AC3D" w14:textId="77777777" w:rsidR="00EF6539" w:rsidRDefault="00000000">
            <w:pPr>
              <w:rPr>
                <w:rFonts w:hint="eastAsia"/>
              </w:rPr>
            </w:pPr>
            <w:r>
              <w:rPr>
                <w:rFonts w:eastAsia="Sans Serif"/>
              </w:rPr>
              <w:t>17</w:t>
            </w:r>
          </w:p>
        </w:tc>
        <w:tc>
          <w:tcPr>
            <w:tcW w:w="1240" w:type="dxa"/>
          </w:tcPr>
          <w:p w14:paraId="199A8EC2" w14:textId="77777777" w:rsidR="00EF6539" w:rsidRDefault="00000000">
            <w:pPr>
              <w:rPr>
                <w:rFonts w:hint="eastAsia"/>
              </w:rPr>
            </w:pPr>
            <w:r>
              <w:rPr>
                <w:rFonts w:eastAsia="Sans Serif"/>
              </w:rPr>
              <w:t>Nuosklembos kampas</w:t>
            </w:r>
          </w:p>
        </w:tc>
        <w:tc>
          <w:tcPr>
            <w:tcW w:w="1240" w:type="dxa"/>
          </w:tcPr>
          <w:p w14:paraId="59635FD9" w14:textId="77777777" w:rsidR="00EF6539" w:rsidRDefault="00000000">
            <w:pPr>
              <w:rPr>
                <w:rFonts w:hint="eastAsia"/>
              </w:rPr>
            </w:pPr>
            <w:r>
              <w:rPr>
                <w:rFonts w:eastAsia="Sans Serif"/>
              </w:rPr>
              <w:t>angle of bevel</w:t>
            </w:r>
          </w:p>
        </w:tc>
        <w:tc>
          <w:tcPr>
            <w:tcW w:w="1240" w:type="dxa"/>
          </w:tcPr>
          <w:p w14:paraId="5460EA96" w14:textId="77777777" w:rsidR="00EF6539" w:rsidRDefault="00000000">
            <w:pPr>
              <w:rPr>
                <w:rFonts w:hint="eastAsia"/>
              </w:rPr>
            </w:pPr>
            <w:r>
              <w:rPr>
                <w:rFonts w:eastAsia="Sans Serif"/>
              </w:rPr>
              <w:t>angle du chanfrein</w:t>
            </w:r>
          </w:p>
        </w:tc>
        <w:tc>
          <w:tcPr>
            <w:tcW w:w="1240" w:type="dxa"/>
          </w:tcPr>
          <w:p w14:paraId="251465C5" w14:textId="77777777" w:rsidR="00EF6539" w:rsidRDefault="00000000">
            <w:pPr>
              <w:rPr>
                <w:rFonts w:hint="eastAsia"/>
              </w:rPr>
            </w:pPr>
            <w:r>
              <w:rPr>
                <w:rFonts w:eastAsia="Sans Serif"/>
              </w:rPr>
              <w:t>Flankenwinkel</w:t>
            </w:r>
          </w:p>
        </w:tc>
      </w:tr>
      <w:tr w:rsidR="00EF6539" w14:paraId="595CA389" w14:textId="77777777">
        <w:trPr>
          <w:trHeight w:val="236"/>
        </w:trPr>
        <w:tc>
          <w:tcPr>
            <w:tcW w:w="1240" w:type="dxa"/>
          </w:tcPr>
          <w:p w14:paraId="459D4C17" w14:textId="77777777" w:rsidR="00EF6539" w:rsidRDefault="00000000">
            <w:pPr>
              <w:rPr>
                <w:rFonts w:hint="eastAsia"/>
              </w:rPr>
            </w:pPr>
            <w:r>
              <w:rPr>
                <w:rFonts w:eastAsia="Sans Serif"/>
              </w:rPr>
              <w:t>18</w:t>
            </w:r>
          </w:p>
        </w:tc>
        <w:tc>
          <w:tcPr>
            <w:tcW w:w="1240" w:type="dxa"/>
          </w:tcPr>
          <w:p w14:paraId="3E7CDD08" w14:textId="77777777" w:rsidR="00EF6539" w:rsidRDefault="00000000">
            <w:pPr>
              <w:rPr>
                <w:rFonts w:hint="eastAsia"/>
              </w:rPr>
            </w:pPr>
            <w:r>
              <w:rPr>
                <w:rFonts w:eastAsia="Sans Serif"/>
              </w:rPr>
              <w:t>Nuosklembos gylis</w:t>
            </w:r>
          </w:p>
        </w:tc>
        <w:tc>
          <w:tcPr>
            <w:tcW w:w="1240" w:type="dxa"/>
          </w:tcPr>
          <w:p w14:paraId="57384B1B" w14:textId="77777777" w:rsidR="00EF6539" w:rsidRDefault="00000000">
            <w:pPr>
              <w:rPr>
                <w:rFonts w:hint="eastAsia"/>
              </w:rPr>
            </w:pPr>
            <w:r>
              <w:rPr>
                <w:rFonts w:eastAsia="Sans Serif"/>
              </w:rPr>
              <w:t>depth of preparation</w:t>
            </w:r>
          </w:p>
        </w:tc>
        <w:tc>
          <w:tcPr>
            <w:tcW w:w="1240" w:type="dxa"/>
          </w:tcPr>
          <w:p w14:paraId="25A6246D" w14:textId="77777777" w:rsidR="00EF6539" w:rsidRDefault="00000000">
            <w:pPr>
              <w:rPr>
                <w:rFonts w:hint="eastAsia"/>
              </w:rPr>
            </w:pPr>
            <w:r>
              <w:rPr>
                <w:rFonts w:eastAsia="Sans Serif"/>
              </w:rPr>
              <w:t>profondeur du chanfrein</w:t>
            </w:r>
          </w:p>
        </w:tc>
        <w:tc>
          <w:tcPr>
            <w:tcW w:w="1240" w:type="dxa"/>
          </w:tcPr>
          <w:p w14:paraId="71D0265D" w14:textId="77777777" w:rsidR="00EF6539" w:rsidRDefault="00000000">
            <w:pPr>
              <w:rPr>
                <w:rFonts w:hint="eastAsia"/>
              </w:rPr>
            </w:pPr>
            <w:r>
              <w:rPr>
                <w:rFonts w:eastAsia="Sans Serif"/>
              </w:rPr>
              <w:t>Flankenhöhe</w:t>
            </w:r>
          </w:p>
        </w:tc>
      </w:tr>
      <w:tr w:rsidR="00EF6539" w14:paraId="59132F6E" w14:textId="77777777">
        <w:trPr>
          <w:trHeight w:val="236"/>
        </w:trPr>
        <w:tc>
          <w:tcPr>
            <w:tcW w:w="1240" w:type="dxa"/>
          </w:tcPr>
          <w:p w14:paraId="51FAB23C" w14:textId="77777777" w:rsidR="00EF6539" w:rsidRDefault="00000000">
            <w:pPr>
              <w:rPr>
                <w:rFonts w:hint="eastAsia"/>
              </w:rPr>
            </w:pPr>
            <w:r>
              <w:rPr>
                <w:rFonts w:eastAsia="Sans Serif"/>
              </w:rPr>
              <w:t>20</w:t>
            </w:r>
          </w:p>
        </w:tc>
        <w:tc>
          <w:tcPr>
            <w:tcW w:w="1240" w:type="dxa"/>
          </w:tcPr>
          <w:p w14:paraId="19947E1E" w14:textId="77777777" w:rsidR="00EF6539" w:rsidRDefault="00000000">
            <w:pPr>
              <w:rPr>
                <w:rFonts w:hint="eastAsia"/>
              </w:rPr>
            </w:pPr>
            <w:r>
              <w:rPr>
                <w:rFonts w:eastAsia="Sans Serif"/>
              </w:rPr>
              <w:t>Jungties plotis</w:t>
            </w:r>
          </w:p>
        </w:tc>
        <w:tc>
          <w:tcPr>
            <w:tcW w:w="1240" w:type="dxa"/>
          </w:tcPr>
          <w:p w14:paraId="70B701F6" w14:textId="77777777" w:rsidR="00EF6539" w:rsidRDefault="00000000">
            <w:pPr>
              <w:rPr>
                <w:rFonts w:hint="eastAsia"/>
              </w:rPr>
            </w:pPr>
            <w:r>
              <w:rPr>
                <w:rFonts w:eastAsia="Sans Serif"/>
              </w:rPr>
              <w:t>joint width</w:t>
            </w:r>
          </w:p>
        </w:tc>
        <w:tc>
          <w:tcPr>
            <w:tcW w:w="1240" w:type="dxa"/>
          </w:tcPr>
          <w:p w14:paraId="37D33BFE" w14:textId="77777777" w:rsidR="00EF6539" w:rsidRDefault="00000000">
            <w:pPr>
              <w:rPr>
                <w:rFonts w:hint="eastAsia"/>
              </w:rPr>
            </w:pPr>
            <w:r>
              <w:rPr>
                <w:rFonts w:eastAsia="Sans Serif"/>
              </w:rPr>
              <w:t>largeur de l'ouverture</w:t>
            </w:r>
          </w:p>
        </w:tc>
        <w:tc>
          <w:tcPr>
            <w:tcW w:w="1240" w:type="dxa"/>
          </w:tcPr>
          <w:p w14:paraId="3DB16241" w14:textId="77777777" w:rsidR="00EF6539" w:rsidRDefault="00000000">
            <w:pPr>
              <w:rPr>
                <w:rFonts w:hint="eastAsia"/>
              </w:rPr>
            </w:pPr>
            <w:r>
              <w:rPr>
                <w:rFonts w:eastAsia="Sans Serif"/>
              </w:rPr>
              <w:t>Öffnungsweite</w:t>
            </w:r>
          </w:p>
        </w:tc>
      </w:tr>
      <w:tr w:rsidR="00EF6539" w14:paraId="0B3E222B" w14:textId="77777777">
        <w:trPr>
          <w:trHeight w:val="236"/>
        </w:trPr>
        <w:tc>
          <w:tcPr>
            <w:tcW w:w="1240" w:type="dxa"/>
          </w:tcPr>
          <w:p w14:paraId="500F644E" w14:textId="77777777" w:rsidR="00EF6539" w:rsidRDefault="00000000">
            <w:pPr>
              <w:rPr>
                <w:rFonts w:hint="eastAsia"/>
              </w:rPr>
            </w:pPr>
            <w:r>
              <w:rPr>
                <w:rFonts w:eastAsia="Sans Serif"/>
              </w:rPr>
              <w:t>21</w:t>
            </w:r>
          </w:p>
        </w:tc>
        <w:tc>
          <w:tcPr>
            <w:tcW w:w="1240" w:type="dxa"/>
          </w:tcPr>
          <w:p w14:paraId="7987D9E7" w14:textId="77777777" w:rsidR="00EF6539" w:rsidRDefault="00000000">
            <w:pPr>
              <w:rPr>
                <w:rFonts w:hint="eastAsia"/>
              </w:rPr>
            </w:pPr>
            <w:r>
              <w:rPr>
                <w:rFonts w:eastAsia="Sans Serif"/>
              </w:rPr>
              <w:t>Kampas tarp nuosklembų</w:t>
            </w:r>
          </w:p>
        </w:tc>
        <w:tc>
          <w:tcPr>
            <w:tcW w:w="1240" w:type="dxa"/>
          </w:tcPr>
          <w:p w14:paraId="6BBF5D64" w14:textId="77777777" w:rsidR="00EF6539" w:rsidRDefault="00000000">
            <w:pPr>
              <w:rPr>
                <w:rFonts w:hint="eastAsia"/>
              </w:rPr>
            </w:pPr>
            <w:r>
              <w:rPr>
                <w:rFonts w:eastAsia="Sans Serif"/>
              </w:rPr>
              <w:t>included angle</w:t>
            </w:r>
          </w:p>
        </w:tc>
        <w:tc>
          <w:tcPr>
            <w:tcW w:w="1240" w:type="dxa"/>
          </w:tcPr>
          <w:p w14:paraId="276EA384" w14:textId="77777777" w:rsidR="00EF6539" w:rsidRDefault="00000000">
            <w:pPr>
              <w:rPr>
                <w:rFonts w:hint="eastAsia"/>
              </w:rPr>
            </w:pPr>
            <w:r>
              <w:rPr>
                <w:rFonts w:eastAsia="Sans Serif"/>
              </w:rPr>
              <w:t>angle d'ouverture</w:t>
            </w:r>
          </w:p>
        </w:tc>
        <w:tc>
          <w:tcPr>
            <w:tcW w:w="1240" w:type="dxa"/>
          </w:tcPr>
          <w:p w14:paraId="5A83BEDE" w14:textId="77777777" w:rsidR="00EF6539" w:rsidRDefault="00000000">
            <w:pPr>
              <w:rPr>
                <w:rFonts w:hint="eastAsia"/>
              </w:rPr>
            </w:pPr>
            <w:r>
              <w:rPr>
                <w:rFonts w:eastAsia="Sans Serif"/>
              </w:rPr>
              <w:t>Öffnungswinkel</w:t>
            </w:r>
          </w:p>
        </w:tc>
      </w:tr>
      <w:tr w:rsidR="00EF6539" w14:paraId="6BF7E3A9" w14:textId="77777777">
        <w:trPr>
          <w:trHeight w:val="236"/>
        </w:trPr>
        <w:tc>
          <w:tcPr>
            <w:tcW w:w="1240" w:type="dxa"/>
          </w:tcPr>
          <w:p w14:paraId="69B18517" w14:textId="77777777" w:rsidR="00EF6539" w:rsidRDefault="00000000">
            <w:pPr>
              <w:rPr>
                <w:rFonts w:hint="eastAsia"/>
              </w:rPr>
            </w:pPr>
            <w:r>
              <w:rPr>
                <w:rFonts w:eastAsia="Sans Serif"/>
              </w:rPr>
              <w:t>1)</w:t>
            </w:r>
          </w:p>
        </w:tc>
        <w:tc>
          <w:tcPr>
            <w:tcW w:w="1240" w:type="dxa"/>
          </w:tcPr>
          <w:p w14:paraId="5A4BA968" w14:textId="77777777" w:rsidR="00EF6539" w:rsidRDefault="00000000">
            <w:pPr>
              <w:rPr>
                <w:rFonts w:hint="eastAsia"/>
              </w:rPr>
            </w:pPr>
            <w:r>
              <w:rPr>
                <w:rFonts w:eastAsia="Sans Serif"/>
              </w:rPr>
              <w:t>Žr. 4 skyrių - lygraverčių terminų vartojimas</w:t>
            </w:r>
          </w:p>
        </w:tc>
        <w:tc>
          <w:tcPr>
            <w:tcW w:w="1240" w:type="dxa"/>
          </w:tcPr>
          <w:p w14:paraId="23AEE3C2" w14:textId="77777777" w:rsidR="00EF6539" w:rsidRDefault="00000000">
            <w:pPr>
              <w:rPr>
                <w:rFonts w:hint="eastAsia"/>
              </w:rPr>
            </w:pPr>
            <w:r>
              <w:rPr>
                <w:rFonts w:eastAsia="Sans Serif"/>
              </w:rPr>
              <w:t>1) See cause 4, use of equivalent terms.</w:t>
            </w:r>
          </w:p>
        </w:tc>
        <w:tc>
          <w:tcPr>
            <w:tcW w:w="1240" w:type="dxa"/>
          </w:tcPr>
          <w:p w14:paraId="07644F50" w14:textId="77777777" w:rsidR="00EF6539" w:rsidRDefault="00000000">
            <w:pPr>
              <w:rPr>
                <w:rFonts w:hint="eastAsia"/>
              </w:rPr>
            </w:pPr>
            <w:r>
              <w:rPr>
                <w:rFonts w:eastAsia="Sans Serif"/>
              </w:rPr>
              <w:t>1) Voir article 4, usage des termes equivalents</w:t>
            </w:r>
          </w:p>
        </w:tc>
        <w:tc>
          <w:tcPr>
            <w:tcW w:w="1240" w:type="dxa"/>
          </w:tcPr>
          <w:p w14:paraId="2E436EA1" w14:textId="77777777" w:rsidR="00EF6539" w:rsidRDefault="00000000">
            <w:pPr>
              <w:rPr>
                <w:rFonts w:hint="eastAsia"/>
              </w:rPr>
            </w:pPr>
            <w:r>
              <w:rPr>
                <w:rFonts w:eastAsia="Sans Serif"/>
              </w:rPr>
              <w:t>1) Siehe Abschnitt 4, Verwendung gleichwertiger Begriffe</w:t>
            </w:r>
          </w:p>
        </w:tc>
      </w:tr>
    </w:tbl>
    <w:p w14:paraId="1FE5CE0C" w14:textId="77777777" w:rsidR="00EF6539" w:rsidRDefault="00EF6539">
      <w:pPr>
        <w:rPr>
          <w:rFonts w:hint="eastAsia"/>
        </w:rPr>
        <w:sectPr w:rsidR="00EF6539">
          <w:pgSz w:w="16838" w:h="11906"/>
          <w:pgMar w:top="0" w:right="0" w:bottom="0" w:left="0" w:header="0" w:footer="0" w:gutter="0"/>
          <w:cols w:space="720"/>
          <w:docGrid w:linePitch="360"/>
        </w:sectPr>
      </w:pPr>
    </w:p>
    <w:p w14:paraId="4E1E5B61" w14:textId="77777777" w:rsidR="00EF6539" w:rsidRDefault="00EF6539">
      <w:pPr>
        <w:rPr>
          <w:rFonts w:hint="eastAsia"/>
        </w:rPr>
      </w:pPr>
    </w:p>
    <w:tbl>
      <w:tblPr>
        <w:tblStyle w:val="TableGrid"/>
        <w:tblpPr w:vertAnchor="page" w:horzAnchor="page" w:tblpX="1450" w:tblpY="1245"/>
        <w:tblW w:w="5996" w:type="dxa"/>
        <w:tblLayout w:type="fixed"/>
        <w:tblLook w:val="04A0" w:firstRow="1" w:lastRow="0" w:firstColumn="1" w:lastColumn="0" w:noHBand="0" w:noVBand="1"/>
      </w:tblPr>
      <w:tblGrid>
        <w:gridCol w:w="1200"/>
        <w:gridCol w:w="1199"/>
        <w:gridCol w:w="1199"/>
        <w:gridCol w:w="1199"/>
        <w:gridCol w:w="1199"/>
      </w:tblGrid>
      <w:tr w:rsidR="00EF6539" w14:paraId="2A0125C7" w14:textId="77777777">
        <w:trPr>
          <w:trHeight w:val="303"/>
        </w:trPr>
        <w:tc>
          <w:tcPr>
            <w:tcW w:w="1199" w:type="dxa"/>
          </w:tcPr>
          <w:p w14:paraId="7DA47AD7" w14:textId="77777777" w:rsidR="00EF6539" w:rsidRDefault="00000000">
            <w:pPr>
              <w:rPr>
                <w:rFonts w:hint="eastAsia"/>
              </w:rPr>
            </w:pPr>
            <w:r>
              <w:rPr>
                <w:rFonts w:eastAsia="Sans Serif"/>
              </w:rPr>
              <w:t>Nuora-da</w:t>
            </w:r>
          </w:p>
        </w:tc>
        <w:tc>
          <w:tcPr>
            <w:tcW w:w="1199" w:type="dxa"/>
          </w:tcPr>
          <w:p w14:paraId="2A098BCF" w14:textId="77777777" w:rsidR="00EF6539" w:rsidRDefault="00000000">
            <w:pPr>
              <w:rPr>
                <w:rFonts w:hint="eastAsia"/>
              </w:rPr>
            </w:pPr>
            <w:r>
              <w:rPr>
                <w:rFonts w:eastAsia="Sans Serif"/>
              </w:rPr>
              <w:t>Lietuviškai</w:t>
            </w:r>
          </w:p>
        </w:tc>
        <w:tc>
          <w:tcPr>
            <w:tcW w:w="1199" w:type="dxa"/>
          </w:tcPr>
          <w:p w14:paraId="4B4547DC" w14:textId="77777777" w:rsidR="00EF6539" w:rsidRDefault="00000000">
            <w:pPr>
              <w:rPr>
                <w:rFonts w:hint="eastAsia"/>
              </w:rPr>
            </w:pPr>
            <w:r>
              <w:rPr>
                <w:rFonts w:eastAsia="Sans Serif"/>
              </w:rPr>
              <w:t>English</w:t>
            </w:r>
          </w:p>
        </w:tc>
        <w:tc>
          <w:tcPr>
            <w:tcW w:w="1199" w:type="dxa"/>
          </w:tcPr>
          <w:p w14:paraId="3BE29D96" w14:textId="77777777" w:rsidR="00EF6539" w:rsidRDefault="00000000">
            <w:pPr>
              <w:rPr>
                <w:rFonts w:hint="eastAsia"/>
              </w:rPr>
            </w:pPr>
            <w:r>
              <w:rPr>
                <w:rFonts w:eastAsia="Sans Serif"/>
              </w:rPr>
              <w:t>Français</w:t>
            </w:r>
          </w:p>
        </w:tc>
        <w:tc>
          <w:tcPr>
            <w:tcW w:w="1199" w:type="dxa"/>
          </w:tcPr>
          <w:p w14:paraId="7FC45516" w14:textId="77777777" w:rsidR="00EF6539" w:rsidRDefault="00000000">
            <w:pPr>
              <w:rPr>
                <w:rFonts w:hint="eastAsia"/>
              </w:rPr>
            </w:pPr>
            <w:r>
              <w:rPr>
                <w:rFonts w:eastAsia="Sans Serif"/>
              </w:rPr>
              <w:t>Deutsch</w:t>
            </w:r>
          </w:p>
        </w:tc>
      </w:tr>
      <w:tr w:rsidR="00EF6539" w14:paraId="749CC2D6" w14:textId="77777777">
        <w:trPr>
          <w:trHeight w:val="303"/>
        </w:trPr>
        <w:tc>
          <w:tcPr>
            <w:tcW w:w="1199" w:type="dxa"/>
          </w:tcPr>
          <w:p w14:paraId="091315A5" w14:textId="77777777" w:rsidR="00EF6539" w:rsidRDefault="00000000">
            <w:pPr>
              <w:rPr>
                <w:rFonts w:hint="eastAsia"/>
              </w:rPr>
            </w:pPr>
            <w:r>
              <w:rPr>
                <w:rFonts w:eastAsia="Sans Serif"/>
              </w:rPr>
              <w:t>D^1)</w:t>
            </w:r>
          </w:p>
        </w:tc>
        <w:tc>
          <w:tcPr>
            <w:tcW w:w="1199" w:type="dxa"/>
          </w:tcPr>
          <w:p w14:paraId="3C31FFF5" w14:textId="77777777" w:rsidR="00EF6539" w:rsidRDefault="00000000">
            <w:pPr>
              <w:rPr>
                <w:rFonts w:hint="eastAsia"/>
              </w:rPr>
            </w:pPr>
            <w:r>
              <w:rPr>
                <w:rFonts w:eastAsia="Sans Serif"/>
              </w:rPr>
              <w:t>Lydomasis paviršius (nenusklembotas)</w:t>
            </w:r>
          </w:p>
        </w:tc>
        <w:tc>
          <w:tcPr>
            <w:tcW w:w="1199" w:type="dxa"/>
          </w:tcPr>
          <w:p w14:paraId="65352980" w14:textId="77777777" w:rsidR="00EF6539" w:rsidRDefault="00000000">
            <w:pPr>
              <w:rPr>
                <w:rFonts w:hint="eastAsia"/>
              </w:rPr>
            </w:pPr>
            <w:r>
              <w:rPr>
                <w:rFonts w:eastAsia="Sans Serif"/>
              </w:rPr>
              <w:t>fusion face (unprepared)</w:t>
            </w:r>
          </w:p>
        </w:tc>
        <w:tc>
          <w:tcPr>
            <w:tcW w:w="1199" w:type="dxa"/>
          </w:tcPr>
          <w:p w14:paraId="438608FD" w14:textId="77777777" w:rsidR="00EF6539" w:rsidRDefault="00000000">
            <w:pPr>
              <w:rPr>
                <w:rFonts w:hint="eastAsia"/>
              </w:rPr>
            </w:pPr>
            <w:r>
              <w:rPr>
                <w:rFonts w:eastAsia="Sans Serif"/>
              </w:rPr>
              <w:t>face à souder</w:t>
            </w:r>
          </w:p>
        </w:tc>
        <w:tc>
          <w:tcPr>
            <w:tcW w:w="1199" w:type="dxa"/>
          </w:tcPr>
          <w:p w14:paraId="0813A48F" w14:textId="77777777" w:rsidR="00EF6539" w:rsidRDefault="00000000">
            <w:pPr>
              <w:rPr>
                <w:rFonts w:hint="eastAsia"/>
              </w:rPr>
            </w:pPr>
            <w:r>
              <w:rPr>
                <w:rFonts w:eastAsia="Sans Serif"/>
              </w:rPr>
              <w:t>Stirnfläche</w:t>
            </w:r>
          </w:p>
        </w:tc>
      </w:tr>
      <w:tr w:rsidR="00EF6539" w14:paraId="165062C8" w14:textId="77777777">
        <w:trPr>
          <w:trHeight w:val="303"/>
        </w:trPr>
        <w:tc>
          <w:tcPr>
            <w:tcW w:w="1199" w:type="dxa"/>
          </w:tcPr>
          <w:p w14:paraId="3CEB711F" w14:textId="77777777" w:rsidR="00EF6539" w:rsidRDefault="00000000">
            <w:pPr>
              <w:rPr>
                <w:rFonts w:hint="eastAsia"/>
              </w:rPr>
            </w:pPr>
            <w:r>
              <w:rPr>
                <w:rFonts w:eastAsia="Sans Serif"/>
              </w:rPr>
              <w:t>1</w:t>
            </w:r>
          </w:p>
        </w:tc>
        <w:tc>
          <w:tcPr>
            <w:tcW w:w="1199" w:type="dxa"/>
          </w:tcPr>
          <w:p w14:paraId="2F5F82F6" w14:textId="77777777" w:rsidR="00EF6539" w:rsidRDefault="00000000">
            <w:pPr>
              <w:rPr>
                <w:rFonts w:hint="eastAsia"/>
              </w:rPr>
            </w:pPr>
            <w:r>
              <w:rPr>
                <w:rFonts w:eastAsia="Sans Serif"/>
              </w:rPr>
              <w:t>Plokštės storis</w:t>
            </w:r>
          </w:p>
        </w:tc>
        <w:tc>
          <w:tcPr>
            <w:tcW w:w="1199" w:type="dxa"/>
          </w:tcPr>
          <w:p w14:paraId="7E2FE2E4" w14:textId="77777777" w:rsidR="00EF6539" w:rsidRDefault="00000000">
            <w:pPr>
              <w:rPr>
                <w:rFonts w:hint="eastAsia"/>
              </w:rPr>
            </w:pPr>
            <w:r>
              <w:rPr>
                <w:rFonts w:eastAsia="Sans Serif"/>
              </w:rPr>
              <w:t>plate thickness</w:t>
            </w:r>
          </w:p>
        </w:tc>
        <w:tc>
          <w:tcPr>
            <w:tcW w:w="1199" w:type="dxa"/>
          </w:tcPr>
          <w:p w14:paraId="0E2048A1" w14:textId="77777777" w:rsidR="00EF6539" w:rsidRDefault="00000000">
            <w:pPr>
              <w:rPr>
                <w:rFonts w:hint="eastAsia"/>
              </w:rPr>
            </w:pPr>
            <w:r>
              <w:rPr>
                <w:rFonts w:eastAsia="Sans Serif"/>
              </w:rPr>
              <w:t>épaisseur de la pièce</w:t>
            </w:r>
          </w:p>
        </w:tc>
        <w:tc>
          <w:tcPr>
            <w:tcW w:w="1199" w:type="dxa"/>
          </w:tcPr>
          <w:p w14:paraId="078F0F73" w14:textId="77777777" w:rsidR="00EF6539" w:rsidRDefault="00000000">
            <w:pPr>
              <w:rPr>
                <w:rFonts w:hint="eastAsia"/>
              </w:rPr>
            </w:pPr>
            <w:r>
              <w:rPr>
                <w:rFonts w:eastAsia="Sans Serif"/>
              </w:rPr>
              <w:t>Werkstückdicke</w:t>
            </w:r>
          </w:p>
        </w:tc>
      </w:tr>
      <w:tr w:rsidR="00EF6539" w14:paraId="5ED7B1AC" w14:textId="77777777">
        <w:trPr>
          <w:trHeight w:val="303"/>
        </w:trPr>
        <w:tc>
          <w:tcPr>
            <w:tcW w:w="1199" w:type="dxa"/>
          </w:tcPr>
          <w:p w14:paraId="24EA4862" w14:textId="77777777" w:rsidR="00EF6539" w:rsidRDefault="00000000">
            <w:pPr>
              <w:rPr>
                <w:rFonts w:hint="eastAsia"/>
              </w:rPr>
            </w:pPr>
            <w:r>
              <w:rPr>
                <w:rFonts w:eastAsia="Sans Serif"/>
              </w:rPr>
              <w:t>22</w:t>
            </w:r>
          </w:p>
        </w:tc>
        <w:tc>
          <w:tcPr>
            <w:tcW w:w="1199" w:type="dxa"/>
          </w:tcPr>
          <w:p w14:paraId="4AE79425" w14:textId="77777777" w:rsidR="00EF6539" w:rsidRDefault="00000000">
            <w:pPr>
              <w:rPr>
                <w:rFonts w:hint="eastAsia"/>
              </w:rPr>
            </w:pPr>
            <w:r>
              <w:rPr>
                <w:rFonts w:eastAsia="Sans Serif"/>
              </w:rPr>
              <w:t>Riestinio krašto ilgis</w:t>
            </w:r>
          </w:p>
        </w:tc>
        <w:tc>
          <w:tcPr>
            <w:tcW w:w="1199" w:type="dxa"/>
          </w:tcPr>
          <w:p w14:paraId="312B204A" w14:textId="77777777" w:rsidR="00EF6539" w:rsidRDefault="00000000">
            <w:pPr>
              <w:rPr>
                <w:rFonts w:hint="eastAsia"/>
              </w:rPr>
            </w:pPr>
            <w:r>
              <w:rPr>
                <w:rFonts w:eastAsia="Sans Serif"/>
              </w:rPr>
              <w:t>length of raised edge</w:t>
            </w:r>
          </w:p>
        </w:tc>
        <w:tc>
          <w:tcPr>
            <w:tcW w:w="1199" w:type="dxa"/>
          </w:tcPr>
          <w:p w14:paraId="5E829058" w14:textId="77777777" w:rsidR="00EF6539" w:rsidRDefault="00000000">
            <w:pPr>
              <w:rPr>
                <w:rFonts w:hint="eastAsia"/>
              </w:rPr>
            </w:pPr>
            <w:r>
              <w:rPr>
                <w:rFonts w:eastAsia="Sans Serif"/>
              </w:rPr>
              <w:t>longueur du bord relevé</w:t>
            </w:r>
          </w:p>
        </w:tc>
        <w:tc>
          <w:tcPr>
            <w:tcW w:w="1199" w:type="dxa"/>
          </w:tcPr>
          <w:p w14:paraId="51E87B86" w14:textId="77777777" w:rsidR="00EF6539" w:rsidRDefault="00000000">
            <w:pPr>
              <w:rPr>
                <w:rFonts w:hint="eastAsia"/>
              </w:rPr>
            </w:pPr>
            <w:r>
              <w:rPr>
                <w:rFonts w:eastAsia="Sans Serif"/>
              </w:rPr>
              <w:t>Bordellänge</w:t>
            </w:r>
          </w:p>
        </w:tc>
      </w:tr>
      <w:tr w:rsidR="00EF6539" w14:paraId="340ACDAD" w14:textId="77777777">
        <w:trPr>
          <w:trHeight w:val="303"/>
        </w:trPr>
        <w:tc>
          <w:tcPr>
            <w:tcW w:w="1199" w:type="dxa"/>
          </w:tcPr>
          <w:p w14:paraId="13C80634" w14:textId="77777777" w:rsidR="00EF6539" w:rsidRDefault="00000000">
            <w:pPr>
              <w:rPr>
                <w:rFonts w:hint="eastAsia"/>
              </w:rPr>
            </w:pPr>
            <w:r>
              <w:rPr>
                <w:rFonts w:eastAsia="Sans Serif"/>
              </w:rPr>
              <w:t>23</w:t>
            </w:r>
          </w:p>
        </w:tc>
        <w:tc>
          <w:tcPr>
            <w:tcW w:w="1199" w:type="dxa"/>
          </w:tcPr>
          <w:p w14:paraId="7BA2AFE2" w14:textId="77777777" w:rsidR="00EF6539" w:rsidRDefault="00000000">
            <w:pPr>
              <w:rPr>
                <w:rFonts w:hint="eastAsia"/>
              </w:rPr>
            </w:pPr>
            <w:r>
              <w:rPr>
                <w:rFonts w:eastAsia="Sans Serif"/>
              </w:rPr>
              <w:t>Riestinio krašto išilgine kraštinė</w:t>
            </w:r>
          </w:p>
        </w:tc>
        <w:tc>
          <w:tcPr>
            <w:tcW w:w="1199" w:type="dxa"/>
          </w:tcPr>
          <w:p w14:paraId="2B427DBE" w14:textId="77777777" w:rsidR="00EF6539" w:rsidRDefault="00000000">
            <w:pPr>
              <w:rPr>
                <w:rFonts w:hint="eastAsia"/>
              </w:rPr>
            </w:pPr>
            <w:r>
              <w:rPr>
                <w:rFonts w:eastAsia="Sans Serif"/>
              </w:rPr>
              <w:t>longitudinal side of raised edge</w:t>
            </w:r>
          </w:p>
        </w:tc>
        <w:tc>
          <w:tcPr>
            <w:tcW w:w="1199" w:type="dxa"/>
          </w:tcPr>
          <w:p w14:paraId="30DEB99E" w14:textId="77777777" w:rsidR="00EF6539" w:rsidRDefault="00000000">
            <w:pPr>
              <w:rPr>
                <w:rFonts w:hint="eastAsia"/>
              </w:rPr>
            </w:pPr>
            <w:r>
              <w:rPr>
                <w:rFonts w:eastAsia="Sans Serif"/>
              </w:rPr>
              <w:t>arête longitudinale du bord relevé</w:t>
            </w:r>
          </w:p>
        </w:tc>
        <w:tc>
          <w:tcPr>
            <w:tcW w:w="1199" w:type="dxa"/>
          </w:tcPr>
          <w:p w14:paraId="6B83A2D6" w14:textId="77777777" w:rsidR="00EF6539" w:rsidRDefault="00000000">
            <w:pPr>
              <w:rPr>
                <w:rFonts w:hint="eastAsia"/>
              </w:rPr>
            </w:pPr>
            <w:r>
              <w:rPr>
                <w:rFonts w:eastAsia="Sans Serif"/>
              </w:rPr>
              <w:t>Bordellängskante</w:t>
            </w:r>
          </w:p>
        </w:tc>
      </w:tr>
      <w:tr w:rsidR="00EF6539" w14:paraId="07430126" w14:textId="77777777">
        <w:trPr>
          <w:trHeight w:val="303"/>
        </w:trPr>
        <w:tc>
          <w:tcPr>
            <w:tcW w:w="1199" w:type="dxa"/>
          </w:tcPr>
          <w:p w14:paraId="1D8128E9" w14:textId="77777777" w:rsidR="00EF6539" w:rsidRDefault="00000000">
            <w:pPr>
              <w:rPr>
                <w:rFonts w:hint="eastAsia"/>
              </w:rPr>
            </w:pPr>
            <w:r>
              <w:rPr>
                <w:rFonts w:eastAsia="Sans Serif"/>
              </w:rPr>
              <w:t>24</w:t>
            </w:r>
          </w:p>
        </w:tc>
        <w:tc>
          <w:tcPr>
            <w:tcW w:w="1199" w:type="dxa"/>
          </w:tcPr>
          <w:p w14:paraId="7F0B3BEC" w14:textId="77777777" w:rsidR="00EF6539" w:rsidRDefault="00000000">
            <w:pPr>
              <w:rPr>
                <w:rFonts w:hint="eastAsia"/>
              </w:rPr>
            </w:pPr>
            <w:r>
              <w:rPr>
                <w:rFonts w:eastAsia="Sans Serif"/>
              </w:rPr>
              <w:t>Riestinių kraštų sąndūra</w:t>
            </w:r>
          </w:p>
        </w:tc>
        <w:tc>
          <w:tcPr>
            <w:tcW w:w="1199" w:type="dxa"/>
          </w:tcPr>
          <w:p w14:paraId="6D06BF4C" w14:textId="77777777" w:rsidR="00EF6539" w:rsidRDefault="00000000">
            <w:pPr>
              <w:rPr>
                <w:rFonts w:hint="eastAsia"/>
              </w:rPr>
            </w:pPr>
            <w:r>
              <w:rPr>
                <w:rFonts w:eastAsia="Sans Serif"/>
              </w:rPr>
              <w:t>abutment of raised edge</w:t>
            </w:r>
          </w:p>
        </w:tc>
        <w:tc>
          <w:tcPr>
            <w:tcW w:w="1199" w:type="dxa"/>
          </w:tcPr>
          <w:p w14:paraId="36E5BC79" w14:textId="77777777" w:rsidR="00EF6539" w:rsidRDefault="00000000">
            <w:pPr>
              <w:rPr>
                <w:rFonts w:hint="eastAsia"/>
              </w:rPr>
            </w:pPr>
            <w:r>
              <w:rPr>
                <w:rFonts w:eastAsia="Sans Serif"/>
              </w:rPr>
              <w:t>arête longitudinale du joint</w:t>
            </w:r>
          </w:p>
        </w:tc>
        <w:tc>
          <w:tcPr>
            <w:tcW w:w="1199" w:type="dxa"/>
          </w:tcPr>
          <w:p w14:paraId="267C3D28" w14:textId="77777777" w:rsidR="00EF6539" w:rsidRDefault="00000000">
            <w:pPr>
              <w:rPr>
                <w:rFonts w:hint="eastAsia"/>
              </w:rPr>
            </w:pPr>
            <w:r>
              <w:rPr>
                <w:rFonts w:eastAsia="Sans Serif"/>
              </w:rPr>
              <w:t>Bördelstoßkante</w:t>
            </w:r>
          </w:p>
        </w:tc>
      </w:tr>
      <w:tr w:rsidR="00EF6539" w14:paraId="4B981A0F" w14:textId="77777777">
        <w:trPr>
          <w:trHeight w:val="303"/>
        </w:trPr>
        <w:tc>
          <w:tcPr>
            <w:tcW w:w="1199" w:type="dxa"/>
          </w:tcPr>
          <w:p w14:paraId="308FCB93" w14:textId="77777777" w:rsidR="00EF6539" w:rsidRDefault="00000000">
            <w:pPr>
              <w:rPr>
                <w:rFonts w:hint="eastAsia"/>
              </w:rPr>
            </w:pPr>
            <w:r>
              <w:rPr>
                <w:rFonts w:eastAsia="Sans Serif"/>
              </w:rPr>
              <w:t>25</w:t>
            </w:r>
          </w:p>
        </w:tc>
        <w:tc>
          <w:tcPr>
            <w:tcW w:w="1199" w:type="dxa"/>
          </w:tcPr>
          <w:p w14:paraId="178185CB" w14:textId="77777777" w:rsidR="00EF6539" w:rsidRDefault="00000000">
            <w:pPr>
              <w:rPr>
                <w:rFonts w:hint="eastAsia"/>
              </w:rPr>
            </w:pPr>
            <w:r>
              <w:rPr>
                <w:rFonts w:eastAsia="Sans Serif"/>
              </w:rPr>
              <w:t>Riestinio krašto aukštis</w:t>
            </w:r>
          </w:p>
        </w:tc>
        <w:tc>
          <w:tcPr>
            <w:tcW w:w="1199" w:type="dxa"/>
          </w:tcPr>
          <w:p w14:paraId="5EF689D9" w14:textId="77777777" w:rsidR="00EF6539" w:rsidRDefault="00000000">
            <w:pPr>
              <w:rPr>
                <w:rFonts w:hint="eastAsia"/>
              </w:rPr>
            </w:pPr>
            <w:r>
              <w:rPr>
                <w:rFonts w:eastAsia="Sans Serif"/>
              </w:rPr>
              <w:t>depth of raised edge</w:t>
            </w:r>
          </w:p>
        </w:tc>
        <w:tc>
          <w:tcPr>
            <w:tcW w:w="1199" w:type="dxa"/>
          </w:tcPr>
          <w:p w14:paraId="33132027" w14:textId="77777777" w:rsidR="00EF6539" w:rsidRDefault="00000000">
            <w:pPr>
              <w:rPr>
                <w:rFonts w:hint="eastAsia"/>
              </w:rPr>
            </w:pPr>
            <w:r>
              <w:rPr>
                <w:rFonts w:eastAsia="Sans Serif"/>
              </w:rPr>
              <w:t>hauteur du bord releve</w:t>
            </w:r>
          </w:p>
        </w:tc>
        <w:tc>
          <w:tcPr>
            <w:tcW w:w="1199" w:type="dxa"/>
          </w:tcPr>
          <w:p w14:paraId="7FC5353B" w14:textId="77777777" w:rsidR="00EF6539" w:rsidRDefault="00000000">
            <w:pPr>
              <w:rPr>
                <w:rFonts w:hint="eastAsia"/>
              </w:rPr>
            </w:pPr>
            <w:r>
              <w:rPr>
                <w:rFonts w:eastAsia="Sans Serif"/>
              </w:rPr>
              <w:t>Bördelhöhe</w:t>
            </w:r>
          </w:p>
        </w:tc>
      </w:tr>
      <w:tr w:rsidR="00EF6539" w14:paraId="74EB2318" w14:textId="77777777">
        <w:trPr>
          <w:trHeight w:val="303"/>
        </w:trPr>
        <w:tc>
          <w:tcPr>
            <w:tcW w:w="1199" w:type="dxa"/>
          </w:tcPr>
          <w:p w14:paraId="252C946E" w14:textId="77777777" w:rsidR="00EF6539" w:rsidRDefault="00000000">
            <w:pPr>
              <w:rPr>
                <w:rFonts w:hint="eastAsia"/>
              </w:rPr>
            </w:pPr>
            <w:r>
              <w:rPr>
                <w:rFonts w:eastAsia="Sans Serif"/>
              </w:rPr>
              <w:t>26</w:t>
            </w:r>
          </w:p>
        </w:tc>
        <w:tc>
          <w:tcPr>
            <w:tcW w:w="1199" w:type="dxa"/>
          </w:tcPr>
          <w:p w14:paraId="3A4717C7" w14:textId="77777777" w:rsidR="00EF6539" w:rsidRDefault="00000000">
            <w:pPr>
              <w:rPr>
                <w:rFonts w:hint="eastAsia"/>
              </w:rPr>
            </w:pPr>
            <w:r>
              <w:rPr>
                <w:rFonts w:eastAsia="Sans Serif"/>
              </w:rPr>
              <w:t>Riestinio krašto (lenkimo) spindulys</w:t>
            </w:r>
          </w:p>
        </w:tc>
        <w:tc>
          <w:tcPr>
            <w:tcW w:w="1199" w:type="dxa"/>
          </w:tcPr>
          <w:p w14:paraId="546802A3" w14:textId="77777777" w:rsidR="00EF6539" w:rsidRDefault="00000000">
            <w:pPr>
              <w:rPr>
                <w:rFonts w:hint="eastAsia"/>
              </w:rPr>
            </w:pPr>
            <w:r>
              <w:rPr>
                <w:rFonts w:eastAsia="Sans Serif"/>
              </w:rPr>
              <w:t>radius of raised edge</w:t>
            </w:r>
          </w:p>
        </w:tc>
        <w:tc>
          <w:tcPr>
            <w:tcW w:w="1199" w:type="dxa"/>
          </w:tcPr>
          <w:p w14:paraId="3539FCC9" w14:textId="77777777" w:rsidR="00EF6539" w:rsidRDefault="00000000">
            <w:pPr>
              <w:rPr>
                <w:rFonts w:hint="eastAsia"/>
              </w:rPr>
            </w:pPr>
            <w:r>
              <w:rPr>
                <w:rFonts w:eastAsia="Sans Serif"/>
              </w:rPr>
              <w:t>rayon de pliage du bord relevé</w:t>
            </w:r>
          </w:p>
        </w:tc>
        <w:tc>
          <w:tcPr>
            <w:tcW w:w="1199" w:type="dxa"/>
          </w:tcPr>
          <w:p w14:paraId="0CA36F22" w14:textId="77777777" w:rsidR="00EF6539" w:rsidRDefault="00000000">
            <w:pPr>
              <w:rPr>
                <w:rFonts w:hint="eastAsia"/>
              </w:rPr>
            </w:pPr>
            <w:r>
              <w:rPr>
                <w:rFonts w:eastAsia="Sans Serif"/>
              </w:rPr>
              <w:t>Bördelradius</w:t>
            </w:r>
          </w:p>
        </w:tc>
      </w:tr>
      <w:tr w:rsidR="00EF6539" w14:paraId="05853B54" w14:textId="77777777">
        <w:trPr>
          <w:trHeight w:val="303"/>
        </w:trPr>
        <w:tc>
          <w:tcPr>
            <w:tcW w:w="1199" w:type="dxa"/>
          </w:tcPr>
          <w:p w14:paraId="7BAE5550" w14:textId="77777777" w:rsidR="00EF6539" w:rsidRDefault="00EF6539">
            <w:pPr>
              <w:rPr>
                <w:rFonts w:hint="eastAsia"/>
              </w:rPr>
            </w:pPr>
          </w:p>
        </w:tc>
        <w:tc>
          <w:tcPr>
            <w:tcW w:w="1199" w:type="dxa"/>
          </w:tcPr>
          <w:p w14:paraId="6A0BD92B" w14:textId="77777777" w:rsidR="00EF6539" w:rsidRDefault="00000000">
            <w:pPr>
              <w:rPr>
                <w:rFonts w:hint="eastAsia"/>
              </w:rPr>
            </w:pPr>
            <w:r>
              <w:rPr>
                <w:rFonts w:eastAsia="Sans Serif"/>
              </w:rPr>
              <w:t>1) Žr 4 skynų - lygiaverčių terminų vartojimas</w:t>
            </w:r>
          </w:p>
        </w:tc>
        <w:tc>
          <w:tcPr>
            <w:tcW w:w="1199" w:type="dxa"/>
          </w:tcPr>
          <w:p w14:paraId="6397313E" w14:textId="77777777" w:rsidR="00EF6539" w:rsidRDefault="00000000">
            <w:pPr>
              <w:rPr>
                <w:rFonts w:hint="eastAsia"/>
              </w:rPr>
            </w:pPr>
            <w:r>
              <w:rPr>
                <w:rFonts w:eastAsia="Sans Serif"/>
              </w:rPr>
              <w:t>1) See cause 4, use of equivalent terms</w:t>
            </w:r>
          </w:p>
        </w:tc>
        <w:tc>
          <w:tcPr>
            <w:tcW w:w="1199" w:type="dxa"/>
          </w:tcPr>
          <w:p w14:paraId="3A490392" w14:textId="77777777" w:rsidR="00EF6539" w:rsidRDefault="00000000">
            <w:pPr>
              <w:rPr>
                <w:rFonts w:hint="eastAsia"/>
              </w:rPr>
            </w:pPr>
            <w:r>
              <w:rPr>
                <w:rFonts w:eastAsia="Sans Serif"/>
              </w:rPr>
              <w:t>1) Voir article 4, usage des teermes équivalents</w:t>
            </w:r>
          </w:p>
        </w:tc>
        <w:tc>
          <w:tcPr>
            <w:tcW w:w="1199" w:type="dxa"/>
          </w:tcPr>
          <w:p w14:paraId="1E1ACF09" w14:textId="77777777" w:rsidR="00EF6539" w:rsidRDefault="00000000">
            <w:pPr>
              <w:rPr>
                <w:rFonts w:hint="eastAsia"/>
              </w:rPr>
            </w:pPr>
            <w:r>
              <w:rPr>
                <w:rFonts w:eastAsia="Sans Serif"/>
              </w:rPr>
              <w:t>1) Siehe Abschnitt 4, Verwendung gleichwertiger Begriffe</w:t>
            </w:r>
          </w:p>
        </w:tc>
      </w:tr>
    </w:tbl>
    <w:tbl>
      <w:tblPr>
        <w:tblStyle w:val="TableGrid"/>
        <w:tblpPr w:vertAnchor="page" w:horzAnchor="page" w:tblpX="1705" w:tblpY="8527"/>
        <w:tblW w:w="5975" w:type="dxa"/>
        <w:tblLayout w:type="fixed"/>
        <w:tblLook w:val="04A0" w:firstRow="1" w:lastRow="0" w:firstColumn="1" w:lastColumn="0" w:noHBand="0" w:noVBand="1"/>
      </w:tblPr>
      <w:tblGrid>
        <w:gridCol w:w="1195"/>
        <w:gridCol w:w="1195"/>
        <w:gridCol w:w="1195"/>
        <w:gridCol w:w="1195"/>
        <w:gridCol w:w="1195"/>
      </w:tblGrid>
      <w:tr w:rsidR="00EF6539" w14:paraId="5C5A92AD" w14:textId="77777777">
        <w:trPr>
          <w:trHeight w:val="268"/>
        </w:trPr>
        <w:tc>
          <w:tcPr>
            <w:tcW w:w="1195" w:type="dxa"/>
          </w:tcPr>
          <w:p w14:paraId="6341BBB0" w14:textId="77777777" w:rsidR="00EF6539" w:rsidRDefault="00000000">
            <w:pPr>
              <w:rPr>
                <w:rFonts w:hint="eastAsia"/>
              </w:rPr>
            </w:pPr>
            <w:r>
              <w:rPr>
                <w:rFonts w:eastAsia="Sans Serif"/>
              </w:rPr>
              <w:t>Nuoro-da</w:t>
            </w:r>
          </w:p>
        </w:tc>
        <w:tc>
          <w:tcPr>
            <w:tcW w:w="1195" w:type="dxa"/>
          </w:tcPr>
          <w:p w14:paraId="6BCA354A" w14:textId="77777777" w:rsidR="00EF6539" w:rsidRDefault="00000000">
            <w:pPr>
              <w:rPr>
                <w:rFonts w:hint="eastAsia"/>
              </w:rPr>
            </w:pPr>
            <w:r>
              <w:rPr>
                <w:rFonts w:eastAsia="Sans Serif"/>
              </w:rPr>
              <w:t>Lietuviškai</w:t>
            </w:r>
          </w:p>
        </w:tc>
        <w:tc>
          <w:tcPr>
            <w:tcW w:w="1195" w:type="dxa"/>
          </w:tcPr>
          <w:p w14:paraId="476B365E" w14:textId="77777777" w:rsidR="00EF6539" w:rsidRDefault="00000000">
            <w:pPr>
              <w:rPr>
                <w:rFonts w:hint="eastAsia"/>
              </w:rPr>
            </w:pPr>
            <w:r>
              <w:rPr>
                <w:rFonts w:eastAsia="Sans Serif"/>
              </w:rPr>
              <w:t>English</w:t>
            </w:r>
          </w:p>
        </w:tc>
        <w:tc>
          <w:tcPr>
            <w:tcW w:w="1195" w:type="dxa"/>
          </w:tcPr>
          <w:p w14:paraId="77118FEF" w14:textId="77777777" w:rsidR="00EF6539" w:rsidRDefault="00000000">
            <w:pPr>
              <w:rPr>
                <w:rFonts w:hint="eastAsia"/>
              </w:rPr>
            </w:pPr>
            <w:r>
              <w:rPr>
                <w:rFonts w:eastAsia="Sans Serif"/>
              </w:rPr>
              <w:t>Français</w:t>
            </w:r>
          </w:p>
        </w:tc>
        <w:tc>
          <w:tcPr>
            <w:tcW w:w="1195" w:type="dxa"/>
          </w:tcPr>
          <w:p w14:paraId="77CBB137" w14:textId="77777777" w:rsidR="00EF6539" w:rsidRDefault="00000000">
            <w:pPr>
              <w:rPr>
                <w:rFonts w:hint="eastAsia"/>
              </w:rPr>
            </w:pPr>
            <w:r>
              <w:rPr>
                <w:rFonts w:eastAsia="Sans Serif"/>
              </w:rPr>
              <w:t>Deutsch</w:t>
            </w:r>
          </w:p>
        </w:tc>
      </w:tr>
      <w:tr w:rsidR="00EF6539" w14:paraId="61AD2243" w14:textId="77777777">
        <w:trPr>
          <w:trHeight w:val="268"/>
        </w:trPr>
        <w:tc>
          <w:tcPr>
            <w:tcW w:w="1195" w:type="dxa"/>
          </w:tcPr>
          <w:p w14:paraId="19B9CEE4" w14:textId="77777777" w:rsidR="00EF6539" w:rsidRDefault="00000000">
            <w:pPr>
              <w:rPr>
                <w:rFonts w:hint="eastAsia"/>
              </w:rPr>
            </w:pPr>
            <w:r>
              <w:rPr>
                <w:rFonts w:eastAsia="Sans Serif"/>
              </w:rPr>
              <w:t>1</w:t>
            </w:r>
          </w:p>
        </w:tc>
        <w:tc>
          <w:tcPr>
            <w:tcW w:w="1195" w:type="dxa"/>
          </w:tcPr>
          <w:p w14:paraId="0842C4B8" w14:textId="77777777" w:rsidR="00EF6539" w:rsidRDefault="00000000">
            <w:pPr>
              <w:rPr>
                <w:rFonts w:hint="eastAsia"/>
              </w:rPr>
            </w:pPr>
            <w:r>
              <w:rPr>
                <w:rFonts w:eastAsia="Sans Serif"/>
              </w:rPr>
              <w:t>Plokštės storis</w:t>
            </w:r>
          </w:p>
        </w:tc>
        <w:tc>
          <w:tcPr>
            <w:tcW w:w="1195" w:type="dxa"/>
          </w:tcPr>
          <w:p w14:paraId="048169B0" w14:textId="77777777" w:rsidR="00EF6539" w:rsidRDefault="00000000">
            <w:pPr>
              <w:rPr>
                <w:rFonts w:hint="eastAsia"/>
              </w:rPr>
            </w:pPr>
            <w:r>
              <w:rPr>
                <w:rFonts w:eastAsia="Sans Serif"/>
              </w:rPr>
              <w:t>plate thickness</w:t>
            </w:r>
          </w:p>
        </w:tc>
        <w:tc>
          <w:tcPr>
            <w:tcW w:w="1195" w:type="dxa"/>
          </w:tcPr>
          <w:p w14:paraId="73C04A2B" w14:textId="77777777" w:rsidR="00EF6539" w:rsidRDefault="00000000">
            <w:pPr>
              <w:rPr>
                <w:rFonts w:hint="eastAsia"/>
              </w:rPr>
            </w:pPr>
            <w:r>
              <w:rPr>
                <w:rFonts w:eastAsia="Sans Serif"/>
              </w:rPr>
              <w:t>épaisseur de la pièce</w:t>
            </w:r>
          </w:p>
        </w:tc>
        <w:tc>
          <w:tcPr>
            <w:tcW w:w="1195" w:type="dxa"/>
          </w:tcPr>
          <w:p w14:paraId="32EA4D88" w14:textId="77777777" w:rsidR="00EF6539" w:rsidRDefault="00000000">
            <w:pPr>
              <w:rPr>
                <w:rFonts w:hint="eastAsia"/>
              </w:rPr>
            </w:pPr>
            <w:r>
              <w:rPr>
                <w:rFonts w:eastAsia="Sans Serif"/>
              </w:rPr>
              <w:t>Werkstückdicke</w:t>
            </w:r>
          </w:p>
        </w:tc>
      </w:tr>
      <w:tr w:rsidR="00EF6539" w14:paraId="657A0D32" w14:textId="77777777">
        <w:trPr>
          <w:trHeight w:val="268"/>
        </w:trPr>
        <w:tc>
          <w:tcPr>
            <w:tcW w:w="1195" w:type="dxa"/>
          </w:tcPr>
          <w:p w14:paraId="4A084599" w14:textId="77777777" w:rsidR="00EF6539" w:rsidRDefault="00000000">
            <w:pPr>
              <w:rPr>
                <w:rFonts w:hint="eastAsia"/>
              </w:rPr>
            </w:pPr>
            <w:r>
              <w:rPr>
                <w:rFonts w:eastAsia="Sans Serif"/>
              </w:rPr>
              <w:t>27</w:t>
            </w:r>
          </w:p>
        </w:tc>
        <w:tc>
          <w:tcPr>
            <w:tcW w:w="1195" w:type="dxa"/>
          </w:tcPr>
          <w:p w14:paraId="3A62CF95" w14:textId="77777777" w:rsidR="00EF6539" w:rsidRDefault="00000000">
            <w:pPr>
              <w:rPr>
                <w:rFonts w:hint="eastAsia"/>
              </w:rPr>
            </w:pPr>
            <w:r>
              <w:rPr>
                <w:rFonts w:eastAsia="Sans Serif"/>
              </w:rPr>
              <w:t>Žingsnis (iškyšų)</w:t>
            </w:r>
          </w:p>
        </w:tc>
        <w:tc>
          <w:tcPr>
            <w:tcW w:w="1195" w:type="dxa"/>
          </w:tcPr>
          <w:p w14:paraId="7BC2482A" w14:textId="77777777" w:rsidR="00EF6539" w:rsidRDefault="00000000">
            <w:pPr>
              <w:rPr>
                <w:rFonts w:hint="eastAsia"/>
              </w:rPr>
            </w:pPr>
            <w:r>
              <w:rPr>
                <w:rFonts w:eastAsia="Sans Serif"/>
              </w:rPr>
              <w:t>pitch (of projections)</w:t>
            </w:r>
          </w:p>
        </w:tc>
        <w:tc>
          <w:tcPr>
            <w:tcW w:w="1195" w:type="dxa"/>
          </w:tcPr>
          <w:p w14:paraId="67576692" w14:textId="77777777" w:rsidR="00EF6539" w:rsidRDefault="00000000">
            <w:pPr>
              <w:rPr>
                <w:rFonts w:hint="eastAsia"/>
              </w:rPr>
            </w:pPr>
            <w:r>
              <w:rPr>
                <w:rFonts w:eastAsia="Sans Serif"/>
              </w:rPr>
              <w:t>entraxe (des bossages)</w:t>
            </w:r>
          </w:p>
        </w:tc>
        <w:tc>
          <w:tcPr>
            <w:tcW w:w="1195" w:type="dxa"/>
          </w:tcPr>
          <w:p w14:paraId="1F06DDDC" w14:textId="77777777" w:rsidR="00EF6539" w:rsidRDefault="00000000">
            <w:pPr>
              <w:rPr>
                <w:rFonts w:hint="eastAsia"/>
              </w:rPr>
            </w:pPr>
            <w:r>
              <w:rPr>
                <w:rFonts w:eastAsia="Sans Serif"/>
              </w:rPr>
              <w:t>Buckelabstand</w:t>
            </w:r>
          </w:p>
        </w:tc>
      </w:tr>
      <w:tr w:rsidR="00EF6539" w14:paraId="7E67A338" w14:textId="77777777">
        <w:trPr>
          <w:trHeight w:val="268"/>
        </w:trPr>
        <w:tc>
          <w:tcPr>
            <w:tcW w:w="1195" w:type="dxa"/>
          </w:tcPr>
          <w:p w14:paraId="165933EC" w14:textId="77777777" w:rsidR="00EF6539" w:rsidRDefault="00000000">
            <w:pPr>
              <w:rPr>
                <w:rFonts w:hint="eastAsia"/>
              </w:rPr>
            </w:pPr>
            <w:r>
              <w:rPr>
                <w:rFonts w:eastAsia="Sans Serif"/>
              </w:rPr>
              <w:t>28</w:t>
            </w:r>
          </w:p>
        </w:tc>
        <w:tc>
          <w:tcPr>
            <w:tcW w:w="1195" w:type="dxa"/>
          </w:tcPr>
          <w:p w14:paraId="7729A8C4" w14:textId="77777777" w:rsidR="00EF6539" w:rsidRDefault="00000000">
            <w:pPr>
              <w:rPr>
                <w:rFonts w:hint="eastAsia"/>
              </w:rPr>
            </w:pPr>
            <w:r>
              <w:rPr>
                <w:rFonts w:eastAsia="Sans Serif"/>
              </w:rPr>
              <w:t>Iškyšos aukštis</w:t>
            </w:r>
          </w:p>
        </w:tc>
        <w:tc>
          <w:tcPr>
            <w:tcW w:w="1195" w:type="dxa"/>
          </w:tcPr>
          <w:p w14:paraId="143C64B6" w14:textId="77777777" w:rsidR="00EF6539" w:rsidRDefault="00000000">
            <w:pPr>
              <w:rPr>
                <w:rFonts w:hint="eastAsia"/>
              </w:rPr>
            </w:pPr>
            <w:r>
              <w:rPr>
                <w:rFonts w:eastAsia="Sans Serif"/>
              </w:rPr>
              <w:t>projection height</w:t>
            </w:r>
          </w:p>
        </w:tc>
        <w:tc>
          <w:tcPr>
            <w:tcW w:w="1195" w:type="dxa"/>
          </w:tcPr>
          <w:p w14:paraId="6BF0572E" w14:textId="77777777" w:rsidR="00EF6539" w:rsidRDefault="00000000">
            <w:pPr>
              <w:rPr>
                <w:rFonts w:hint="eastAsia"/>
              </w:rPr>
            </w:pPr>
            <w:r>
              <w:rPr>
                <w:rFonts w:eastAsia="Sans Serif"/>
              </w:rPr>
              <w:t>hauteur du bossage</w:t>
            </w:r>
          </w:p>
        </w:tc>
        <w:tc>
          <w:tcPr>
            <w:tcW w:w="1195" w:type="dxa"/>
          </w:tcPr>
          <w:p w14:paraId="7E4D8155" w14:textId="77777777" w:rsidR="00EF6539" w:rsidRDefault="00000000">
            <w:pPr>
              <w:rPr>
                <w:rFonts w:hint="eastAsia"/>
              </w:rPr>
            </w:pPr>
            <w:r>
              <w:rPr>
                <w:rFonts w:eastAsia="Sans Serif"/>
              </w:rPr>
              <w:t>Buckelhöhe</w:t>
            </w:r>
          </w:p>
        </w:tc>
      </w:tr>
      <w:tr w:rsidR="00EF6539" w14:paraId="70F5D16A" w14:textId="77777777">
        <w:trPr>
          <w:trHeight w:val="268"/>
        </w:trPr>
        <w:tc>
          <w:tcPr>
            <w:tcW w:w="1195" w:type="dxa"/>
          </w:tcPr>
          <w:p w14:paraId="68ED9999" w14:textId="77777777" w:rsidR="00EF6539" w:rsidRDefault="00000000">
            <w:pPr>
              <w:rPr>
                <w:rFonts w:hint="eastAsia"/>
              </w:rPr>
            </w:pPr>
            <w:r>
              <w:rPr>
                <w:rFonts w:eastAsia="Sans Serif"/>
              </w:rPr>
              <w:t>29</w:t>
            </w:r>
          </w:p>
        </w:tc>
        <w:tc>
          <w:tcPr>
            <w:tcW w:w="1195" w:type="dxa"/>
          </w:tcPr>
          <w:p w14:paraId="7E2A5EF7" w14:textId="77777777" w:rsidR="00EF6539" w:rsidRDefault="00000000">
            <w:pPr>
              <w:rPr>
                <w:rFonts w:hint="eastAsia"/>
              </w:rPr>
            </w:pPr>
            <w:r>
              <w:rPr>
                <w:rFonts w:eastAsia="Sans Serif"/>
              </w:rPr>
              <w:t>Iškyšos ilgis</w:t>
            </w:r>
          </w:p>
        </w:tc>
        <w:tc>
          <w:tcPr>
            <w:tcW w:w="1195" w:type="dxa"/>
          </w:tcPr>
          <w:p w14:paraId="3A8A2883" w14:textId="77777777" w:rsidR="00EF6539" w:rsidRDefault="00000000">
            <w:pPr>
              <w:rPr>
                <w:rFonts w:hint="eastAsia"/>
              </w:rPr>
            </w:pPr>
            <w:r>
              <w:rPr>
                <w:rFonts w:eastAsia="Sans Serif"/>
              </w:rPr>
              <w:t>projection lenght</w:t>
            </w:r>
          </w:p>
        </w:tc>
        <w:tc>
          <w:tcPr>
            <w:tcW w:w="1195" w:type="dxa"/>
          </w:tcPr>
          <w:p w14:paraId="6140E9F4" w14:textId="77777777" w:rsidR="00EF6539" w:rsidRDefault="00000000">
            <w:pPr>
              <w:rPr>
                <w:rFonts w:hint="eastAsia"/>
              </w:rPr>
            </w:pPr>
            <w:r>
              <w:rPr>
                <w:rFonts w:eastAsia="Sans Serif"/>
              </w:rPr>
              <w:t>longueur du bossage</w:t>
            </w:r>
          </w:p>
        </w:tc>
        <w:tc>
          <w:tcPr>
            <w:tcW w:w="1195" w:type="dxa"/>
          </w:tcPr>
          <w:p w14:paraId="125C109B" w14:textId="77777777" w:rsidR="00EF6539" w:rsidRDefault="00000000">
            <w:pPr>
              <w:rPr>
                <w:rFonts w:hint="eastAsia"/>
              </w:rPr>
            </w:pPr>
            <w:r>
              <w:rPr>
                <w:rFonts w:eastAsia="Sans Serif"/>
              </w:rPr>
              <w:t>Buckellänge</w:t>
            </w:r>
          </w:p>
        </w:tc>
      </w:tr>
      <w:tr w:rsidR="00EF6539" w14:paraId="1AAF8958" w14:textId="77777777">
        <w:trPr>
          <w:trHeight w:val="268"/>
        </w:trPr>
        <w:tc>
          <w:tcPr>
            <w:tcW w:w="1195" w:type="dxa"/>
          </w:tcPr>
          <w:p w14:paraId="216FB7CF" w14:textId="77777777" w:rsidR="00EF6539" w:rsidRDefault="00000000">
            <w:pPr>
              <w:rPr>
                <w:rFonts w:hint="eastAsia"/>
              </w:rPr>
            </w:pPr>
            <w:r>
              <w:rPr>
                <w:rFonts w:eastAsia="Sans Serif"/>
              </w:rPr>
              <w:t>30</w:t>
            </w:r>
          </w:p>
        </w:tc>
        <w:tc>
          <w:tcPr>
            <w:tcW w:w="1195" w:type="dxa"/>
          </w:tcPr>
          <w:p w14:paraId="55EB540B" w14:textId="77777777" w:rsidR="00EF6539" w:rsidRDefault="00000000">
            <w:pPr>
              <w:rPr>
                <w:rFonts w:hint="eastAsia"/>
              </w:rPr>
            </w:pPr>
            <w:r>
              <w:rPr>
                <w:rFonts w:eastAsia="Sans Serif"/>
              </w:rPr>
              <w:t>Iškyšos plotis</w:t>
            </w:r>
          </w:p>
        </w:tc>
        <w:tc>
          <w:tcPr>
            <w:tcW w:w="1195" w:type="dxa"/>
          </w:tcPr>
          <w:p w14:paraId="40040DA7" w14:textId="77777777" w:rsidR="00EF6539" w:rsidRDefault="00000000">
            <w:pPr>
              <w:rPr>
                <w:rFonts w:hint="eastAsia"/>
              </w:rPr>
            </w:pPr>
            <w:r>
              <w:rPr>
                <w:rFonts w:eastAsia="Sans Serif"/>
              </w:rPr>
              <w:t>projection width</w:t>
            </w:r>
          </w:p>
        </w:tc>
        <w:tc>
          <w:tcPr>
            <w:tcW w:w="1195" w:type="dxa"/>
          </w:tcPr>
          <w:p w14:paraId="768C8978" w14:textId="77777777" w:rsidR="00EF6539" w:rsidRDefault="00000000">
            <w:pPr>
              <w:rPr>
                <w:rFonts w:hint="eastAsia"/>
              </w:rPr>
            </w:pPr>
            <w:r>
              <w:rPr>
                <w:rFonts w:eastAsia="Sans Serif"/>
              </w:rPr>
              <w:t>largeur du bossage</w:t>
            </w:r>
          </w:p>
        </w:tc>
        <w:tc>
          <w:tcPr>
            <w:tcW w:w="1195" w:type="dxa"/>
          </w:tcPr>
          <w:p w14:paraId="0882BD94" w14:textId="77777777" w:rsidR="00EF6539" w:rsidRDefault="00000000">
            <w:pPr>
              <w:rPr>
                <w:rFonts w:hint="eastAsia"/>
              </w:rPr>
            </w:pPr>
            <w:r>
              <w:rPr>
                <w:rFonts w:eastAsia="Sans Serif"/>
              </w:rPr>
              <w:t>Buckelbreite</w:t>
            </w:r>
          </w:p>
        </w:tc>
      </w:tr>
      <w:tr w:rsidR="00EF6539" w14:paraId="5C86E672" w14:textId="77777777">
        <w:trPr>
          <w:trHeight w:val="268"/>
        </w:trPr>
        <w:tc>
          <w:tcPr>
            <w:tcW w:w="1195" w:type="dxa"/>
          </w:tcPr>
          <w:p w14:paraId="5B34BFBF" w14:textId="77777777" w:rsidR="00EF6539" w:rsidRDefault="00000000">
            <w:pPr>
              <w:rPr>
                <w:rFonts w:hint="eastAsia"/>
              </w:rPr>
            </w:pPr>
            <w:r>
              <w:rPr>
                <w:rFonts w:eastAsia="Sans Serif"/>
              </w:rPr>
              <w:t>31</w:t>
            </w:r>
          </w:p>
        </w:tc>
        <w:tc>
          <w:tcPr>
            <w:tcW w:w="1195" w:type="dxa"/>
          </w:tcPr>
          <w:p w14:paraId="11ACE6DE" w14:textId="77777777" w:rsidR="00EF6539" w:rsidRDefault="00000000">
            <w:pPr>
              <w:rPr>
                <w:rFonts w:hint="eastAsia"/>
              </w:rPr>
            </w:pPr>
            <w:r>
              <w:rPr>
                <w:rFonts w:eastAsia="Sans Serif"/>
              </w:rPr>
              <w:t>Iškyšos skersmuo</w:t>
            </w:r>
          </w:p>
        </w:tc>
        <w:tc>
          <w:tcPr>
            <w:tcW w:w="1195" w:type="dxa"/>
          </w:tcPr>
          <w:p w14:paraId="31219C61" w14:textId="77777777" w:rsidR="00EF6539" w:rsidRDefault="00000000">
            <w:pPr>
              <w:rPr>
                <w:rFonts w:hint="eastAsia"/>
              </w:rPr>
            </w:pPr>
            <w:r>
              <w:rPr>
                <w:rFonts w:eastAsia="Sans Serif"/>
              </w:rPr>
              <w:t>projection diameter</w:t>
            </w:r>
          </w:p>
        </w:tc>
        <w:tc>
          <w:tcPr>
            <w:tcW w:w="1195" w:type="dxa"/>
          </w:tcPr>
          <w:p w14:paraId="717904E2" w14:textId="77777777" w:rsidR="00EF6539" w:rsidRDefault="00000000">
            <w:pPr>
              <w:rPr>
                <w:rFonts w:hint="eastAsia"/>
              </w:rPr>
            </w:pPr>
            <w:r>
              <w:rPr>
                <w:rFonts w:eastAsia="Sans Serif"/>
              </w:rPr>
              <w:t>diamètre du bossage</w:t>
            </w:r>
          </w:p>
        </w:tc>
        <w:tc>
          <w:tcPr>
            <w:tcW w:w="1195" w:type="dxa"/>
          </w:tcPr>
          <w:p w14:paraId="4ABD5587" w14:textId="77777777" w:rsidR="00EF6539" w:rsidRDefault="00000000">
            <w:pPr>
              <w:rPr>
                <w:rFonts w:hint="eastAsia"/>
              </w:rPr>
            </w:pPr>
            <w:r>
              <w:rPr>
                <w:rFonts w:eastAsia="Sans Serif"/>
              </w:rPr>
              <w:t>Buckeldurchmesser</w:t>
            </w:r>
          </w:p>
        </w:tc>
      </w:tr>
      <w:tr w:rsidR="00EF6539" w14:paraId="28800B80" w14:textId="77777777">
        <w:trPr>
          <w:trHeight w:val="268"/>
        </w:trPr>
        <w:tc>
          <w:tcPr>
            <w:tcW w:w="1195" w:type="dxa"/>
          </w:tcPr>
          <w:p w14:paraId="3E438B6A" w14:textId="77777777" w:rsidR="00EF6539" w:rsidRDefault="00000000">
            <w:pPr>
              <w:rPr>
                <w:rFonts w:hint="eastAsia"/>
              </w:rPr>
            </w:pPr>
            <w:r>
              <w:rPr>
                <w:rFonts w:eastAsia="Sans Serif"/>
              </w:rPr>
              <w:t>32</w:t>
            </w:r>
          </w:p>
        </w:tc>
        <w:tc>
          <w:tcPr>
            <w:tcW w:w="1195" w:type="dxa"/>
          </w:tcPr>
          <w:p w14:paraId="40483FD8" w14:textId="77777777" w:rsidR="00EF6539" w:rsidRDefault="00000000">
            <w:pPr>
              <w:rPr>
                <w:rFonts w:hint="eastAsia"/>
              </w:rPr>
            </w:pPr>
            <w:r>
              <w:rPr>
                <w:rFonts w:eastAsia="Sans Serif"/>
              </w:rPr>
              <w:t>Žiedinės iškyšos skersmuo</w:t>
            </w:r>
          </w:p>
        </w:tc>
        <w:tc>
          <w:tcPr>
            <w:tcW w:w="1195" w:type="dxa"/>
          </w:tcPr>
          <w:p w14:paraId="2EC60F3F" w14:textId="77777777" w:rsidR="00EF6539" w:rsidRDefault="00000000">
            <w:pPr>
              <w:rPr>
                <w:rFonts w:hint="eastAsia"/>
              </w:rPr>
            </w:pPr>
            <w:r>
              <w:rPr>
                <w:rFonts w:eastAsia="Sans Serif"/>
              </w:rPr>
              <w:t>annular projection diameter</w:t>
            </w:r>
          </w:p>
        </w:tc>
        <w:tc>
          <w:tcPr>
            <w:tcW w:w="1195" w:type="dxa"/>
          </w:tcPr>
          <w:p w14:paraId="7F43AC30" w14:textId="77777777" w:rsidR="00EF6539" w:rsidRDefault="00000000">
            <w:pPr>
              <w:rPr>
                <w:rFonts w:hint="eastAsia"/>
              </w:rPr>
            </w:pPr>
            <w:r>
              <w:rPr>
                <w:rFonts w:eastAsia="Sans Serif"/>
              </w:rPr>
              <w:t>diamètre du bossage annulaire</w:t>
            </w:r>
          </w:p>
        </w:tc>
        <w:tc>
          <w:tcPr>
            <w:tcW w:w="1195" w:type="dxa"/>
          </w:tcPr>
          <w:p w14:paraId="6231B881" w14:textId="77777777" w:rsidR="00EF6539" w:rsidRDefault="00000000">
            <w:pPr>
              <w:rPr>
                <w:rFonts w:hint="eastAsia"/>
              </w:rPr>
            </w:pPr>
            <w:r>
              <w:rPr>
                <w:rFonts w:eastAsia="Sans Serif"/>
              </w:rPr>
              <w:t>Ringbuckeldurchmes</w:t>
            </w:r>
          </w:p>
        </w:tc>
      </w:tr>
      <w:tr w:rsidR="00EF6539" w14:paraId="567CD9A7" w14:textId="77777777">
        <w:trPr>
          <w:trHeight w:val="268"/>
        </w:trPr>
        <w:tc>
          <w:tcPr>
            <w:tcW w:w="1195" w:type="dxa"/>
          </w:tcPr>
          <w:p w14:paraId="5345F0C9" w14:textId="77777777" w:rsidR="00EF6539" w:rsidRDefault="00000000">
            <w:pPr>
              <w:rPr>
                <w:rFonts w:hint="eastAsia"/>
              </w:rPr>
            </w:pPr>
            <w:r>
              <w:rPr>
                <w:rFonts w:eastAsia="Sans Serif"/>
              </w:rPr>
              <w:t>33</w:t>
            </w:r>
          </w:p>
        </w:tc>
        <w:tc>
          <w:tcPr>
            <w:tcW w:w="1195" w:type="dxa"/>
          </w:tcPr>
          <w:p w14:paraId="3D332D34" w14:textId="77777777" w:rsidR="00EF6539" w:rsidRDefault="00000000">
            <w:pPr>
              <w:rPr>
                <w:rFonts w:hint="eastAsia"/>
              </w:rPr>
            </w:pPr>
            <w:r>
              <w:rPr>
                <w:rFonts w:eastAsia="Sans Serif"/>
              </w:rPr>
              <w:t>Atstumas nuo krašto</w:t>
            </w:r>
          </w:p>
        </w:tc>
        <w:tc>
          <w:tcPr>
            <w:tcW w:w="1195" w:type="dxa"/>
          </w:tcPr>
          <w:p w14:paraId="6F5A0A17" w14:textId="77777777" w:rsidR="00EF6539" w:rsidRDefault="00000000">
            <w:pPr>
              <w:rPr>
                <w:rFonts w:hint="eastAsia"/>
              </w:rPr>
            </w:pPr>
            <w:r>
              <w:rPr>
                <w:rFonts w:eastAsia="Sans Serif"/>
              </w:rPr>
              <w:t>edge distance</w:t>
            </w:r>
          </w:p>
        </w:tc>
        <w:tc>
          <w:tcPr>
            <w:tcW w:w="1195" w:type="dxa"/>
          </w:tcPr>
          <w:p w14:paraId="6C420B44" w14:textId="77777777" w:rsidR="00EF6539" w:rsidRDefault="00000000">
            <w:pPr>
              <w:rPr>
                <w:rFonts w:hint="eastAsia"/>
              </w:rPr>
            </w:pPr>
            <w:r>
              <w:rPr>
                <w:rFonts w:eastAsia="Sans Serif"/>
              </w:rPr>
              <w:t>distance au bord (de la pièce)</w:t>
            </w:r>
          </w:p>
        </w:tc>
        <w:tc>
          <w:tcPr>
            <w:tcW w:w="1195" w:type="dxa"/>
          </w:tcPr>
          <w:p w14:paraId="3CB713BC" w14:textId="77777777" w:rsidR="00EF6539" w:rsidRDefault="00000000">
            <w:pPr>
              <w:rPr>
                <w:rFonts w:hint="eastAsia"/>
              </w:rPr>
            </w:pPr>
            <w:r>
              <w:rPr>
                <w:rFonts w:eastAsia="Sans Serif"/>
              </w:rPr>
              <w:t>Randabstand</w:t>
            </w:r>
          </w:p>
        </w:tc>
      </w:tr>
    </w:tbl>
    <w:tbl>
      <w:tblPr>
        <w:tblStyle w:val="TableGrid"/>
        <w:tblpPr w:vertAnchor="page" w:horzAnchor="page" w:tblpX="9449" w:tblpY="8189"/>
        <w:tblW w:w="5786" w:type="dxa"/>
        <w:tblLayout w:type="fixed"/>
        <w:tblLook w:val="04A0" w:firstRow="1" w:lastRow="0" w:firstColumn="1" w:lastColumn="0" w:noHBand="0" w:noVBand="1"/>
      </w:tblPr>
      <w:tblGrid>
        <w:gridCol w:w="1158"/>
        <w:gridCol w:w="1157"/>
        <w:gridCol w:w="1157"/>
        <w:gridCol w:w="1157"/>
        <w:gridCol w:w="1157"/>
      </w:tblGrid>
      <w:tr w:rsidR="00EF6539" w14:paraId="34CE7881" w14:textId="77777777">
        <w:trPr>
          <w:trHeight w:val="252"/>
        </w:trPr>
        <w:tc>
          <w:tcPr>
            <w:tcW w:w="1157" w:type="dxa"/>
          </w:tcPr>
          <w:p w14:paraId="0EB6CB04" w14:textId="77777777" w:rsidR="00EF6539" w:rsidRDefault="00000000">
            <w:pPr>
              <w:rPr>
                <w:rFonts w:hint="eastAsia"/>
              </w:rPr>
            </w:pPr>
            <w:r>
              <w:rPr>
                <w:rFonts w:eastAsia="Sans Serif"/>
              </w:rPr>
              <w:t>Nucroda</w:t>
            </w:r>
          </w:p>
        </w:tc>
        <w:tc>
          <w:tcPr>
            <w:tcW w:w="1157" w:type="dxa"/>
          </w:tcPr>
          <w:p w14:paraId="159708C9" w14:textId="77777777" w:rsidR="00EF6539" w:rsidRDefault="00000000">
            <w:pPr>
              <w:rPr>
                <w:rFonts w:hint="eastAsia"/>
              </w:rPr>
            </w:pPr>
            <w:r>
              <w:rPr>
                <w:rFonts w:eastAsia="Sans Serif"/>
              </w:rPr>
              <w:t>Lietuviškai</w:t>
            </w:r>
          </w:p>
        </w:tc>
        <w:tc>
          <w:tcPr>
            <w:tcW w:w="1157" w:type="dxa"/>
          </w:tcPr>
          <w:p w14:paraId="5E38C090" w14:textId="77777777" w:rsidR="00EF6539" w:rsidRDefault="00000000">
            <w:pPr>
              <w:rPr>
                <w:rFonts w:hint="eastAsia"/>
              </w:rPr>
            </w:pPr>
            <w:r>
              <w:rPr>
                <w:rFonts w:eastAsia="Sans Serif"/>
              </w:rPr>
              <w:t>English</w:t>
            </w:r>
          </w:p>
        </w:tc>
        <w:tc>
          <w:tcPr>
            <w:tcW w:w="1157" w:type="dxa"/>
          </w:tcPr>
          <w:p w14:paraId="42404155" w14:textId="77777777" w:rsidR="00EF6539" w:rsidRDefault="00000000">
            <w:pPr>
              <w:rPr>
                <w:rFonts w:hint="eastAsia"/>
              </w:rPr>
            </w:pPr>
            <w:r>
              <w:rPr>
                <w:rFonts w:eastAsia="Sans Serif"/>
              </w:rPr>
              <w:t>Français</w:t>
            </w:r>
          </w:p>
        </w:tc>
        <w:tc>
          <w:tcPr>
            <w:tcW w:w="1157" w:type="dxa"/>
          </w:tcPr>
          <w:p w14:paraId="36173EBC" w14:textId="77777777" w:rsidR="00EF6539" w:rsidRDefault="00000000">
            <w:pPr>
              <w:rPr>
                <w:rFonts w:hint="eastAsia"/>
              </w:rPr>
            </w:pPr>
            <w:r>
              <w:rPr>
                <w:rFonts w:eastAsia="Sans Serif"/>
              </w:rPr>
              <w:t>Deutsch</w:t>
            </w:r>
          </w:p>
        </w:tc>
      </w:tr>
      <w:tr w:rsidR="00EF6539" w14:paraId="6419DADC" w14:textId="77777777">
        <w:trPr>
          <w:trHeight w:val="252"/>
        </w:trPr>
        <w:tc>
          <w:tcPr>
            <w:tcW w:w="1157" w:type="dxa"/>
          </w:tcPr>
          <w:p w14:paraId="6FF1CE44" w14:textId="77777777" w:rsidR="00EF6539" w:rsidRDefault="00000000">
            <w:pPr>
              <w:rPr>
                <w:rFonts w:hint="eastAsia"/>
              </w:rPr>
            </w:pPr>
            <w:r>
              <w:rPr>
                <w:rFonts w:eastAsia="Sans Serif"/>
              </w:rPr>
              <w:t>G</w:t>
            </w:r>
          </w:p>
        </w:tc>
        <w:tc>
          <w:tcPr>
            <w:tcW w:w="1157" w:type="dxa"/>
          </w:tcPr>
          <w:p w14:paraId="2A830C01" w14:textId="77777777" w:rsidR="00EF6539" w:rsidRDefault="00000000">
            <w:pPr>
              <w:rPr>
                <w:rFonts w:hint="eastAsia"/>
              </w:rPr>
            </w:pPr>
            <w:r>
              <w:rPr>
                <w:rFonts w:eastAsia="Sans Serif"/>
              </w:rPr>
              <w:t>Užlaidos paviršius</w:t>
            </w:r>
          </w:p>
        </w:tc>
        <w:tc>
          <w:tcPr>
            <w:tcW w:w="1157" w:type="dxa"/>
          </w:tcPr>
          <w:p w14:paraId="00703B3D" w14:textId="77777777" w:rsidR="00EF6539" w:rsidRDefault="00000000">
            <w:pPr>
              <w:rPr>
                <w:rFonts w:hint="eastAsia"/>
              </w:rPr>
            </w:pPr>
            <w:r>
              <w:rPr>
                <w:rFonts w:eastAsia="Sans Serif"/>
              </w:rPr>
              <w:t>lapped area</w:t>
            </w:r>
          </w:p>
        </w:tc>
        <w:tc>
          <w:tcPr>
            <w:tcW w:w="1157" w:type="dxa"/>
          </w:tcPr>
          <w:p w14:paraId="6C9D4177" w14:textId="77777777" w:rsidR="00EF6539" w:rsidRDefault="00000000">
            <w:pPr>
              <w:rPr>
                <w:rFonts w:hint="eastAsia"/>
              </w:rPr>
            </w:pPr>
            <w:r>
              <w:rPr>
                <w:rFonts w:eastAsia="Sans Serif"/>
              </w:rPr>
              <w:t>surface de recouvrement</w:t>
            </w:r>
          </w:p>
        </w:tc>
        <w:tc>
          <w:tcPr>
            <w:tcW w:w="1157" w:type="dxa"/>
          </w:tcPr>
          <w:p w14:paraId="67E555CF" w14:textId="77777777" w:rsidR="00EF6539" w:rsidRDefault="00000000">
            <w:pPr>
              <w:rPr>
                <w:rFonts w:hint="eastAsia"/>
              </w:rPr>
            </w:pPr>
            <w:r>
              <w:rPr>
                <w:rFonts w:eastAsia="Sans Serif"/>
              </w:rPr>
              <w:t>Überlappfläche</w:t>
            </w:r>
          </w:p>
        </w:tc>
      </w:tr>
      <w:tr w:rsidR="00EF6539" w14:paraId="3A95A085" w14:textId="77777777">
        <w:trPr>
          <w:trHeight w:val="252"/>
        </w:trPr>
        <w:tc>
          <w:tcPr>
            <w:tcW w:w="1157" w:type="dxa"/>
          </w:tcPr>
          <w:p w14:paraId="4EEE2301" w14:textId="77777777" w:rsidR="00EF6539" w:rsidRDefault="00000000">
            <w:pPr>
              <w:rPr>
                <w:rFonts w:hint="eastAsia"/>
              </w:rPr>
            </w:pPr>
            <w:r>
              <w:rPr>
                <w:rFonts w:eastAsia="Sans Serif"/>
              </w:rPr>
              <w:t>H</w:t>
            </w:r>
          </w:p>
        </w:tc>
        <w:tc>
          <w:tcPr>
            <w:tcW w:w="1157" w:type="dxa"/>
          </w:tcPr>
          <w:p w14:paraId="20C1CB96" w14:textId="77777777" w:rsidR="00EF6539" w:rsidRDefault="00000000">
            <w:pPr>
              <w:rPr>
                <w:rFonts w:hint="eastAsia"/>
              </w:rPr>
            </w:pPr>
            <w:r>
              <w:rPr>
                <w:rFonts w:eastAsia="Sans Serif"/>
              </w:rPr>
              <w:t>Lakštų sąlyčio paviršius</w:t>
            </w:r>
          </w:p>
        </w:tc>
        <w:tc>
          <w:tcPr>
            <w:tcW w:w="1157" w:type="dxa"/>
          </w:tcPr>
          <w:p w14:paraId="45ABF463" w14:textId="77777777" w:rsidR="00EF6539" w:rsidRDefault="00000000">
            <w:pPr>
              <w:rPr>
                <w:rFonts w:hint="eastAsia"/>
              </w:rPr>
            </w:pPr>
            <w:r>
              <w:rPr>
                <w:rFonts w:eastAsia="Sans Serif"/>
              </w:rPr>
              <w:t>foil contact surface</w:t>
            </w:r>
          </w:p>
        </w:tc>
        <w:tc>
          <w:tcPr>
            <w:tcW w:w="1157" w:type="dxa"/>
          </w:tcPr>
          <w:p w14:paraId="70CB4AF6" w14:textId="77777777" w:rsidR="00EF6539" w:rsidRDefault="00000000">
            <w:pPr>
              <w:rPr>
                <w:rFonts w:hint="eastAsia"/>
              </w:rPr>
            </w:pPr>
            <w:r>
              <w:rPr>
                <w:rFonts w:eastAsia="Sans Serif"/>
              </w:rPr>
              <w:t>surface de contact du feuillard</w:t>
            </w:r>
          </w:p>
        </w:tc>
        <w:tc>
          <w:tcPr>
            <w:tcW w:w="1157" w:type="dxa"/>
          </w:tcPr>
          <w:p w14:paraId="4207A6C5" w14:textId="77777777" w:rsidR="00EF6539" w:rsidRDefault="00000000">
            <w:pPr>
              <w:rPr>
                <w:rFonts w:hint="eastAsia"/>
              </w:rPr>
            </w:pPr>
            <w:r>
              <w:rPr>
                <w:rFonts w:eastAsia="Sans Serif"/>
              </w:rPr>
              <w:t>Folienkontaktfläche</w:t>
            </w:r>
          </w:p>
        </w:tc>
      </w:tr>
      <w:tr w:rsidR="00EF6539" w14:paraId="466C6AB2" w14:textId="77777777">
        <w:trPr>
          <w:trHeight w:val="252"/>
        </w:trPr>
        <w:tc>
          <w:tcPr>
            <w:tcW w:w="1157" w:type="dxa"/>
          </w:tcPr>
          <w:p w14:paraId="193BD6B3" w14:textId="77777777" w:rsidR="00EF6539" w:rsidRDefault="00000000">
            <w:pPr>
              <w:rPr>
                <w:rFonts w:hint="eastAsia"/>
              </w:rPr>
            </w:pPr>
            <w:r>
              <w:rPr>
                <w:rFonts w:eastAsia="Sans Serif"/>
              </w:rPr>
              <w:t>1</w:t>
            </w:r>
          </w:p>
        </w:tc>
        <w:tc>
          <w:tcPr>
            <w:tcW w:w="1157" w:type="dxa"/>
          </w:tcPr>
          <w:p w14:paraId="27A85656" w14:textId="77777777" w:rsidR="00EF6539" w:rsidRDefault="00000000">
            <w:pPr>
              <w:rPr>
                <w:rFonts w:hint="eastAsia"/>
              </w:rPr>
            </w:pPr>
            <w:r>
              <w:rPr>
                <w:rFonts w:eastAsia="Sans Serif"/>
              </w:rPr>
              <w:t>Plokštės storis</w:t>
            </w:r>
          </w:p>
        </w:tc>
        <w:tc>
          <w:tcPr>
            <w:tcW w:w="1157" w:type="dxa"/>
          </w:tcPr>
          <w:p w14:paraId="0004FBC3" w14:textId="77777777" w:rsidR="00EF6539" w:rsidRDefault="00000000">
            <w:pPr>
              <w:rPr>
                <w:rFonts w:hint="eastAsia"/>
              </w:rPr>
            </w:pPr>
            <w:r>
              <w:rPr>
                <w:rFonts w:eastAsia="Sans Serif"/>
              </w:rPr>
              <w:t>plate thickness</w:t>
            </w:r>
          </w:p>
        </w:tc>
        <w:tc>
          <w:tcPr>
            <w:tcW w:w="1157" w:type="dxa"/>
          </w:tcPr>
          <w:p w14:paraId="5A3B0523" w14:textId="77777777" w:rsidR="00EF6539" w:rsidRDefault="00000000">
            <w:pPr>
              <w:rPr>
                <w:rFonts w:hint="eastAsia"/>
              </w:rPr>
            </w:pPr>
            <w:r>
              <w:rPr>
                <w:rFonts w:eastAsia="Sans Serif"/>
              </w:rPr>
              <w:t>épaisseur de la pièce</w:t>
            </w:r>
          </w:p>
        </w:tc>
        <w:tc>
          <w:tcPr>
            <w:tcW w:w="1157" w:type="dxa"/>
          </w:tcPr>
          <w:p w14:paraId="2540EA62" w14:textId="77777777" w:rsidR="00EF6539" w:rsidRDefault="00000000">
            <w:pPr>
              <w:rPr>
                <w:rFonts w:hint="eastAsia"/>
              </w:rPr>
            </w:pPr>
            <w:r>
              <w:rPr>
                <w:rFonts w:eastAsia="Sans Serif"/>
              </w:rPr>
              <w:t>Werkstückdicke</w:t>
            </w:r>
          </w:p>
        </w:tc>
      </w:tr>
      <w:tr w:rsidR="00EF6539" w14:paraId="210172C9" w14:textId="77777777">
        <w:trPr>
          <w:trHeight w:val="252"/>
        </w:trPr>
        <w:tc>
          <w:tcPr>
            <w:tcW w:w="1157" w:type="dxa"/>
          </w:tcPr>
          <w:p w14:paraId="4846183D" w14:textId="77777777" w:rsidR="00EF6539" w:rsidRDefault="00000000">
            <w:pPr>
              <w:rPr>
                <w:rFonts w:hint="eastAsia"/>
              </w:rPr>
            </w:pPr>
            <w:r>
              <w:rPr>
                <w:rFonts w:eastAsia="Sans Serif"/>
              </w:rPr>
              <w:t>2</w:t>
            </w:r>
          </w:p>
        </w:tc>
        <w:tc>
          <w:tcPr>
            <w:tcW w:w="1157" w:type="dxa"/>
          </w:tcPr>
          <w:p w14:paraId="441CB360" w14:textId="77777777" w:rsidR="00EF6539" w:rsidRDefault="00000000">
            <w:pPr>
              <w:rPr>
                <w:rFonts w:hint="eastAsia"/>
              </w:rPr>
            </w:pPr>
            <w:r>
              <w:rPr>
                <w:rFonts w:eastAsia="Sans Serif"/>
              </w:rPr>
              <w:t>Ruošinio plotis</w:t>
            </w:r>
          </w:p>
        </w:tc>
        <w:tc>
          <w:tcPr>
            <w:tcW w:w="1157" w:type="dxa"/>
          </w:tcPr>
          <w:p w14:paraId="1C1A5433" w14:textId="77777777" w:rsidR="00EF6539" w:rsidRDefault="00000000">
            <w:pPr>
              <w:rPr>
                <w:rFonts w:hint="eastAsia"/>
              </w:rPr>
            </w:pPr>
            <w:r>
              <w:rPr>
                <w:rFonts w:eastAsia="Sans Serif"/>
              </w:rPr>
              <w:t>workpiece width</w:t>
            </w:r>
          </w:p>
        </w:tc>
        <w:tc>
          <w:tcPr>
            <w:tcW w:w="1157" w:type="dxa"/>
          </w:tcPr>
          <w:p w14:paraId="391CF8B4" w14:textId="77777777" w:rsidR="00EF6539" w:rsidRDefault="00000000">
            <w:pPr>
              <w:rPr>
                <w:rFonts w:hint="eastAsia"/>
              </w:rPr>
            </w:pPr>
            <w:r>
              <w:rPr>
                <w:rFonts w:eastAsia="Sans Serif"/>
              </w:rPr>
              <w:t>largeur de la pièce</w:t>
            </w:r>
          </w:p>
        </w:tc>
        <w:tc>
          <w:tcPr>
            <w:tcW w:w="1157" w:type="dxa"/>
          </w:tcPr>
          <w:p w14:paraId="277DD281" w14:textId="77777777" w:rsidR="00EF6539" w:rsidRDefault="00000000">
            <w:pPr>
              <w:rPr>
                <w:rFonts w:hint="eastAsia"/>
              </w:rPr>
            </w:pPr>
            <w:r>
              <w:rPr>
                <w:rFonts w:eastAsia="Sans Serif"/>
              </w:rPr>
              <w:t>Werkstückbreite</w:t>
            </w:r>
          </w:p>
        </w:tc>
      </w:tr>
      <w:tr w:rsidR="00EF6539" w14:paraId="4126C5B2" w14:textId="77777777">
        <w:trPr>
          <w:trHeight w:val="252"/>
        </w:trPr>
        <w:tc>
          <w:tcPr>
            <w:tcW w:w="1157" w:type="dxa"/>
          </w:tcPr>
          <w:p w14:paraId="4F9D4D47" w14:textId="77777777" w:rsidR="00EF6539" w:rsidRDefault="00000000">
            <w:pPr>
              <w:rPr>
                <w:rFonts w:hint="eastAsia"/>
              </w:rPr>
            </w:pPr>
            <w:r>
              <w:rPr>
                <w:rFonts w:eastAsia="Sans Serif"/>
              </w:rPr>
              <w:t>5</w:t>
            </w:r>
          </w:p>
        </w:tc>
        <w:tc>
          <w:tcPr>
            <w:tcW w:w="1157" w:type="dxa"/>
          </w:tcPr>
          <w:p w14:paraId="60AA88D7" w14:textId="77777777" w:rsidR="00EF6539" w:rsidRDefault="00000000">
            <w:pPr>
              <w:rPr>
                <w:rFonts w:hint="eastAsia"/>
              </w:rPr>
            </w:pPr>
            <w:r>
              <w:rPr>
                <w:rFonts w:eastAsia="Sans Serif"/>
              </w:rPr>
              <w:t>Jungties kraštino</w:t>
            </w:r>
          </w:p>
        </w:tc>
        <w:tc>
          <w:tcPr>
            <w:tcW w:w="1157" w:type="dxa"/>
          </w:tcPr>
          <w:p w14:paraId="0950771A" w14:textId="77777777" w:rsidR="00EF6539" w:rsidRDefault="00000000">
            <w:pPr>
              <w:rPr>
                <w:rFonts w:hint="eastAsia"/>
              </w:rPr>
            </w:pPr>
            <w:r>
              <w:rPr>
                <w:rFonts w:eastAsia="Sans Serif"/>
              </w:rPr>
              <w:t>side of gap face</w:t>
            </w:r>
          </w:p>
        </w:tc>
        <w:tc>
          <w:tcPr>
            <w:tcW w:w="1157" w:type="dxa"/>
          </w:tcPr>
          <w:p w14:paraId="6EF5CF7F" w14:textId="77777777" w:rsidR="00EF6539" w:rsidRDefault="00000000">
            <w:pPr>
              <w:rPr>
                <w:rFonts w:hint="eastAsia"/>
              </w:rPr>
            </w:pPr>
            <w:r>
              <w:rPr>
                <w:rFonts w:eastAsia="Sans Serif"/>
              </w:rPr>
              <w:t>arête longitudinale du joint</w:t>
            </w:r>
          </w:p>
        </w:tc>
        <w:tc>
          <w:tcPr>
            <w:tcW w:w="1157" w:type="dxa"/>
          </w:tcPr>
          <w:p w14:paraId="67263E09" w14:textId="77777777" w:rsidR="00EF6539" w:rsidRDefault="00000000">
            <w:pPr>
              <w:rPr>
                <w:rFonts w:hint="eastAsia"/>
              </w:rPr>
            </w:pPr>
            <w:r>
              <w:rPr>
                <w:rFonts w:eastAsia="Sans Serif"/>
              </w:rPr>
              <w:t>Stirnlangskante</w:t>
            </w:r>
          </w:p>
        </w:tc>
      </w:tr>
      <w:tr w:rsidR="00EF6539" w14:paraId="402BF5EE" w14:textId="77777777">
        <w:trPr>
          <w:trHeight w:val="252"/>
        </w:trPr>
        <w:tc>
          <w:tcPr>
            <w:tcW w:w="1157" w:type="dxa"/>
          </w:tcPr>
          <w:p w14:paraId="077B231F" w14:textId="77777777" w:rsidR="00EF6539" w:rsidRDefault="00000000">
            <w:pPr>
              <w:rPr>
                <w:rFonts w:hint="eastAsia"/>
              </w:rPr>
            </w:pPr>
            <w:r>
              <w:rPr>
                <w:rFonts w:eastAsia="Sans Serif"/>
              </w:rPr>
              <w:t>34</w:t>
            </w:r>
          </w:p>
        </w:tc>
        <w:tc>
          <w:tcPr>
            <w:tcW w:w="1157" w:type="dxa"/>
          </w:tcPr>
          <w:p w14:paraId="19FF0D7E" w14:textId="77777777" w:rsidR="00EF6539" w:rsidRDefault="00000000">
            <w:pPr>
              <w:rPr>
                <w:rFonts w:hint="eastAsia"/>
              </w:rPr>
            </w:pPr>
            <w:r>
              <w:rPr>
                <w:rFonts w:eastAsia="Sans Serif"/>
              </w:rPr>
              <w:t>Užlaidos ilgis</w:t>
            </w:r>
          </w:p>
        </w:tc>
        <w:tc>
          <w:tcPr>
            <w:tcW w:w="1157" w:type="dxa"/>
          </w:tcPr>
          <w:p w14:paraId="68B55B36" w14:textId="77777777" w:rsidR="00EF6539" w:rsidRDefault="00000000">
            <w:pPr>
              <w:rPr>
                <w:rFonts w:hint="eastAsia"/>
              </w:rPr>
            </w:pPr>
            <w:r>
              <w:rPr>
                <w:rFonts w:eastAsia="Sans Serif"/>
              </w:rPr>
              <w:t>lap length</w:t>
            </w:r>
          </w:p>
        </w:tc>
        <w:tc>
          <w:tcPr>
            <w:tcW w:w="1157" w:type="dxa"/>
          </w:tcPr>
          <w:p w14:paraId="1079088D" w14:textId="77777777" w:rsidR="00EF6539" w:rsidRDefault="00000000">
            <w:pPr>
              <w:rPr>
                <w:rFonts w:hint="eastAsia"/>
              </w:rPr>
            </w:pPr>
            <w:r>
              <w:rPr>
                <w:rFonts w:eastAsia="Sans Serif"/>
              </w:rPr>
              <w:t>longueur de recouvrement</w:t>
            </w:r>
          </w:p>
        </w:tc>
        <w:tc>
          <w:tcPr>
            <w:tcW w:w="1157" w:type="dxa"/>
          </w:tcPr>
          <w:p w14:paraId="0E49CC36" w14:textId="77777777" w:rsidR="00EF6539" w:rsidRDefault="00000000">
            <w:pPr>
              <w:rPr>
                <w:rFonts w:hint="eastAsia"/>
              </w:rPr>
            </w:pPr>
            <w:r>
              <w:rPr>
                <w:rFonts w:eastAsia="Sans Serif"/>
              </w:rPr>
              <w:t>Überlapplänge</w:t>
            </w:r>
          </w:p>
        </w:tc>
      </w:tr>
      <w:tr w:rsidR="00EF6539" w14:paraId="00B10874" w14:textId="77777777">
        <w:trPr>
          <w:trHeight w:val="252"/>
        </w:trPr>
        <w:tc>
          <w:tcPr>
            <w:tcW w:w="1157" w:type="dxa"/>
          </w:tcPr>
          <w:p w14:paraId="71867BC8" w14:textId="77777777" w:rsidR="00EF6539" w:rsidRDefault="00000000">
            <w:pPr>
              <w:rPr>
                <w:rFonts w:hint="eastAsia"/>
              </w:rPr>
            </w:pPr>
            <w:r>
              <w:rPr>
                <w:rFonts w:eastAsia="Sans Serif"/>
              </w:rPr>
              <w:t>35</w:t>
            </w:r>
          </w:p>
        </w:tc>
        <w:tc>
          <w:tcPr>
            <w:tcW w:w="1157" w:type="dxa"/>
          </w:tcPr>
          <w:p w14:paraId="4F479D11" w14:textId="77777777" w:rsidR="00EF6539" w:rsidRDefault="00000000">
            <w:pPr>
              <w:rPr>
                <w:rFonts w:hint="eastAsia"/>
              </w:rPr>
            </w:pPr>
            <w:r>
              <w:rPr>
                <w:rFonts w:eastAsia="Sans Serif"/>
              </w:rPr>
              <w:t>Užlaidos plotis</w:t>
            </w:r>
          </w:p>
        </w:tc>
        <w:tc>
          <w:tcPr>
            <w:tcW w:w="1157" w:type="dxa"/>
          </w:tcPr>
          <w:p w14:paraId="0961874C" w14:textId="77777777" w:rsidR="00EF6539" w:rsidRDefault="00000000">
            <w:pPr>
              <w:rPr>
                <w:rFonts w:hint="eastAsia"/>
              </w:rPr>
            </w:pPr>
            <w:r>
              <w:rPr>
                <w:rFonts w:eastAsia="Sans Serif"/>
              </w:rPr>
              <w:t>lap width</w:t>
            </w:r>
          </w:p>
        </w:tc>
        <w:tc>
          <w:tcPr>
            <w:tcW w:w="1157" w:type="dxa"/>
          </w:tcPr>
          <w:p w14:paraId="7D901438" w14:textId="77777777" w:rsidR="00EF6539" w:rsidRDefault="00000000">
            <w:pPr>
              <w:rPr>
                <w:rFonts w:hint="eastAsia"/>
              </w:rPr>
            </w:pPr>
            <w:r>
              <w:rPr>
                <w:rFonts w:eastAsia="Sans Serif"/>
              </w:rPr>
              <w:t>largeur de recouvrement</w:t>
            </w:r>
          </w:p>
        </w:tc>
        <w:tc>
          <w:tcPr>
            <w:tcW w:w="1157" w:type="dxa"/>
          </w:tcPr>
          <w:p w14:paraId="1B64AF98" w14:textId="77777777" w:rsidR="00EF6539" w:rsidRDefault="00000000">
            <w:pPr>
              <w:rPr>
                <w:rFonts w:hint="eastAsia"/>
              </w:rPr>
            </w:pPr>
            <w:r>
              <w:rPr>
                <w:rFonts w:eastAsia="Sans Serif"/>
              </w:rPr>
              <w:t>Überlappbreite</w:t>
            </w:r>
          </w:p>
        </w:tc>
      </w:tr>
      <w:tr w:rsidR="00EF6539" w14:paraId="204EFAE1" w14:textId="77777777">
        <w:trPr>
          <w:trHeight w:val="252"/>
        </w:trPr>
        <w:tc>
          <w:tcPr>
            <w:tcW w:w="1157" w:type="dxa"/>
          </w:tcPr>
          <w:p w14:paraId="229E0064" w14:textId="77777777" w:rsidR="00EF6539" w:rsidRDefault="00000000">
            <w:pPr>
              <w:rPr>
                <w:rFonts w:hint="eastAsia"/>
              </w:rPr>
            </w:pPr>
            <w:r>
              <w:rPr>
                <w:rFonts w:eastAsia="Sans Serif"/>
              </w:rPr>
              <w:t>36</w:t>
            </w:r>
          </w:p>
        </w:tc>
        <w:tc>
          <w:tcPr>
            <w:tcW w:w="1157" w:type="dxa"/>
          </w:tcPr>
          <w:p w14:paraId="2281C34A" w14:textId="77777777" w:rsidR="00EF6539" w:rsidRDefault="00000000">
            <w:pPr>
              <w:rPr>
                <w:rFonts w:hint="eastAsia"/>
              </w:rPr>
            </w:pPr>
            <w:r>
              <w:rPr>
                <w:rFonts w:eastAsia="Sans Serif"/>
              </w:rPr>
              <w:t>Antdėklo ilgis</w:t>
            </w:r>
          </w:p>
        </w:tc>
        <w:tc>
          <w:tcPr>
            <w:tcW w:w="1157" w:type="dxa"/>
          </w:tcPr>
          <w:p w14:paraId="672DAD62" w14:textId="77777777" w:rsidR="00EF6539" w:rsidRDefault="00000000">
            <w:pPr>
              <w:rPr>
                <w:rFonts w:hint="eastAsia"/>
              </w:rPr>
            </w:pPr>
            <w:r>
              <w:rPr>
                <w:rFonts w:eastAsia="Sans Serif"/>
              </w:rPr>
              <w:t>foil length</w:t>
            </w:r>
          </w:p>
        </w:tc>
        <w:tc>
          <w:tcPr>
            <w:tcW w:w="1157" w:type="dxa"/>
          </w:tcPr>
          <w:p w14:paraId="5E617356" w14:textId="77777777" w:rsidR="00EF6539" w:rsidRDefault="00000000">
            <w:pPr>
              <w:rPr>
                <w:rFonts w:hint="eastAsia"/>
              </w:rPr>
            </w:pPr>
            <w:r>
              <w:rPr>
                <w:rFonts w:eastAsia="Sans Serif"/>
              </w:rPr>
              <w:t>longueur du feuillard</w:t>
            </w:r>
          </w:p>
        </w:tc>
        <w:tc>
          <w:tcPr>
            <w:tcW w:w="1157" w:type="dxa"/>
          </w:tcPr>
          <w:p w14:paraId="5B928D99" w14:textId="77777777" w:rsidR="00EF6539" w:rsidRDefault="00000000">
            <w:pPr>
              <w:rPr>
                <w:rFonts w:hint="eastAsia"/>
              </w:rPr>
            </w:pPr>
            <w:r>
              <w:rPr>
                <w:rFonts w:eastAsia="Sans Serif"/>
              </w:rPr>
              <w:t>Folienlänge</w:t>
            </w:r>
          </w:p>
        </w:tc>
      </w:tr>
      <w:tr w:rsidR="00EF6539" w14:paraId="37FE475D" w14:textId="77777777">
        <w:trPr>
          <w:trHeight w:val="252"/>
        </w:trPr>
        <w:tc>
          <w:tcPr>
            <w:tcW w:w="1157" w:type="dxa"/>
          </w:tcPr>
          <w:p w14:paraId="10FB4A7B" w14:textId="77777777" w:rsidR="00EF6539" w:rsidRDefault="00000000">
            <w:pPr>
              <w:rPr>
                <w:rFonts w:hint="eastAsia"/>
              </w:rPr>
            </w:pPr>
            <w:r>
              <w:rPr>
                <w:rFonts w:eastAsia="Sans Serif"/>
              </w:rPr>
              <w:t>37</w:t>
            </w:r>
          </w:p>
        </w:tc>
        <w:tc>
          <w:tcPr>
            <w:tcW w:w="1157" w:type="dxa"/>
          </w:tcPr>
          <w:p w14:paraId="136501C4" w14:textId="77777777" w:rsidR="00EF6539" w:rsidRDefault="00000000">
            <w:pPr>
              <w:rPr>
                <w:rFonts w:hint="eastAsia"/>
              </w:rPr>
            </w:pPr>
            <w:r>
              <w:rPr>
                <w:rFonts w:eastAsia="Sans Serif"/>
              </w:rPr>
              <w:t>Antdėklo plotis</w:t>
            </w:r>
          </w:p>
        </w:tc>
        <w:tc>
          <w:tcPr>
            <w:tcW w:w="1157" w:type="dxa"/>
          </w:tcPr>
          <w:p w14:paraId="25016EB5" w14:textId="77777777" w:rsidR="00EF6539" w:rsidRDefault="00000000">
            <w:pPr>
              <w:rPr>
                <w:rFonts w:hint="eastAsia"/>
              </w:rPr>
            </w:pPr>
            <w:r>
              <w:rPr>
                <w:rFonts w:eastAsia="Sans Serif"/>
              </w:rPr>
              <w:t>foil width</w:t>
            </w:r>
          </w:p>
        </w:tc>
        <w:tc>
          <w:tcPr>
            <w:tcW w:w="1157" w:type="dxa"/>
          </w:tcPr>
          <w:p w14:paraId="4300D990" w14:textId="77777777" w:rsidR="00EF6539" w:rsidRDefault="00000000">
            <w:pPr>
              <w:rPr>
                <w:rFonts w:hint="eastAsia"/>
              </w:rPr>
            </w:pPr>
            <w:r>
              <w:rPr>
                <w:rFonts w:eastAsia="Sans Serif"/>
              </w:rPr>
              <w:t>largeur du feuillard</w:t>
            </w:r>
          </w:p>
        </w:tc>
        <w:tc>
          <w:tcPr>
            <w:tcW w:w="1157" w:type="dxa"/>
          </w:tcPr>
          <w:p w14:paraId="12A751EA" w14:textId="77777777" w:rsidR="00EF6539" w:rsidRDefault="00000000">
            <w:pPr>
              <w:rPr>
                <w:rFonts w:hint="eastAsia"/>
              </w:rPr>
            </w:pPr>
            <w:r>
              <w:rPr>
                <w:rFonts w:eastAsia="Sans Serif"/>
              </w:rPr>
              <w:t>Folienbreite</w:t>
            </w:r>
          </w:p>
        </w:tc>
      </w:tr>
      <w:tr w:rsidR="00EF6539" w14:paraId="14F1CA76" w14:textId="77777777">
        <w:trPr>
          <w:trHeight w:val="252"/>
        </w:trPr>
        <w:tc>
          <w:tcPr>
            <w:tcW w:w="1157" w:type="dxa"/>
          </w:tcPr>
          <w:p w14:paraId="31048DF5" w14:textId="77777777" w:rsidR="00EF6539" w:rsidRDefault="00000000">
            <w:pPr>
              <w:rPr>
                <w:rFonts w:hint="eastAsia"/>
              </w:rPr>
            </w:pPr>
            <w:r>
              <w:rPr>
                <w:rFonts w:eastAsia="Sans Serif"/>
              </w:rPr>
              <w:t>38</w:t>
            </w:r>
          </w:p>
        </w:tc>
        <w:tc>
          <w:tcPr>
            <w:tcW w:w="1157" w:type="dxa"/>
          </w:tcPr>
          <w:p w14:paraId="16C6BB4F" w14:textId="77777777" w:rsidR="00EF6539" w:rsidRDefault="00000000">
            <w:pPr>
              <w:rPr>
                <w:rFonts w:hint="eastAsia"/>
              </w:rPr>
            </w:pPr>
            <w:r>
              <w:rPr>
                <w:rFonts w:eastAsia="Sans Serif"/>
              </w:rPr>
              <w:t>Antdėklo storis</w:t>
            </w:r>
          </w:p>
        </w:tc>
        <w:tc>
          <w:tcPr>
            <w:tcW w:w="1157" w:type="dxa"/>
          </w:tcPr>
          <w:p w14:paraId="610C8E3A" w14:textId="77777777" w:rsidR="00EF6539" w:rsidRDefault="00000000">
            <w:pPr>
              <w:rPr>
                <w:rFonts w:hint="eastAsia"/>
              </w:rPr>
            </w:pPr>
            <w:r>
              <w:rPr>
                <w:rFonts w:eastAsia="Sans Serif"/>
              </w:rPr>
              <w:t>foil thickness</w:t>
            </w:r>
          </w:p>
        </w:tc>
        <w:tc>
          <w:tcPr>
            <w:tcW w:w="1157" w:type="dxa"/>
          </w:tcPr>
          <w:p w14:paraId="39B940AE" w14:textId="77777777" w:rsidR="00EF6539" w:rsidRDefault="00000000">
            <w:pPr>
              <w:rPr>
                <w:rFonts w:hint="eastAsia"/>
              </w:rPr>
            </w:pPr>
            <w:r>
              <w:rPr>
                <w:rFonts w:eastAsia="Sans Serif"/>
              </w:rPr>
              <w:t>épaisseur du feuillard</w:t>
            </w:r>
          </w:p>
        </w:tc>
        <w:tc>
          <w:tcPr>
            <w:tcW w:w="1157" w:type="dxa"/>
          </w:tcPr>
          <w:p w14:paraId="12F3257C" w14:textId="77777777" w:rsidR="00EF6539" w:rsidRDefault="00000000">
            <w:pPr>
              <w:rPr>
                <w:rFonts w:hint="eastAsia"/>
              </w:rPr>
            </w:pPr>
            <w:r>
              <w:rPr>
                <w:rFonts w:eastAsia="Sans Serif"/>
              </w:rPr>
              <w:t>Foliendicke</w:t>
            </w:r>
          </w:p>
        </w:tc>
      </w:tr>
    </w:tbl>
    <w:p w14:paraId="1AF0BE20" w14:textId="5D425D0F" w:rsidR="00EF6539" w:rsidRDefault="00EF6539">
      <w:pPr>
        <w:spacing w:after="0"/>
        <w:rPr>
          <w:rFonts w:hint="eastAsia"/>
        </w:rPr>
      </w:pPr>
    </w:p>
    <w:p w14:paraId="20BAA060" w14:textId="55F8FC83" w:rsidR="00EF6539" w:rsidRDefault="00EF6539">
      <w:pPr>
        <w:spacing w:after="0"/>
        <w:rPr>
          <w:rFonts w:hint="eastAsia"/>
        </w:rPr>
      </w:pPr>
    </w:p>
    <w:p w14:paraId="32A7590B" w14:textId="17E8E914" w:rsidR="00EF6539" w:rsidRDefault="00EF6539">
      <w:pPr>
        <w:spacing w:after="0"/>
        <w:rPr>
          <w:rFonts w:hint="eastAsia"/>
        </w:rPr>
      </w:pPr>
    </w:p>
    <w:p w14:paraId="590FD07D" w14:textId="77777777" w:rsidR="00EF6539" w:rsidRDefault="00EF6539">
      <w:pPr>
        <w:rPr>
          <w:rFonts w:hint="eastAsia"/>
        </w:rPr>
        <w:sectPr w:rsidR="00EF6539">
          <w:pgSz w:w="16838" w:h="11906"/>
          <w:pgMar w:top="0" w:right="0" w:bottom="0" w:left="0" w:header="0" w:footer="0" w:gutter="0"/>
          <w:cols w:space="720"/>
          <w:docGrid w:linePitch="360"/>
        </w:sectPr>
      </w:pPr>
    </w:p>
    <w:p w14:paraId="4EBE2EEA" w14:textId="77777777" w:rsidR="00EF6539" w:rsidRDefault="00EF6539">
      <w:pPr>
        <w:rPr>
          <w:rFonts w:hint="eastAsia"/>
        </w:rPr>
      </w:pPr>
    </w:p>
    <w:p w14:paraId="711AA93C" w14:textId="77777777" w:rsidR="00EF6539" w:rsidRDefault="00770422">
      <w:pPr>
        <w:spacing w:after="0"/>
        <w:rPr>
          <w:rFonts w:hint="eastAsia"/>
        </w:rPr>
      </w:pPr>
      <w:r>
        <w:rPr>
          <w:rFonts w:hint="eastAsia"/>
        </w:rPr>
        <w:pict w14:anchorId="12BB2884">
          <v:shape id="_x0000_s1029" type="#_x0000_t202" alt="" style="position:absolute;margin-left:66.5pt;margin-top:56.3pt;width:348.7pt;height:58.6pt;z-index:25166233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163B8D1" w14:textId="77777777" w:rsidR="00EF6539" w:rsidRDefault="00000000">
                  <w:pPr>
                    <w:rPr>
                      <w:rFonts w:hint="eastAsia"/>
                    </w:rPr>
                  </w:pPr>
                  <w:r>
                    <w:rPr>
                      <w:rFonts w:eastAsia="Sans Serif"/>
                    </w:rPr>
                    <w:t>3. Lydytinės siūlės</w:t>
                  </w:r>
                  <w:r>
                    <w:rPr>
                      <w:rFonts w:eastAsia="Sans Serif"/>
                    </w:rPr>
                    <w:br/>
                  </w:r>
                  <w:r>
                    <w:rPr>
                      <w:rFonts w:eastAsia="Sans Serif"/>
                    </w:rPr>
                    <w:br/>
                    <w:t>Tipinės lydytinės siūlės pavaizduotos 21 paveiksle. 22 paveiksle pavaizduoti sandūrinės siūlės elementai. 23 ir 24 paveiksluose pavaizduoti įvairių kampinių siūlių elementai 25 paveiksle pavaizduota kelių ėjimų lydytinė siūlė.</w:t>
                  </w:r>
                </w:p>
              </w:txbxContent>
            </v:textbox>
            <w10:wrap anchorx="page" anchory="page"/>
          </v:shape>
        </w:pict>
      </w:r>
    </w:p>
    <w:tbl>
      <w:tblPr>
        <w:tblStyle w:val="TableGrid"/>
        <w:tblpPr w:vertAnchor="page" w:horzAnchor="page" w:tblpX="1234" w:tblpY="6473"/>
        <w:tblW w:w="6575" w:type="dxa"/>
        <w:tblLayout w:type="fixed"/>
        <w:tblLook w:val="04A0" w:firstRow="1" w:lastRow="0" w:firstColumn="1" w:lastColumn="0" w:noHBand="0" w:noVBand="1"/>
      </w:tblPr>
      <w:tblGrid>
        <w:gridCol w:w="1315"/>
        <w:gridCol w:w="1315"/>
        <w:gridCol w:w="1315"/>
        <w:gridCol w:w="1315"/>
        <w:gridCol w:w="1315"/>
      </w:tblGrid>
      <w:tr w:rsidR="00EF6539" w14:paraId="2FEE1EBD" w14:textId="77777777">
        <w:trPr>
          <w:trHeight w:val="247"/>
        </w:trPr>
        <w:tc>
          <w:tcPr>
            <w:tcW w:w="1315" w:type="dxa"/>
          </w:tcPr>
          <w:p w14:paraId="26DB6805" w14:textId="77777777" w:rsidR="00EF6539" w:rsidRDefault="00000000">
            <w:pPr>
              <w:rPr>
                <w:rFonts w:hint="eastAsia"/>
              </w:rPr>
            </w:pPr>
            <w:r>
              <w:rPr>
                <w:rFonts w:eastAsia="Sans Serif"/>
              </w:rPr>
              <w:t>Nucro-da</w:t>
            </w:r>
          </w:p>
        </w:tc>
        <w:tc>
          <w:tcPr>
            <w:tcW w:w="1315" w:type="dxa"/>
          </w:tcPr>
          <w:p w14:paraId="4A326002" w14:textId="77777777" w:rsidR="00EF6539" w:rsidRDefault="00000000">
            <w:pPr>
              <w:rPr>
                <w:rFonts w:hint="eastAsia"/>
              </w:rPr>
            </w:pPr>
            <w:r>
              <w:rPr>
                <w:rFonts w:eastAsia="Sans Serif"/>
              </w:rPr>
              <w:t>Lietuviškai</w:t>
            </w:r>
          </w:p>
        </w:tc>
        <w:tc>
          <w:tcPr>
            <w:tcW w:w="1315" w:type="dxa"/>
          </w:tcPr>
          <w:p w14:paraId="0999FE8D" w14:textId="77777777" w:rsidR="00EF6539" w:rsidRDefault="00000000">
            <w:pPr>
              <w:rPr>
                <w:rFonts w:hint="eastAsia"/>
              </w:rPr>
            </w:pPr>
            <w:r>
              <w:rPr>
                <w:rFonts w:eastAsia="Sans Serif"/>
              </w:rPr>
              <w:t>English</w:t>
            </w:r>
          </w:p>
        </w:tc>
        <w:tc>
          <w:tcPr>
            <w:tcW w:w="1315" w:type="dxa"/>
          </w:tcPr>
          <w:p w14:paraId="73C7282F" w14:textId="77777777" w:rsidR="00EF6539" w:rsidRDefault="00000000">
            <w:pPr>
              <w:rPr>
                <w:rFonts w:hint="eastAsia"/>
              </w:rPr>
            </w:pPr>
            <w:r>
              <w:rPr>
                <w:rFonts w:eastAsia="Sans Serif"/>
              </w:rPr>
              <w:t>Français</w:t>
            </w:r>
          </w:p>
        </w:tc>
        <w:tc>
          <w:tcPr>
            <w:tcW w:w="1315" w:type="dxa"/>
          </w:tcPr>
          <w:p w14:paraId="3A5D7F6C" w14:textId="77777777" w:rsidR="00EF6539" w:rsidRDefault="00000000">
            <w:pPr>
              <w:rPr>
                <w:rFonts w:hint="eastAsia"/>
              </w:rPr>
            </w:pPr>
            <w:r>
              <w:rPr>
                <w:rFonts w:eastAsia="Sans Serif"/>
              </w:rPr>
              <w:t>Deutsch</w:t>
            </w:r>
          </w:p>
        </w:tc>
      </w:tr>
      <w:tr w:rsidR="00EF6539" w14:paraId="53562A9B" w14:textId="77777777">
        <w:trPr>
          <w:trHeight w:val="247"/>
        </w:trPr>
        <w:tc>
          <w:tcPr>
            <w:tcW w:w="1315" w:type="dxa"/>
          </w:tcPr>
          <w:p w14:paraId="5D1DFD98" w14:textId="77777777" w:rsidR="00EF6539" w:rsidRDefault="00000000">
            <w:pPr>
              <w:rPr>
                <w:rFonts w:hint="eastAsia"/>
              </w:rPr>
            </w:pPr>
            <w:r>
              <w:rPr>
                <w:rFonts w:eastAsia="Sans Serif"/>
              </w:rPr>
              <w:t>1</w:t>
            </w:r>
          </w:p>
        </w:tc>
        <w:tc>
          <w:tcPr>
            <w:tcW w:w="1315" w:type="dxa"/>
          </w:tcPr>
          <w:p w14:paraId="62968E41" w14:textId="77777777" w:rsidR="00EF6539" w:rsidRDefault="00000000">
            <w:pPr>
              <w:rPr>
                <w:rFonts w:hint="eastAsia"/>
              </w:rPr>
            </w:pPr>
            <w:r>
              <w:rPr>
                <w:rFonts w:eastAsia="Sans Serif"/>
              </w:rPr>
              <w:t>Pagrindinis metalas</w:t>
            </w:r>
          </w:p>
        </w:tc>
        <w:tc>
          <w:tcPr>
            <w:tcW w:w="1315" w:type="dxa"/>
          </w:tcPr>
          <w:p w14:paraId="44DC2BE1" w14:textId="77777777" w:rsidR="00EF6539" w:rsidRDefault="00000000">
            <w:pPr>
              <w:rPr>
                <w:rFonts w:hint="eastAsia"/>
              </w:rPr>
            </w:pPr>
            <w:r>
              <w:rPr>
                <w:rFonts w:eastAsia="Sans Serif"/>
              </w:rPr>
              <w:t>parent metal</w:t>
            </w:r>
          </w:p>
        </w:tc>
        <w:tc>
          <w:tcPr>
            <w:tcW w:w="1315" w:type="dxa"/>
          </w:tcPr>
          <w:p w14:paraId="4D8C2F87" w14:textId="77777777" w:rsidR="00EF6539" w:rsidRDefault="00000000">
            <w:pPr>
              <w:rPr>
                <w:rFonts w:hint="eastAsia"/>
              </w:rPr>
            </w:pPr>
            <w:r>
              <w:rPr>
                <w:rFonts w:eastAsia="Sans Serif"/>
              </w:rPr>
              <w:t>métal de base</w:t>
            </w:r>
          </w:p>
        </w:tc>
        <w:tc>
          <w:tcPr>
            <w:tcW w:w="1315" w:type="dxa"/>
          </w:tcPr>
          <w:p w14:paraId="16083140" w14:textId="77777777" w:rsidR="00EF6539" w:rsidRDefault="00000000">
            <w:pPr>
              <w:rPr>
                <w:rFonts w:hint="eastAsia"/>
              </w:rPr>
            </w:pPr>
            <w:r>
              <w:rPr>
                <w:rFonts w:eastAsia="Sans Serif"/>
              </w:rPr>
              <w:t>Grundwerkstoff</w:t>
            </w:r>
          </w:p>
        </w:tc>
      </w:tr>
      <w:tr w:rsidR="00EF6539" w14:paraId="7691A054" w14:textId="77777777">
        <w:trPr>
          <w:trHeight w:val="247"/>
        </w:trPr>
        <w:tc>
          <w:tcPr>
            <w:tcW w:w="1315" w:type="dxa"/>
          </w:tcPr>
          <w:p w14:paraId="2BAD6BA7" w14:textId="77777777" w:rsidR="00EF6539" w:rsidRDefault="00000000">
            <w:pPr>
              <w:rPr>
                <w:rFonts w:hint="eastAsia"/>
              </w:rPr>
            </w:pPr>
            <w:r>
              <w:rPr>
                <w:rFonts w:eastAsia="Sans Serif"/>
              </w:rPr>
              <w:t>2</w:t>
            </w:r>
          </w:p>
        </w:tc>
        <w:tc>
          <w:tcPr>
            <w:tcW w:w="1315" w:type="dxa"/>
          </w:tcPr>
          <w:p w14:paraId="3707BC5C" w14:textId="77777777" w:rsidR="00EF6539" w:rsidRDefault="00000000">
            <w:pPr>
              <w:rPr>
                <w:rFonts w:hint="eastAsia"/>
              </w:rPr>
            </w:pPr>
            <w:r>
              <w:rPr>
                <w:rFonts w:eastAsia="Sans Serif"/>
              </w:rPr>
              <w:t>Siūlės metalas</w:t>
            </w:r>
          </w:p>
        </w:tc>
        <w:tc>
          <w:tcPr>
            <w:tcW w:w="1315" w:type="dxa"/>
          </w:tcPr>
          <w:p w14:paraId="3ED1F555" w14:textId="77777777" w:rsidR="00EF6539" w:rsidRDefault="00000000">
            <w:pPr>
              <w:rPr>
                <w:rFonts w:hint="eastAsia"/>
              </w:rPr>
            </w:pPr>
            <w:r>
              <w:rPr>
                <w:rFonts w:eastAsia="Sans Serif"/>
              </w:rPr>
              <w:t>weld metal</w:t>
            </w:r>
          </w:p>
        </w:tc>
        <w:tc>
          <w:tcPr>
            <w:tcW w:w="1315" w:type="dxa"/>
          </w:tcPr>
          <w:p w14:paraId="17BD848A" w14:textId="77777777" w:rsidR="00EF6539" w:rsidRDefault="00000000">
            <w:pPr>
              <w:rPr>
                <w:rFonts w:hint="eastAsia"/>
              </w:rPr>
            </w:pPr>
            <w:r>
              <w:rPr>
                <w:rFonts w:eastAsia="Sans Serif"/>
              </w:rPr>
              <w:t>métal fondu</w:t>
            </w:r>
          </w:p>
        </w:tc>
        <w:tc>
          <w:tcPr>
            <w:tcW w:w="1315" w:type="dxa"/>
          </w:tcPr>
          <w:p w14:paraId="5C92609F" w14:textId="77777777" w:rsidR="00EF6539" w:rsidRDefault="00000000">
            <w:pPr>
              <w:rPr>
                <w:rFonts w:hint="eastAsia"/>
              </w:rPr>
            </w:pPr>
            <w:r>
              <w:rPr>
                <w:rFonts w:eastAsia="Sans Serif"/>
              </w:rPr>
              <w:t>Schweißgut</w:t>
            </w:r>
          </w:p>
        </w:tc>
      </w:tr>
      <w:tr w:rsidR="00EF6539" w14:paraId="7E5CA2E5" w14:textId="77777777">
        <w:trPr>
          <w:trHeight w:val="247"/>
        </w:trPr>
        <w:tc>
          <w:tcPr>
            <w:tcW w:w="1315" w:type="dxa"/>
          </w:tcPr>
          <w:p w14:paraId="4BC0BE49" w14:textId="77777777" w:rsidR="00EF6539" w:rsidRDefault="00000000">
            <w:pPr>
              <w:rPr>
                <w:rFonts w:hint="eastAsia"/>
              </w:rPr>
            </w:pPr>
            <w:r>
              <w:rPr>
                <w:rFonts w:eastAsia="Sans Serif"/>
              </w:rPr>
              <w:t>3</w:t>
            </w:r>
          </w:p>
        </w:tc>
        <w:tc>
          <w:tcPr>
            <w:tcW w:w="1315" w:type="dxa"/>
          </w:tcPr>
          <w:p w14:paraId="3C50D574" w14:textId="77777777" w:rsidR="00EF6539" w:rsidRDefault="00000000">
            <w:pPr>
              <w:rPr>
                <w:rFonts w:hint="eastAsia"/>
              </w:rPr>
            </w:pPr>
            <w:r>
              <w:rPr>
                <w:rFonts w:eastAsia="Sans Serif"/>
              </w:rPr>
              <w:t>Terminio poveikio sritis</w:t>
            </w:r>
          </w:p>
        </w:tc>
        <w:tc>
          <w:tcPr>
            <w:tcW w:w="1315" w:type="dxa"/>
          </w:tcPr>
          <w:p w14:paraId="0419A24E" w14:textId="77777777" w:rsidR="00EF6539" w:rsidRDefault="00000000">
            <w:pPr>
              <w:rPr>
                <w:rFonts w:hint="eastAsia"/>
              </w:rPr>
            </w:pPr>
            <w:r>
              <w:rPr>
                <w:rFonts w:eastAsia="Sans Serif"/>
              </w:rPr>
              <w:t>heat-affected zone</w:t>
            </w:r>
          </w:p>
        </w:tc>
        <w:tc>
          <w:tcPr>
            <w:tcW w:w="1315" w:type="dxa"/>
          </w:tcPr>
          <w:p w14:paraId="667431AC" w14:textId="77777777" w:rsidR="00EF6539" w:rsidRDefault="00000000">
            <w:pPr>
              <w:rPr>
                <w:rFonts w:hint="eastAsia"/>
              </w:rPr>
            </w:pPr>
            <w:r>
              <w:rPr>
                <w:rFonts w:eastAsia="Sans Serif"/>
              </w:rPr>
              <w:t>zone thermiquement affectée</w:t>
            </w:r>
          </w:p>
        </w:tc>
        <w:tc>
          <w:tcPr>
            <w:tcW w:w="1315" w:type="dxa"/>
          </w:tcPr>
          <w:p w14:paraId="12A27B30" w14:textId="77777777" w:rsidR="00EF6539" w:rsidRDefault="00000000">
            <w:pPr>
              <w:rPr>
                <w:rFonts w:hint="eastAsia"/>
              </w:rPr>
            </w:pPr>
            <w:r>
              <w:rPr>
                <w:rFonts w:eastAsia="Sans Serif"/>
              </w:rPr>
              <w:t>Warmeeinflusszone</w:t>
            </w:r>
          </w:p>
        </w:tc>
      </w:tr>
      <w:tr w:rsidR="00EF6539" w14:paraId="33D3B8FD" w14:textId="77777777">
        <w:trPr>
          <w:trHeight w:val="247"/>
        </w:trPr>
        <w:tc>
          <w:tcPr>
            <w:tcW w:w="1315" w:type="dxa"/>
          </w:tcPr>
          <w:p w14:paraId="42E22FD1" w14:textId="77777777" w:rsidR="00EF6539" w:rsidRDefault="00000000">
            <w:pPr>
              <w:rPr>
                <w:rFonts w:hint="eastAsia"/>
              </w:rPr>
            </w:pPr>
            <w:r>
              <w:rPr>
                <w:rFonts w:eastAsia="Sans Serif"/>
              </w:rPr>
              <w:t>4</w:t>
            </w:r>
          </w:p>
        </w:tc>
        <w:tc>
          <w:tcPr>
            <w:tcW w:w="1315" w:type="dxa"/>
          </w:tcPr>
          <w:p w14:paraId="7A512BBB" w14:textId="77777777" w:rsidR="00EF6539" w:rsidRDefault="00000000">
            <w:pPr>
              <w:rPr>
                <w:rFonts w:hint="eastAsia"/>
              </w:rPr>
            </w:pPr>
            <w:r>
              <w:rPr>
                <w:rFonts w:eastAsia="Sans Serif"/>
              </w:rPr>
              <w:t>Siūlės sritis</w:t>
            </w:r>
          </w:p>
        </w:tc>
        <w:tc>
          <w:tcPr>
            <w:tcW w:w="1315" w:type="dxa"/>
          </w:tcPr>
          <w:p w14:paraId="170797BA" w14:textId="77777777" w:rsidR="00EF6539" w:rsidRDefault="00000000">
            <w:pPr>
              <w:rPr>
                <w:rFonts w:hint="eastAsia"/>
              </w:rPr>
            </w:pPr>
            <w:r>
              <w:rPr>
                <w:rFonts w:eastAsia="Sans Serif"/>
              </w:rPr>
              <w:t>weld zone</w:t>
            </w:r>
          </w:p>
        </w:tc>
        <w:tc>
          <w:tcPr>
            <w:tcW w:w="1315" w:type="dxa"/>
          </w:tcPr>
          <w:p w14:paraId="1954788A" w14:textId="77777777" w:rsidR="00EF6539" w:rsidRDefault="00000000">
            <w:pPr>
              <w:rPr>
                <w:rFonts w:hint="eastAsia"/>
              </w:rPr>
            </w:pPr>
            <w:r>
              <w:rPr>
                <w:rFonts w:eastAsia="Sans Serif"/>
              </w:rPr>
              <w:t>zone soudée</w:t>
            </w:r>
          </w:p>
        </w:tc>
        <w:tc>
          <w:tcPr>
            <w:tcW w:w="1315" w:type="dxa"/>
          </w:tcPr>
          <w:p w14:paraId="58A101ED" w14:textId="77777777" w:rsidR="00EF6539" w:rsidRDefault="00000000">
            <w:pPr>
              <w:rPr>
                <w:rFonts w:hint="eastAsia"/>
              </w:rPr>
            </w:pPr>
            <w:r>
              <w:rPr>
                <w:rFonts w:eastAsia="Sans Serif"/>
              </w:rPr>
              <w:t>Schweißzone</w:t>
            </w:r>
          </w:p>
        </w:tc>
      </w:tr>
      <w:tr w:rsidR="00EF6539" w14:paraId="21F7C5AB" w14:textId="77777777">
        <w:trPr>
          <w:trHeight w:val="247"/>
        </w:trPr>
        <w:tc>
          <w:tcPr>
            <w:tcW w:w="1315" w:type="dxa"/>
          </w:tcPr>
          <w:p w14:paraId="5C6C9E38" w14:textId="77777777" w:rsidR="00EF6539" w:rsidRDefault="00000000">
            <w:pPr>
              <w:rPr>
                <w:rFonts w:hint="eastAsia"/>
              </w:rPr>
            </w:pPr>
            <w:r>
              <w:rPr>
                <w:rFonts w:eastAsia="Sans Serif"/>
              </w:rPr>
              <w:t>5</w:t>
            </w:r>
          </w:p>
        </w:tc>
        <w:tc>
          <w:tcPr>
            <w:tcW w:w="1315" w:type="dxa"/>
          </w:tcPr>
          <w:p w14:paraId="4DFEC227" w14:textId="77777777" w:rsidR="00EF6539" w:rsidRDefault="00000000">
            <w:pPr>
              <w:rPr>
                <w:rFonts w:hint="eastAsia"/>
              </w:rPr>
            </w:pPr>
            <w:r>
              <w:rPr>
                <w:rFonts w:eastAsia="Sans Serif"/>
              </w:rPr>
              <w:t>Prajųdymo gylis</w:t>
            </w:r>
          </w:p>
        </w:tc>
        <w:tc>
          <w:tcPr>
            <w:tcW w:w="1315" w:type="dxa"/>
          </w:tcPr>
          <w:p w14:paraId="416B3D04" w14:textId="77777777" w:rsidR="00EF6539" w:rsidRDefault="00000000">
            <w:pPr>
              <w:rPr>
                <w:rFonts w:hint="eastAsia"/>
              </w:rPr>
            </w:pPr>
            <w:r>
              <w:rPr>
                <w:rFonts w:eastAsia="Sans Serif"/>
              </w:rPr>
              <w:t>fusion penetration</w:t>
            </w:r>
          </w:p>
        </w:tc>
        <w:tc>
          <w:tcPr>
            <w:tcW w:w="1315" w:type="dxa"/>
          </w:tcPr>
          <w:p w14:paraId="4A109D0B" w14:textId="77777777" w:rsidR="00EF6539" w:rsidRDefault="00000000">
            <w:pPr>
              <w:rPr>
                <w:rFonts w:hint="eastAsia"/>
              </w:rPr>
            </w:pPr>
            <w:r>
              <w:rPr>
                <w:rFonts w:eastAsia="Sans Serif"/>
              </w:rPr>
              <w:t>pénétration</w:t>
            </w:r>
          </w:p>
        </w:tc>
        <w:tc>
          <w:tcPr>
            <w:tcW w:w="1315" w:type="dxa"/>
          </w:tcPr>
          <w:p w14:paraId="7A65799F" w14:textId="77777777" w:rsidR="00EF6539" w:rsidRDefault="00000000">
            <w:pPr>
              <w:rPr>
                <w:rFonts w:hint="eastAsia"/>
              </w:rPr>
            </w:pPr>
            <w:r>
              <w:rPr>
                <w:rFonts w:eastAsia="Sans Serif"/>
              </w:rPr>
              <w:t>Einbrand</w:t>
            </w:r>
          </w:p>
        </w:tc>
      </w:tr>
      <w:tr w:rsidR="00EF6539" w14:paraId="2D76947A" w14:textId="77777777">
        <w:trPr>
          <w:trHeight w:val="247"/>
        </w:trPr>
        <w:tc>
          <w:tcPr>
            <w:tcW w:w="1315" w:type="dxa"/>
          </w:tcPr>
          <w:p w14:paraId="3967032B" w14:textId="77777777" w:rsidR="00EF6539" w:rsidRDefault="00000000">
            <w:pPr>
              <w:rPr>
                <w:rFonts w:hint="eastAsia"/>
              </w:rPr>
            </w:pPr>
            <w:r>
              <w:rPr>
                <w:rFonts w:eastAsia="Sans Serif"/>
              </w:rPr>
              <w:t>6</w:t>
            </w:r>
          </w:p>
        </w:tc>
        <w:tc>
          <w:tcPr>
            <w:tcW w:w="1315" w:type="dxa"/>
          </w:tcPr>
          <w:p w14:paraId="3FF15E7D" w14:textId="77777777" w:rsidR="00EF6539" w:rsidRDefault="00000000">
            <w:pPr>
              <w:rPr>
                <w:rFonts w:hint="eastAsia"/>
              </w:rPr>
            </w:pPr>
            <w:r>
              <w:rPr>
                <w:rFonts w:eastAsia="Sans Serif"/>
              </w:rPr>
              <w:t>Sulydymo linija</w:t>
            </w:r>
          </w:p>
        </w:tc>
        <w:tc>
          <w:tcPr>
            <w:tcW w:w="1315" w:type="dxa"/>
          </w:tcPr>
          <w:p w14:paraId="29C2C165" w14:textId="77777777" w:rsidR="00EF6539" w:rsidRDefault="00000000">
            <w:pPr>
              <w:rPr>
                <w:rFonts w:hint="eastAsia"/>
              </w:rPr>
            </w:pPr>
            <w:r>
              <w:rPr>
                <w:rFonts w:eastAsia="Sans Serif"/>
              </w:rPr>
              <w:t>fusion line</w:t>
            </w:r>
          </w:p>
        </w:tc>
        <w:tc>
          <w:tcPr>
            <w:tcW w:w="1315" w:type="dxa"/>
          </w:tcPr>
          <w:p w14:paraId="2F820D52" w14:textId="77777777" w:rsidR="00EF6539" w:rsidRDefault="00000000">
            <w:pPr>
              <w:rPr>
                <w:rFonts w:hint="eastAsia"/>
              </w:rPr>
            </w:pPr>
            <w:r>
              <w:rPr>
                <w:rFonts w:eastAsia="Sans Serif"/>
              </w:rPr>
              <w:t>zone de liaison</w:t>
            </w:r>
          </w:p>
        </w:tc>
        <w:tc>
          <w:tcPr>
            <w:tcW w:w="1315" w:type="dxa"/>
          </w:tcPr>
          <w:p w14:paraId="2B45BD29" w14:textId="77777777" w:rsidR="00EF6539" w:rsidRDefault="00000000">
            <w:pPr>
              <w:rPr>
                <w:rFonts w:hint="eastAsia"/>
              </w:rPr>
            </w:pPr>
            <w:r>
              <w:rPr>
                <w:rFonts w:eastAsia="Sans Serif"/>
              </w:rPr>
              <w:t>Schmelzlinie</w:t>
            </w:r>
          </w:p>
        </w:tc>
      </w:tr>
      <w:tr w:rsidR="00EF6539" w14:paraId="698941E8" w14:textId="77777777">
        <w:trPr>
          <w:trHeight w:val="247"/>
        </w:trPr>
        <w:tc>
          <w:tcPr>
            <w:tcW w:w="1315" w:type="dxa"/>
          </w:tcPr>
          <w:p w14:paraId="392AEA35" w14:textId="77777777" w:rsidR="00EF6539" w:rsidRDefault="00000000">
            <w:pPr>
              <w:rPr>
                <w:rFonts w:hint="eastAsia"/>
              </w:rPr>
            </w:pPr>
            <w:r>
              <w:rPr>
                <w:rFonts w:eastAsia="Sans Serif"/>
              </w:rPr>
              <w:t>7</w:t>
            </w:r>
          </w:p>
        </w:tc>
        <w:tc>
          <w:tcPr>
            <w:tcW w:w="1315" w:type="dxa"/>
          </w:tcPr>
          <w:p w14:paraId="3E67BD95" w14:textId="77777777" w:rsidR="00EF6539" w:rsidRDefault="00000000">
            <w:pPr>
              <w:rPr>
                <w:rFonts w:hint="eastAsia"/>
              </w:rPr>
            </w:pPr>
            <w:r>
              <w:rPr>
                <w:rFonts w:eastAsia="Sans Serif"/>
              </w:rPr>
              <w:t>Siūlės šaknis</w:t>
            </w:r>
          </w:p>
        </w:tc>
        <w:tc>
          <w:tcPr>
            <w:tcW w:w="1315" w:type="dxa"/>
          </w:tcPr>
          <w:p w14:paraId="2CE0DE2A" w14:textId="77777777" w:rsidR="00EF6539" w:rsidRDefault="00000000">
            <w:pPr>
              <w:rPr>
                <w:rFonts w:hint="eastAsia"/>
              </w:rPr>
            </w:pPr>
            <w:r>
              <w:rPr>
                <w:rFonts w:eastAsia="Sans Serif"/>
              </w:rPr>
              <w:t>root of weld</w:t>
            </w:r>
          </w:p>
        </w:tc>
        <w:tc>
          <w:tcPr>
            <w:tcW w:w="1315" w:type="dxa"/>
          </w:tcPr>
          <w:p w14:paraId="49B7AD5A" w14:textId="77777777" w:rsidR="00EF6539" w:rsidRDefault="00000000">
            <w:pPr>
              <w:rPr>
                <w:rFonts w:hint="eastAsia"/>
              </w:rPr>
            </w:pPr>
            <w:r>
              <w:rPr>
                <w:rFonts w:eastAsia="Sans Serif"/>
              </w:rPr>
              <w:t>racine (de la soudure)</w:t>
            </w:r>
          </w:p>
        </w:tc>
        <w:tc>
          <w:tcPr>
            <w:tcW w:w="1315" w:type="dxa"/>
          </w:tcPr>
          <w:p w14:paraId="26822319" w14:textId="77777777" w:rsidR="00EF6539" w:rsidRDefault="00000000">
            <w:pPr>
              <w:rPr>
                <w:rFonts w:hint="eastAsia"/>
              </w:rPr>
            </w:pPr>
            <w:r>
              <w:rPr>
                <w:rFonts w:eastAsia="Sans Serif"/>
              </w:rPr>
              <w:t>Nahtwurzel</w:t>
            </w:r>
          </w:p>
        </w:tc>
      </w:tr>
      <w:tr w:rsidR="00EF6539" w14:paraId="389F3969" w14:textId="77777777">
        <w:trPr>
          <w:trHeight w:val="247"/>
        </w:trPr>
        <w:tc>
          <w:tcPr>
            <w:tcW w:w="1315" w:type="dxa"/>
          </w:tcPr>
          <w:p w14:paraId="51B25A97" w14:textId="77777777" w:rsidR="00EF6539" w:rsidRDefault="00000000">
            <w:pPr>
              <w:rPr>
                <w:rFonts w:hint="eastAsia"/>
              </w:rPr>
            </w:pPr>
            <w:r>
              <w:rPr>
                <w:rFonts w:eastAsia="Sans Serif"/>
              </w:rPr>
              <w:t>8</w:t>
            </w:r>
          </w:p>
        </w:tc>
        <w:tc>
          <w:tcPr>
            <w:tcW w:w="1315" w:type="dxa"/>
          </w:tcPr>
          <w:p w14:paraId="424A2F9E" w14:textId="77777777" w:rsidR="00EF6539" w:rsidRDefault="00000000">
            <w:pPr>
              <w:rPr>
                <w:rFonts w:hint="eastAsia"/>
              </w:rPr>
            </w:pPr>
            <w:r>
              <w:rPr>
                <w:rFonts w:eastAsia="Sans Serif"/>
              </w:rPr>
              <w:t>Siūlės plotis</w:t>
            </w:r>
          </w:p>
        </w:tc>
        <w:tc>
          <w:tcPr>
            <w:tcW w:w="1315" w:type="dxa"/>
          </w:tcPr>
          <w:p w14:paraId="3311954B" w14:textId="77777777" w:rsidR="00EF6539" w:rsidRDefault="00000000">
            <w:pPr>
              <w:rPr>
                <w:rFonts w:hint="eastAsia"/>
              </w:rPr>
            </w:pPr>
            <w:r>
              <w:rPr>
                <w:rFonts w:eastAsia="Sans Serif"/>
              </w:rPr>
              <w:t>weld width</w:t>
            </w:r>
          </w:p>
        </w:tc>
        <w:tc>
          <w:tcPr>
            <w:tcW w:w="1315" w:type="dxa"/>
          </w:tcPr>
          <w:p w14:paraId="4499305E" w14:textId="77777777" w:rsidR="00EF6539" w:rsidRDefault="00000000">
            <w:pPr>
              <w:rPr>
                <w:rFonts w:hint="eastAsia"/>
              </w:rPr>
            </w:pPr>
            <w:r>
              <w:rPr>
                <w:rFonts w:eastAsia="Sans Serif"/>
              </w:rPr>
              <w:t>largeur de la soudure</w:t>
            </w:r>
          </w:p>
        </w:tc>
        <w:tc>
          <w:tcPr>
            <w:tcW w:w="1315" w:type="dxa"/>
          </w:tcPr>
          <w:p w14:paraId="43E162FC" w14:textId="77777777" w:rsidR="00EF6539" w:rsidRDefault="00000000">
            <w:pPr>
              <w:rPr>
                <w:rFonts w:hint="eastAsia"/>
              </w:rPr>
            </w:pPr>
            <w:r>
              <w:rPr>
                <w:rFonts w:eastAsia="Sans Serif"/>
              </w:rPr>
              <w:t>Nahtbreite</w:t>
            </w:r>
          </w:p>
        </w:tc>
      </w:tr>
      <w:tr w:rsidR="00EF6539" w14:paraId="35FF2516" w14:textId="77777777">
        <w:trPr>
          <w:trHeight w:val="247"/>
        </w:trPr>
        <w:tc>
          <w:tcPr>
            <w:tcW w:w="1315" w:type="dxa"/>
          </w:tcPr>
          <w:p w14:paraId="4F6A3F25" w14:textId="77777777" w:rsidR="00EF6539" w:rsidRDefault="00000000">
            <w:pPr>
              <w:rPr>
                <w:rFonts w:hint="eastAsia"/>
              </w:rPr>
            </w:pPr>
            <w:r>
              <w:rPr>
                <w:rFonts w:eastAsia="Sans Serif"/>
              </w:rPr>
              <w:t>9</w:t>
            </w:r>
          </w:p>
        </w:tc>
        <w:tc>
          <w:tcPr>
            <w:tcW w:w="1315" w:type="dxa"/>
          </w:tcPr>
          <w:p w14:paraId="3A054BA7" w14:textId="77777777" w:rsidR="00EF6539" w:rsidRDefault="00000000">
            <w:pPr>
              <w:rPr>
                <w:rFonts w:hint="eastAsia"/>
              </w:rPr>
            </w:pPr>
            <w:r>
              <w:rPr>
                <w:rFonts w:eastAsia="Sans Serif"/>
              </w:rPr>
              <w:t>Siūlės numbėle</w:t>
            </w:r>
          </w:p>
        </w:tc>
        <w:tc>
          <w:tcPr>
            <w:tcW w:w="1315" w:type="dxa"/>
          </w:tcPr>
          <w:p w14:paraId="78341E01" w14:textId="77777777" w:rsidR="00EF6539" w:rsidRDefault="00000000">
            <w:pPr>
              <w:rPr>
                <w:rFonts w:hint="eastAsia"/>
              </w:rPr>
            </w:pPr>
            <w:r>
              <w:rPr>
                <w:rFonts w:eastAsia="Sans Serif"/>
              </w:rPr>
              <w:t>excess weld metal</w:t>
            </w:r>
          </w:p>
        </w:tc>
        <w:tc>
          <w:tcPr>
            <w:tcW w:w="1315" w:type="dxa"/>
          </w:tcPr>
          <w:p w14:paraId="0270127D" w14:textId="77777777" w:rsidR="00EF6539" w:rsidRDefault="00000000">
            <w:pPr>
              <w:rPr>
                <w:rFonts w:hint="eastAsia"/>
              </w:rPr>
            </w:pPr>
            <w:r>
              <w:rPr>
                <w:rFonts w:eastAsia="Sans Serif"/>
              </w:rPr>
              <w:t>surépaisseur</w:t>
            </w:r>
          </w:p>
        </w:tc>
        <w:tc>
          <w:tcPr>
            <w:tcW w:w="1315" w:type="dxa"/>
          </w:tcPr>
          <w:p w14:paraId="2081FE22" w14:textId="77777777" w:rsidR="00EF6539" w:rsidRDefault="00000000">
            <w:pPr>
              <w:rPr>
                <w:rFonts w:hint="eastAsia"/>
              </w:rPr>
            </w:pPr>
            <w:r>
              <w:rPr>
                <w:rFonts w:eastAsia="Sans Serif"/>
              </w:rPr>
              <w:t>Nahtuberhöhung</w:t>
            </w:r>
          </w:p>
        </w:tc>
      </w:tr>
      <w:tr w:rsidR="00EF6539" w14:paraId="45D329EC" w14:textId="77777777">
        <w:trPr>
          <w:trHeight w:val="247"/>
        </w:trPr>
        <w:tc>
          <w:tcPr>
            <w:tcW w:w="1315" w:type="dxa"/>
          </w:tcPr>
          <w:p w14:paraId="183E9975" w14:textId="77777777" w:rsidR="00EF6539" w:rsidRDefault="00000000">
            <w:pPr>
              <w:rPr>
                <w:rFonts w:hint="eastAsia"/>
              </w:rPr>
            </w:pPr>
            <w:r>
              <w:rPr>
                <w:rFonts w:eastAsia="Sans Serif"/>
              </w:rPr>
              <w:t>10</w:t>
            </w:r>
          </w:p>
        </w:tc>
        <w:tc>
          <w:tcPr>
            <w:tcW w:w="1315" w:type="dxa"/>
          </w:tcPr>
          <w:p w14:paraId="3491D686" w14:textId="77777777" w:rsidR="00EF6539" w:rsidRDefault="00000000">
            <w:pPr>
              <w:rPr>
                <w:rFonts w:hint="eastAsia"/>
              </w:rPr>
            </w:pPr>
            <w:r>
              <w:rPr>
                <w:rFonts w:eastAsia="Sans Serif"/>
              </w:rPr>
              <w:t>Statinio aukštis</w:t>
            </w:r>
          </w:p>
        </w:tc>
        <w:tc>
          <w:tcPr>
            <w:tcW w:w="1315" w:type="dxa"/>
          </w:tcPr>
          <w:p w14:paraId="59DFB549" w14:textId="77777777" w:rsidR="00EF6539" w:rsidRDefault="00000000">
            <w:pPr>
              <w:rPr>
                <w:rFonts w:hint="eastAsia"/>
              </w:rPr>
            </w:pPr>
            <w:r>
              <w:rPr>
                <w:rFonts w:eastAsia="Sans Serif"/>
              </w:rPr>
              <w:t>leg length</w:t>
            </w:r>
          </w:p>
        </w:tc>
        <w:tc>
          <w:tcPr>
            <w:tcW w:w="1315" w:type="dxa"/>
          </w:tcPr>
          <w:p w14:paraId="763A8CDB" w14:textId="77777777" w:rsidR="00EF6539" w:rsidRDefault="00000000">
            <w:pPr>
              <w:rPr>
                <w:rFonts w:hint="eastAsia"/>
              </w:rPr>
            </w:pPr>
            <w:r>
              <w:rPr>
                <w:rFonts w:eastAsia="Sans Serif"/>
              </w:rPr>
              <w:t>côté</w:t>
            </w:r>
          </w:p>
        </w:tc>
        <w:tc>
          <w:tcPr>
            <w:tcW w:w="1315" w:type="dxa"/>
          </w:tcPr>
          <w:p w14:paraId="3F3A9782" w14:textId="77777777" w:rsidR="00EF6539" w:rsidRDefault="00000000">
            <w:pPr>
              <w:rPr>
                <w:rFonts w:hint="eastAsia"/>
              </w:rPr>
            </w:pPr>
            <w:r>
              <w:rPr>
                <w:rFonts w:eastAsia="Sans Serif"/>
              </w:rPr>
              <w:t>Scherkellänge</w:t>
            </w:r>
          </w:p>
        </w:tc>
      </w:tr>
      <w:tr w:rsidR="00EF6539" w14:paraId="2CAFFD3E" w14:textId="77777777">
        <w:trPr>
          <w:trHeight w:val="247"/>
        </w:trPr>
        <w:tc>
          <w:tcPr>
            <w:tcW w:w="1315" w:type="dxa"/>
          </w:tcPr>
          <w:p w14:paraId="50FC1874" w14:textId="77777777" w:rsidR="00EF6539" w:rsidRDefault="00000000">
            <w:pPr>
              <w:rPr>
                <w:rFonts w:hint="eastAsia"/>
              </w:rPr>
            </w:pPr>
            <w:r>
              <w:rPr>
                <w:rFonts w:eastAsia="Sans Serif"/>
              </w:rPr>
              <w:t>11</w:t>
            </w:r>
          </w:p>
        </w:tc>
        <w:tc>
          <w:tcPr>
            <w:tcW w:w="1315" w:type="dxa"/>
          </w:tcPr>
          <w:p w14:paraId="7242EC2F" w14:textId="77777777" w:rsidR="00EF6539" w:rsidRDefault="00000000">
            <w:pPr>
              <w:rPr>
                <w:rFonts w:hint="eastAsia"/>
              </w:rPr>
            </w:pPr>
            <w:r>
              <w:rPr>
                <w:rFonts w:eastAsia="Sans Serif"/>
              </w:rPr>
              <w:t>Šaknies numbėle</w:t>
            </w:r>
          </w:p>
        </w:tc>
        <w:tc>
          <w:tcPr>
            <w:tcW w:w="1315" w:type="dxa"/>
          </w:tcPr>
          <w:p w14:paraId="0C6BC34F" w14:textId="77777777" w:rsidR="00EF6539" w:rsidRDefault="00000000">
            <w:pPr>
              <w:rPr>
                <w:rFonts w:hint="eastAsia"/>
              </w:rPr>
            </w:pPr>
            <w:r>
              <w:rPr>
                <w:rFonts w:eastAsia="Sans Serif"/>
              </w:rPr>
              <w:t>penetration bead thickness</w:t>
            </w:r>
          </w:p>
        </w:tc>
        <w:tc>
          <w:tcPr>
            <w:tcW w:w="1315" w:type="dxa"/>
          </w:tcPr>
          <w:p w14:paraId="1D306752" w14:textId="77777777" w:rsidR="00EF6539" w:rsidRDefault="00000000">
            <w:pPr>
              <w:rPr>
                <w:rFonts w:hint="eastAsia"/>
              </w:rPr>
            </w:pPr>
            <w:r>
              <w:rPr>
                <w:rFonts w:eastAsia="Sans Serif"/>
              </w:rPr>
              <w:t>surépaisseur à la racine</w:t>
            </w:r>
          </w:p>
        </w:tc>
        <w:tc>
          <w:tcPr>
            <w:tcW w:w="1315" w:type="dxa"/>
          </w:tcPr>
          <w:p w14:paraId="64F8826A" w14:textId="77777777" w:rsidR="00EF6539" w:rsidRDefault="00000000">
            <w:pPr>
              <w:rPr>
                <w:rFonts w:hint="eastAsia"/>
              </w:rPr>
            </w:pPr>
            <w:r>
              <w:rPr>
                <w:rFonts w:eastAsia="Sans Serif"/>
              </w:rPr>
              <w:t>Wurzeluberhöhung</w:t>
            </w:r>
          </w:p>
        </w:tc>
      </w:tr>
      <w:tr w:rsidR="00EF6539" w14:paraId="166F2F3E" w14:textId="77777777">
        <w:trPr>
          <w:trHeight w:val="247"/>
        </w:trPr>
        <w:tc>
          <w:tcPr>
            <w:tcW w:w="1315" w:type="dxa"/>
          </w:tcPr>
          <w:p w14:paraId="7692FA1A" w14:textId="77777777" w:rsidR="00EF6539" w:rsidRDefault="00000000">
            <w:pPr>
              <w:rPr>
                <w:rFonts w:hint="eastAsia"/>
              </w:rPr>
            </w:pPr>
            <w:r>
              <w:rPr>
                <w:rFonts w:eastAsia="Sans Serif"/>
              </w:rPr>
              <w:t>25</w:t>
            </w:r>
          </w:p>
        </w:tc>
        <w:tc>
          <w:tcPr>
            <w:tcW w:w="1315" w:type="dxa"/>
          </w:tcPr>
          <w:p w14:paraId="7F91BBB1" w14:textId="77777777" w:rsidR="00EF6539" w:rsidRDefault="00000000">
            <w:pPr>
              <w:rPr>
                <w:rFonts w:hint="eastAsia"/>
              </w:rPr>
            </w:pPr>
            <w:r>
              <w:rPr>
                <w:rFonts w:eastAsia="Sans Serif"/>
              </w:rPr>
              <w:t>Šaknies įvrimas</w:t>
            </w:r>
          </w:p>
        </w:tc>
        <w:tc>
          <w:tcPr>
            <w:tcW w:w="1315" w:type="dxa"/>
          </w:tcPr>
          <w:p w14:paraId="14DA6612" w14:textId="77777777" w:rsidR="00EF6539" w:rsidRDefault="00000000">
            <w:pPr>
              <w:rPr>
                <w:rFonts w:hint="eastAsia"/>
              </w:rPr>
            </w:pPr>
            <w:r>
              <w:rPr>
                <w:rFonts w:eastAsia="Sans Serif"/>
              </w:rPr>
              <w:t>root penetration</w:t>
            </w:r>
          </w:p>
        </w:tc>
        <w:tc>
          <w:tcPr>
            <w:tcW w:w="1315" w:type="dxa"/>
          </w:tcPr>
          <w:p w14:paraId="198A8241" w14:textId="77777777" w:rsidR="00EF6539" w:rsidRDefault="00000000">
            <w:pPr>
              <w:rPr>
                <w:rFonts w:hint="eastAsia"/>
              </w:rPr>
            </w:pPr>
            <w:r>
              <w:rPr>
                <w:rFonts w:eastAsia="Sans Serif"/>
              </w:rPr>
              <w:t>pénétration a la racine</w:t>
            </w:r>
          </w:p>
        </w:tc>
        <w:tc>
          <w:tcPr>
            <w:tcW w:w="1315" w:type="dxa"/>
          </w:tcPr>
          <w:p w14:paraId="71B3B68D" w14:textId="77777777" w:rsidR="00EF6539" w:rsidRDefault="00000000">
            <w:pPr>
              <w:rPr>
                <w:rFonts w:hint="eastAsia"/>
              </w:rPr>
            </w:pPr>
            <w:r>
              <w:rPr>
                <w:rFonts w:eastAsia="Sans Serif"/>
              </w:rPr>
              <w:t>Wurzeleinbrand</w:t>
            </w:r>
          </w:p>
        </w:tc>
      </w:tr>
      <w:tr w:rsidR="00EF6539" w14:paraId="6D045552" w14:textId="77777777">
        <w:trPr>
          <w:trHeight w:val="247"/>
        </w:trPr>
        <w:tc>
          <w:tcPr>
            <w:tcW w:w="1315" w:type="dxa"/>
          </w:tcPr>
          <w:p w14:paraId="42742647" w14:textId="77777777" w:rsidR="00EF6539" w:rsidRDefault="00000000">
            <w:pPr>
              <w:rPr>
                <w:rFonts w:hint="eastAsia"/>
              </w:rPr>
            </w:pPr>
            <w:r>
              <w:rPr>
                <w:rFonts w:eastAsia="Sans Serif"/>
              </w:rPr>
              <w:t>26</w:t>
            </w:r>
          </w:p>
        </w:tc>
        <w:tc>
          <w:tcPr>
            <w:tcW w:w="1315" w:type="dxa"/>
          </w:tcPr>
          <w:p w14:paraId="7CED59F1" w14:textId="77777777" w:rsidR="00EF6539" w:rsidRDefault="00000000">
            <w:pPr>
              <w:rPr>
                <w:rFonts w:hint="eastAsia"/>
              </w:rPr>
            </w:pPr>
            <w:r>
              <w:rPr>
                <w:rFonts w:eastAsia="Sans Serif"/>
              </w:rPr>
              <w:t>Sulydymo sritis</w:t>
            </w:r>
          </w:p>
        </w:tc>
        <w:tc>
          <w:tcPr>
            <w:tcW w:w="1315" w:type="dxa"/>
          </w:tcPr>
          <w:p w14:paraId="38A05ED3" w14:textId="77777777" w:rsidR="00EF6539" w:rsidRDefault="00000000">
            <w:pPr>
              <w:rPr>
                <w:rFonts w:hint="eastAsia"/>
              </w:rPr>
            </w:pPr>
            <w:r>
              <w:rPr>
                <w:rFonts w:eastAsia="Sans Serif"/>
              </w:rPr>
              <w:t>fusion zone</w:t>
            </w:r>
          </w:p>
        </w:tc>
        <w:tc>
          <w:tcPr>
            <w:tcW w:w="1315" w:type="dxa"/>
          </w:tcPr>
          <w:p w14:paraId="7B628A42" w14:textId="77777777" w:rsidR="00EF6539" w:rsidRDefault="00000000">
            <w:pPr>
              <w:rPr>
                <w:rFonts w:hint="eastAsia"/>
              </w:rPr>
            </w:pPr>
            <w:r>
              <w:rPr>
                <w:rFonts w:eastAsia="Sans Serif"/>
              </w:rPr>
              <w:t>zone de dilution</w:t>
            </w:r>
          </w:p>
        </w:tc>
        <w:tc>
          <w:tcPr>
            <w:tcW w:w="1315" w:type="dxa"/>
          </w:tcPr>
          <w:p w14:paraId="0E5EFC5E" w14:textId="77777777" w:rsidR="00EF6539" w:rsidRDefault="00000000">
            <w:pPr>
              <w:rPr>
                <w:rFonts w:hint="eastAsia"/>
              </w:rPr>
            </w:pPr>
            <w:r>
              <w:rPr>
                <w:rFonts w:eastAsia="Sans Serif"/>
              </w:rPr>
              <w:t>aufgeschmolzener Grundwerkstoff</w:t>
            </w:r>
          </w:p>
        </w:tc>
      </w:tr>
    </w:tbl>
    <w:p w14:paraId="5A4A2D50" w14:textId="4BFC154A" w:rsidR="00EF6539" w:rsidRDefault="00EF6539">
      <w:pPr>
        <w:spacing w:after="0"/>
        <w:rPr>
          <w:rFonts w:hint="eastAsia"/>
        </w:rPr>
      </w:pPr>
    </w:p>
    <w:p w14:paraId="6AB93FEF" w14:textId="77777777" w:rsidR="00EF6539" w:rsidRDefault="00EF6539">
      <w:pPr>
        <w:rPr>
          <w:rFonts w:hint="eastAsia"/>
        </w:rPr>
        <w:sectPr w:rsidR="00EF6539">
          <w:pgSz w:w="16838" w:h="11906"/>
          <w:pgMar w:top="0" w:right="0" w:bottom="0" w:left="0" w:header="0" w:footer="0" w:gutter="0"/>
          <w:cols w:space="720"/>
          <w:docGrid w:linePitch="360"/>
        </w:sectPr>
      </w:pPr>
    </w:p>
    <w:p w14:paraId="5FD6A6EA" w14:textId="77777777" w:rsidR="00EF6539" w:rsidRDefault="00EF6539">
      <w:pPr>
        <w:rPr>
          <w:rFonts w:hint="eastAsia"/>
        </w:rPr>
      </w:pPr>
    </w:p>
    <w:tbl>
      <w:tblPr>
        <w:tblStyle w:val="TableGrid"/>
        <w:tblpPr w:vertAnchor="page" w:horzAnchor="page" w:tblpX="1404" w:tblpY="1228"/>
        <w:tblW w:w="6461" w:type="dxa"/>
        <w:tblLayout w:type="fixed"/>
        <w:tblLook w:val="04A0" w:firstRow="1" w:lastRow="0" w:firstColumn="1" w:lastColumn="0" w:noHBand="0" w:noVBand="1"/>
      </w:tblPr>
      <w:tblGrid>
        <w:gridCol w:w="1293"/>
        <w:gridCol w:w="1292"/>
        <w:gridCol w:w="1292"/>
        <w:gridCol w:w="1292"/>
        <w:gridCol w:w="1292"/>
      </w:tblGrid>
      <w:tr w:rsidR="00EF6539" w14:paraId="7283F1E5" w14:textId="77777777" w:rsidTr="00B354BF">
        <w:trPr>
          <w:trHeight w:val="268"/>
        </w:trPr>
        <w:tc>
          <w:tcPr>
            <w:tcW w:w="1293" w:type="dxa"/>
          </w:tcPr>
          <w:p w14:paraId="48CE38D9" w14:textId="77777777" w:rsidR="00EF6539" w:rsidRDefault="00000000">
            <w:pPr>
              <w:rPr>
                <w:rFonts w:hint="eastAsia"/>
              </w:rPr>
            </w:pPr>
            <w:r>
              <w:rPr>
                <w:rFonts w:eastAsia="Sans Serif"/>
              </w:rPr>
              <w:t>Nuomera</w:t>
            </w:r>
          </w:p>
        </w:tc>
        <w:tc>
          <w:tcPr>
            <w:tcW w:w="1292" w:type="dxa"/>
          </w:tcPr>
          <w:p w14:paraId="2A67AE81" w14:textId="77777777" w:rsidR="00EF6539" w:rsidRDefault="00000000">
            <w:pPr>
              <w:rPr>
                <w:rFonts w:hint="eastAsia"/>
              </w:rPr>
            </w:pPr>
            <w:r>
              <w:rPr>
                <w:rFonts w:eastAsia="Sans Serif"/>
              </w:rPr>
              <w:t>Lietuviškai</w:t>
            </w:r>
          </w:p>
        </w:tc>
        <w:tc>
          <w:tcPr>
            <w:tcW w:w="1292" w:type="dxa"/>
          </w:tcPr>
          <w:p w14:paraId="669E6440" w14:textId="77777777" w:rsidR="00EF6539" w:rsidRDefault="00000000">
            <w:pPr>
              <w:rPr>
                <w:rFonts w:hint="eastAsia"/>
              </w:rPr>
            </w:pPr>
            <w:r>
              <w:rPr>
                <w:rFonts w:eastAsia="Sans Serif"/>
              </w:rPr>
              <w:t>English</w:t>
            </w:r>
          </w:p>
        </w:tc>
        <w:tc>
          <w:tcPr>
            <w:tcW w:w="1292" w:type="dxa"/>
          </w:tcPr>
          <w:p w14:paraId="6578DFD6" w14:textId="77777777" w:rsidR="00EF6539" w:rsidRDefault="00000000">
            <w:pPr>
              <w:rPr>
                <w:rFonts w:hint="eastAsia"/>
              </w:rPr>
            </w:pPr>
            <w:r>
              <w:rPr>
                <w:rFonts w:eastAsia="Sans Serif"/>
              </w:rPr>
              <w:t>Français</w:t>
            </w:r>
          </w:p>
        </w:tc>
        <w:tc>
          <w:tcPr>
            <w:tcW w:w="1292" w:type="dxa"/>
          </w:tcPr>
          <w:p w14:paraId="693006DB" w14:textId="77777777" w:rsidR="00EF6539" w:rsidRDefault="00000000">
            <w:pPr>
              <w:rPr>
                <w:rFonts w:hint="eastAsia"/>
              </w:rPr>
            </w:pPr>
            <w:r>
              <w:rPr>
                <w:rFonts w:eastAsia="Sans Serif"/>
              </w:rPr>
              <w:t>Deutsch</w:t>
            </w:r>
          </w:p>
        </w:tc>
      </w:tr>
      <w:tr w:rsidR="00EF6539" w14:paraId="73766D15" w14:textId="77777777" w:rsidTr="00B354BF">
        <w:trPr>
          <w:trHeight w:val="268"/>
        </w:trPr>
        <w:tc>
          <w:tcPr>
            <w:tcW w:w="1293" w:type="dxa"/>
          </w:tcPr>
          <w:p w14:paraId="4AE3E570" w14:textId="77777777" w:rsidR="00EF6539" w:rsidRDefault="00000000">
            <w:pPr>
              <w:rPr>
                <w:rFonts w:hint="eastAsia"/>
              </w:rPr>
            </w:pPr>
            <w:r>
              <w:rPr>
                <w:rFonts w:eastAsia="Sans Serif"/>
              </w:rPr>
              <w:t>12</w:t>
            </w:r>
          </w:p>
        </w:tc>
        <w:tc>
          <w:tcPr>
            <w:tcW w:w="1292" w:type="dxa"/>
          </w:tcPr>
          <w:p w14:paraId="23E5CE49" w14:textId="77777777" w:rsidR="00EF6539" w:rsidRDefault="00000000">
            <w:pPr>
              <w:rPr>
                <w:rFonts w:hint="eastAsia"/>
              </w:rPr>
            </w:pPr>
            <w:r>
              <w:rPr>
                <w:rFonts w:eastAsia="Sans Serif"/>
              </w:rPr>
              <w:t>Didžiausiasis siūlės storis</w:t>
            </w:r>
          </w:p>
        </w:tc>
        <w:tc>
          <w:tcPr>
            <w:tcW w:w="1292" w:type="dxa"/>
          </w:tcPr>
          <w:p w14:paraId="42277CC5" w14:textId="77777777" w:rsidR="00EF6539" w:rsidRDefault="00000000">
            <w:pPr>
              <w:rPr>
                <w:rFonts w:hint="eastAsia"/>
              </w:rPr>
            </w:pPr>
            <w:r>
              <w:rPr>
                <w:rFonts w:eastAsia="Sans Serif"/>
              </w:rPr>
              <w:t>maximum throat thickness</w:t>
            </w:r>
          </w:p>
        </w:tc>
        <w:tc>
          <w:tcPr>
            <w:tcW w:w="1292" w:type="dxa"/>
          </w:tcPr>
          <w:p w14:paraId="7FEA5885" w14:textId="77777777" w:rsidR="00EF6539" w:rsidRDefault="00000000">
            <w:pPr>
              <w:rPr>
                <w:rFonts w:hint="eastAsia"/>
              </w:rPr>
            </w:pPr>
            <w:r>
              <w:rPr>
                <w:rFonts w:eastAsia="Sans Serif"/>
              </w:rPr>
              <w:t>épaisseur totale</w:t>
            </w:r>
          </w:p>
        </w:tc>
        <w:tc>
          <w:tcPr>
            <w:tcW w:w="1292" w:type="dxa"/>
          </w:tcPr>
          <w:p w14:paraId="5C52E70B" w14:textId="77777777" w:rsidR="00EF6539" w:rsidRDefault="00000000">
            <w:pPr>
              <w:rPr>
                <w:rFonts w:hint="eastAsia"/>
              </w:rPr>
            </w:pPr>
            <w:r>
              <w:rPr>
                <w:rFonts w:eastAsia="Sans Serif"/>
              </w:rPr>
              <w:t>Gesamt-Nahtdicke</w:t>
            </w:r>
          </w:p>
        </w:tc>
      </w:tr>
      <w:tr w:rsidR="00EF6539" w14:paraId="1ECDDBC8" w14:textId="77777777" w:rsidTr="00B354BF">
        <w:trPr>
          <w:trHeight w:val="268"/>
        </w:trPr>
        <w:tc>
          <w:tcPr>
            <w:tcW w:w="1293" w:type="dxa"/>
          </w:tcPr>
          <w:p w14:paraId="2143A189" w14:textId="77777777" w:rsidR="00EF6539" w:rsidRDefault="00000000">
            <w:pPr>
              <w:rPr>
                <w:rFonts w:hint="eastAsia"/>
              </w:rPr>
            </w:pPr>
            <w:r>
              <w:rPr>
                <w:rFonts w:eastAsia="Sans Serif"/>
              </w:rPr>
              <w:t>13</w:t>
            </w:r>
          </w:p>
        </w:tc>
        <w:tc>
          <w:tcPr>
            <w:tcW w:w="1292" w:type="dxa"/>
          </w:tcPr>
          <w:p w14:paraId="3A98D59E" w14:textId="77777777" w:rsidR="00EF6539" w:rsidRDefault="00000000">
            <w:pPr>
              <w:rPr>
                <w:rFonts w:hint="eastAsia"/>
              </w:rPr>
            </w:pPr>
            <w:r>
              <w:rPr>
                <w:rFonts w:eastAsia="Sans Serif"/>
              </w:rPr>
              <w:t>Projektinis siūlės storis</w:t>
            </w:r>
          </w:p>
        </w:tc>
        <w:tc>
          <w:tcPr>
            <w:tcW w:w="1292" w:type="dxa"/>
          </w:tcPr>
          <w:p w14:paraId="1447E7DE" w14:textId="77777777" w:rsidR="00EF6539" w:rsidRDefault="00000000">
            <w:pPr>
              <w:rPr>
                <w:rFonts w:hint="eastAsia"/>
              </w:rPr>
            </w:pPr>
            <w:r>
              <w:rPr>
                <w:rFonts w:eastAsia="Sans Serif"/>
              </w:rPr>
              <w:t>design throat thickness</w:t>
            </w:r>
          </w:p>
        </w:tc>
        <w:tc>
          <w:tcPr>
            <w:tcW w:w="1292" w:type="dxa"/>
          </w:tcPr>
          <w:p w14:paraId="2596DE7B" w14:textId="77777777" w:rsidR="00EF6539" w:rsidRDefault="00000000">
            <w:pPr>
              <w:rPr>
                <w:rFonts w:hint="eastAsia"/>
              </w:rPr>
            </w:pPr>
            <w:r>
              <w:rPr>
                <w:rFonts w:eastAsia="Sans Serif"/>
              </w:rPr>
              <w:t>épaisseur théorique</w:t>
            </w:r>
          </w:p>
        </w:tc>
        <w:tc>
          <w:tcPr>
            <w:tcW w:w="1292" w:type="dxa"/>
          </w:tcPr>
          <w:p w14:paraId="27E1DC51" w14:textId="77777777" w:rsidR="00EF6539" w:rsidRDefault="00000000">
            <w:pPr>
              <w:rPr>
                <w:rFonts w:hint="eastAsia"/>
              </w:rPr>
            </w:pPr>
            <w:r>
              <w:rPr>
                <w:rFonts w:eastAsia="Sans Serif"/>
              </w:rPr>
              <w:t>Sollnahtdicke</w:t>
            </w:r>
          </w:p>
        </w:tc>
      </w:tr>
      <w:tr w:rsidR="00EF6539" w14:paraId="5135D3F4" w14:textId="77777777" w:rsidTr="00B354BF">
        <w:trPr>
          <w:trHeight w:val="268"/>
        </w:trPr>
        <w:tc>
          <w:tcPr>
            <w:tcW w:w="1293" w:type="dxa"/>
          </w:tcPr>
          <w:p w14:paraId="5A753EA7" w14:textId="77777777" w:rsidR="00EF6539" w:rsidRDefault="00000000">
            <w:pPr>
              <w:rPr>
                <w:rFonts w:hint="eastAsia"/>
              </w:rPr>
            </w:pPr>
            <w:r>
              <w:rPr>
                <w:rFonts w:eastAsia="Sans Serif"/>
              </w:rPr>
              <w:t>14</w:t>
            </w:r>
          </w:p>
        </w:tc>
        <w:tc>
          <w:tcPr>
            <w:tcW w:w="1292" w:type="dxa"/>
          </w:tcPr>
          <w:p w14:paraId="5EF172F2" w14:textId="77777777" w:rsidR="00EF6539" w:rsidRDefault="00000000">
            <w:pPr>
              <w:rPr>
                <w:rFonts w:hint="eastAsia"/>
              </w:rPr>
            </w:pPr>
            <w:r>
              <w:rPr>
                <w:rFonts w:eastAsia="Sans Serif"/>
              </w:rPr>
              <w:t>Realusis siūlės storis</w:t>
            </w:r>
          </w:p>
        </w:tc>
        <w:tc>
          <w:tcPr>
            <w:tcW w:w="1292" w:type="dxa"/>
          </w:tcPr>
          <w:p w14:paraId="6FD3856D" w14:textId="77777777" w:rsidR="00EF6539" w:rsidRDefault="00000000">
            <w:pPr>
              <w:rPr>
                <w:rFonts w:hint="eastAsia"/>
              </w:rPr>
            </w:pPr>
            <w:r>
              <w:rPr>
                <w:rFonts w:eastAsia="Sans Serif"/>
              </w:rPr>
              <w:t>actual throat thickness</w:t>
            </w:r>
          </w:p>
        </w:tc>
        <w:tc>
          <w:tcPr>
            <w:tcW w:w="1292" w:type="dxa"/>
          </w:tcPr>
          <w:p w14:paraId="20B2ACCC" w14:textId="77777777" w:rsidR="00EF6539" w:rsidRDefault="00000000">
            <w:pPr>
              <w:rPr>
                <w:rFonts w:hint="eastAsia"/>
              </w:rPr>
            </w:pPr>
            <w:r>
              <w:rPr>
                <w:rFonts w:eastAsia="Sans Serif"/>
              </w:rPr>
              <w:t>épaisseur réelle</w:t>
            </w:r>
          </w:p>
        </w:tc>
        <w:tc>
          <w:tcPr>
            <w:tcW w:w="1292" w:type="dxa"/>
          </w:tcPr>
          <w:p w14:paraId="019BCDE1" w14:textId="77777777" w:rsidR="00EF6539" w:rsidRDefault="00000000">
            <w:pPr>
              <w:rPr>
                <w:rFonts w:hint="eastAsia"/>
              </w:rPr>
            </w:pPr>
            <w:r>
              <w:rPr>
                <w:rFonts w:eastAsia="Sans Serif"/>
              </w:rPr>
              <w:t>tatsächliche Nahtdicke (Istnahtdicke)</w:t>
            </w:r>
          </w:p>
        </w:tc>
      </w:tr>
      <w:tr w:rsidR="00EF6539" w14:paraId="699FD78E" w14:textId="77777777" w:rsidTr="00B354BF">
        <w:trPr>
          <w:trHeight w:val="268"/>
        </w:trPr>
        <w:tc>
          <w:tcPr>
            <w:tcW w:w="1293" w:type="dxa"/>
          </w:tcPr>
          <w:p w14:paraId="19111FB8" w14:textId="77777777" w:rsidR="00EF6539" w:rsidRDefault="00000000">
            <w:pPr>
              <w:rPr>
                <w:rFonts w:hint="eastAsia"/>
              </w:rPr>
            </w:pPr>
            <w:r>
              <w:rPr>
                <w:rFonts w:eastAsia="Sans Serif"/>
              </w:rPr>
              <w:t>15</w:t>
            </w:r>
          </w:p>
        </w:tc>
        <w:tc>
          <w:tcPr>
            <w:tcW w:w="1292" w:type="dxa"/>
          </w:tcPr>
          <w:p w14:paraId="40FAA03F" w14:textId="77777777" w:rsidR="00EF6539" w:rsidRDefault="00000000">
            <w:pPr>
              <w:rPr>
                <w:rFonts w:hint="eastAsia"/>
              </w:rPr>
            </w:pPr>
            <w:r>
              <w:rPr>
                <w:rFonts w:eastAsia="Sans Serif"/>
              </w:rPr>
              <w:t>Efektyvusis siūlės storis</w:t>
            </w:r>
          </w:p>
        </w:tc>
        <w:tc>
          <w:tcPr>
            <w:tcW w:w="1292" w:type="dxa"/>
          </w:tcPr>
          <w:p w14:paraId="69E278E3" w14:textId="77777777" w:rsidR="00EF6539" w:rsidRDefault="00000000">
            <w:pPr>
              <w:rPr>
                <w:rFonts w:hint="eastAsia"/>
              </w:rPr>
            </w:pPr>
            <w:r>
              <w:rPr>
                <w:rFonts w:eastAsia="Sans Serif"/>
              </w:rPr>
              <w:t>effective throat thickness</w:t>
            </w:r>
          </w:p>
        </w:tc>
        <w:tc>
          <w:tcPr>
            <w:tcW w:w="1292" w:type="dxa"/>
          </w:tcPr>
          <w:p w14:paraId="30447ACD" w14:textId="77777777" w:rsidR="00EF6539" w:rsidRDefault="00000000">
            <w:pPr>
              <w:rPr>
                <w:rFonts w:hint="eastAsia"/>
              </w:rPr>
            </w:pPr>
            <w:r>
              <w:rPr>
                <w:rFonts w:eastAsia="Sans Serif"/>
              </w:rPr>
              <w:t>épaisseur efficace</w:t>
            </w:r>
          </w:p>
        </w:tc>
        <w:tc>
          <w:tcPr>
            <w:tcW w:w="1292" w:type="dxa"/>
          </w:tcPr>
          <w:p w14:paraId="4E27D83F" w14:textId="77777777" w:rsidR="00EF6539" w:rsidRDefault="00000000">
            <w:pPr>
              <w:rPr>
                <w:rFonts w:hint="eastAsia"/>
              </w:rPr>
            </w:pPr>
            <w:r>
              <w:rPr>
                <w:rFonts w:eastAsia="Sans Serif"/>
              </w:rPr>
              <w:t>wirksame Nahtdicke</w:t>
            </w:r>
          </w:p>
        </w:tc>
      </w:tr>
      <w:tr w:rsidR="00EF6539" w14:paraId="55CEEE47" w14:textId="77777777" w:rsidTr="00B354BF">
        <w:trPr>
          <w:trHeight w:val="268"/>
        </w:trPr>
        <w:tc>
          <w:tcPr>
            <w:tcW w:w="1293" w:type="dxa"/>
          </w:tcPr>
          <w:p w14:paraId="341D474A" w14:textId="77777777" w:rsidR="00EF6539" w:rsidRDefault="00000000">
            <w:pPr>
              <w:rPr>
                <w:rFonts w:hint="eastAsia"/>
              </w:rPr>
            </w:pPr>
            <w:r>
              <w:rPr>
                <w:rFonts w:eastAsia="Sans Serif"/>
              </w:rPr>
              <w:t>16</w:t>
            </w:r>
          </w:p>
        </w:tc>
        <w:tc>
          <w:tcPr>
            <w:tcW w:w="1292" w:type="dxa"/>
          </w:tcPr>
          <w:p w14:paraId="6244C084" w14:textId="77777777" w:rsidR="00EF6539" w:rsidRDefault="00000000">
            <w:pPr>
              <w:rPr>
                <w:rFonts w:hint="eastAsia"/>
              </w:rPr>
            </w:pPr>
            <w:r>
              <w:rPr>
                <w:rFonts w:eastAsia="Sans Serif"/>
              </w:rPr>
              <w:t>Rumbelės kampas</w:t>
            </w:r>
          </w:p>
        </w:tc>
        <w:tc>
          <w:tcPr>
            <w:tcW w:w="1292" w:type="dxa"/>
          </w:tcPr>
          <w:p w14:paraId="029A719B" w14:textId="77777777" w:rsidR="00EF6539" w:rsidRDefault="00000000">
            <w:pPr>
              <w:rPr>
                <w:rFonts w:hint="eastAsia"/>
              </w:rPr>
            </w:pPr>
            <w:r>
              <w:rPr>
                <w:rFonts w:eastAsia="Sans Serif"/>
              </w:rPr>
              <w:t>weld toe angle</w:t>
            </w:r>
          </w:p>
        </w:tc>
        <w:tc>
          <w:tcPr>
            <w:tcW w:w="1292" w:type="dxa"/>
          </w:tcPr>
          <w:p w14:paraId="7A04FF21" w14:textId="77777777" w:rsidR="00EF6539" w:rsidRDefault="00000000">
            <w:pPr>
              <w:rPr>
                <w:rFonts w:hint="eastAsia"/>
              </w:rPr>
            </w:pPr>
            <w:r>
              <w:rPr>
                <w:rFonts w:eastAsia="Sans Serif"/>
              </w:rPr>
              <w:t>angle de raccordement</w:t>
            </w:r>
          </w:p>
        </w:tc>
        <w:tc>
          <w:tcPr>
            <w:tcW w:w="1292" w:type="dxa"/>
          </w:tcPr>
          <w:p w14:paraId="2CBC7B32" w14:textId="77777777" w:rsidR="00EF6539" w:rsidRDefault="00000000">
            <w:pPr>
              <w:rPr>
                <w:rFonts w:hint="eastAsia"/>
              </w:rPr>
            </w:pPr>
            <w:r>
              <w:rPr>
                <w:rFonts w:eastAsia="Sans Serif"/>
              </w:rPr>
              <w:t>Nahtwinkel</w:t>
            </w:r>
          </w:p>
        </w:tc>
      </w:tr>
      <w:tr w:rsidR="00EF6539" w14:paraId="0CCD2494" w14:textId="77777777" w:rsidTr="00B354BF">
        <w:trPr>
          <w:trHeight w:val="268"/>
        </w:trPr>
        <w:tc>
          <w:tcPr>
            <w:tcW w:w="1293" w:type="dxa"/>
          </w:tcPr>
          <w:p w14:paraId="7E97EDB6" w14:textId="77777777" w:rsidR="00EF6539" w:rsidRDefault="00000000">
            <w:pPr>
              <w:rPr>
                <w:rFonts w:hint="eastAsia"/>
              </w:rPr>
            </w:pPr>
            <w:r>
              <w:rPr>
                <w:rFonts w:eastAsia="Sans Serif"/>
              </w:rPr>
              <w:t>17</w:t>
            </w:r>
          </w:p>
        </w:tc>
        <w:tc>
          <w:tcPr>
            <w:tcW w:w="1292" w:type="dxa"/>
          </w:tcPr>
          <w:p w14:paraId="258749BE" w14:textId="77777777" w:rsidR="00EF6539" w:rsidRDefault="00000000">
            <w:pPr>
              <w:rPr>
                <w:rFonts w:hint="eastAsia"/>
              </w:rPr>
            </w:pPr>
            <w:r>
              <w:rPr>
                <w:rFonts w:eastAsia="Sans Serif"/>
              </w:rPr>
              <w:t>Siūlės ilgis</w:t>
            </w:r>
          </w:p>
        </w:tc>
        <w:tc>
          <w:tcPr>
            <w:tcW w:w="1292" w:type="dxa"/>
          </w:tcPr>
          <w:p w14:paraId="5224C3C8" w14:textId="77777777" w:rsidR="00EF6539" w:rsidRDefault="00000000">
            <w:pPr>
              <w:rPr>
                <w:rFonts w:hint="eastAsia"/>
              </w:rPr>
            </w:pPr>
            <w:r>
              <w:rPr>
                <w:rFonts w:eastAsia="Sans Serif"/>
              </w:rPr>
              <w:t>weld length</w:t>
            </w:r>
          </w:p>
        </w:tc>
        <w:tc>
          <w:tcPr>
            <w:tcW w:w="1292" w:type="dxa"/>
          </w:tcPr>
          <w:p w14:paraId="6777AD9D" w14:textId="77777777" w:rsidR="00EF6539" w:rsidRDefault="00000000">
            <w:pPr>
              <w:rPr>
                <w:rFonts w:hint="eastAsia"/>
              </w:rPr>
            </w:pPr>
            <w:r>
              <w:rPr>
                <w:rFonts w:eastAsia="Sans Serif"/>
              </w:rPr>
              <w:t>longueur de la soudure</w:t>
            </w:r>
          </w:p>
        </w:tc>
        <w:tc>
          <w:tcPr>
            <w:tcW w:w="1292" w:type="dxa"/>
          </w:tcPr>
          <w:p w14:paraId="754C57B1" w14:textId="77777777" w:rsidR="00EF6539" w:rsidRDefault="00000000">
            <w:pPr>
              <w:rPr>
                <w:rFonts w:hint="eastAsia"/>
              </w:rPr>
            </w:pPr>
            <w:r>
              <w:rPr>
                <w:rFonts w:eastAsia="Sans Serif"/>
              </w:rPr>
              <w:t>Nahtlänge</w:t>
            </w:r>
          </w:p>
        </w:tc>
      </w:tr>
      <w:tr w:rsidR="00EF6539" w14:paraId="04DE0081" w14:textId="77777777" w:rsidTr="00B354BF">
        <w:trPr>
          <w:trHeight w:val="268"/>
        </w:trPr>
        <w:tc>
          <w:tcPr>
            <w:tcW w:w="1293" w:type="dxa"/>
          </w:tcPr>
          <w:p w14:paraId="3500FE3C" w14:textId="77777777" w:rsidR="00EF6539" w:rsidRDefault="00000000">
            <w:pPr>
              <w:rPr>
                <w:rFonts w:hint="eastAsia"/>
              </w:rPr>
            </w:pPr>
            <w:r>
              <w:rPr>
                <w:rFonts w:eastAsia="Sans Serif"/>
              </w:rPr>
              <w:t>18</w:t>
            </w:r>
          </w:p>
        </w:tc>
        <w:tc>
          <w:tcPr>
            <w:tcW w:w="1292" w:type="dxa"/>
          </w:tcPr>
          <w:p w14:paraId="02260DAE" w14:textId="77777777" w:rsidR="00EF6539" w:rsidRDefault="00000000">
            <w:pPr>
              <w:rPr>
                <w:rFonts w:hint="eastAsia"/>
              </w:rPr>
            </w:pPr>
            <w:r>
              <w:rPr>
                <w:rFonts w:eastAsia="Sans Serif"/>
              </w:rPr>
              <w:t>Žvynuotasis siūlės paviršius</w:t>
            </w:r>
          </w:p>
        </w:tc>
        <w:tc>
          <w:tcPr>
            <w:tcW w:w="1292" w:type="dxa"/>
          </w:tcPr>
          <w:p w14:paraId="08E78370" w14:textId="77777777" w:rsidR="00EF6539" w:rsidRDefault="00000000">
            <w:pPr>
              <w:rPr>
                <w:rFonts w:hint="eastAsia"/>
              </w:rPr>
            </w:pPr>
            <w:r>
              <w:rPr>
                <w:rFonts w:eastAsia="Sans Serif"/>
              </w:rPr>
              <w:t>weld surface with bead ripples</w:t>
            </w:r>
          </w:p>
        </w:tc>
        <w:tc>
          <w:tcPr>
            <w:tcW w:w="1292" w:type="dxa"/>
          </w:tcPr>
          <w:p w14:paraId="34AA0E25" w14:textId="77777777" w:rsidR="00EF6539" w:rsidRDefault="00000000">
            <w:pPr>
              <w:rPr>
                <w:rFonts w:hint="eastAsia"/>
              </w:rPr>
            </w:pPr>
            <w:r>
              <w:rPr>
                <w:rFonts w:eastAsia="Sans Serif"/>
              </w:rPr>
              <w:t>surface de la soudure avec vagues de solidification</w:t>
            </w:r>
          </w:p>
        </w:tc>
        <w:tc>
          <w:tcPr>
            <w:tcW w:w="1292" w:type="dxa"/>
          </w:tcPr>
          <w:p w14:paraId="7AED8396" w14:textId="77777777" w:rsidR="00EF6539" w:rsidRDefault="00000000">
            <w:pPr>
              <w:rPr>
                <w:rFonts w:hint="eastAsia"/>
              </w:rPr>
            </w:pPr>
            <w:r>
              <w:rPr>
                <w:rFonts w:eastAsia="Sans Serif"/>
              </w:rPr>
              <w:t>Nahtoberfläche mit Schuppung</w:t>
            </w:r>
          </w:p>
        </w:tc>
      </w:tr>
      <w:tr w:rsidR="00EF6539" w14:paraId="58BCAA87" w14:textId="77777777" w:rsidTr="00B354BF">
        <w:trPr>
          <w:trHeight w:val="268"/>
        </w:trPr>
        <w:tc>
          <w:tcPr>
            <w:tcW w:w="1293" w:type="dxa"/>
          </w:tcPr>
          <w:p w14:paraId="53C5F90E" w14:textId="77777777" w:rsidR="00EF6539" w:rsidRDefault="00000000">
            <w:pPr>
              <w:rPr>
                <w:rFonts w:hint="eastAsia"/>
              </w:rPr>
            </w:pPr>
            <w:r>
              <w:rPr>
                <w:rFonts w:eastAsia="Sans Serif"/>
              </w:rPr>
              <w:t>19</w:t>
            </w:r>
          </w:p>
        </w:tc>
        <w:tc>
          <w:tcPr>
            <w:tcW w:w="1292" w:type="dxa"/>
          </w:tcPr>
          <w:p w14:paraId="6CF05DA8" w14:textId="77777777" w:rsidR="00EF6539" w:rsidRDefault="00000000">
            <w:pPr>
              <w:rPr>
                <w:rFonts w:hint="eastAsia"/>
              </w:rPr>
            </w:pPr>
            <w:r>
              <w:rPr>
                <w:rFonts w:eastAsia="Sans Serif"/>
              </w:rPr>
              <w:t>Sakniės rumbelės plotis</w:t>
            </w:r>
          </w:p>
        </w:tc>
        <w:tc>
          <w:tcPr>
            <w:tcW w:w="1292" w:type="dxa"/>
          </w:tcPr>
          <w:p w14:paraId="5C45F27C" w14:textId="77777777" w:rsidR="00EF6539" w:rsidRDefault="00000000">
            <w:pPr>
              <w:rPr>
                <w:rFonts w:hint="eastAsia"/>
              </w:rPr>
            </w:pPr>
            <w:r>
              <w:rPr>
                <w:rFonts w:eastAsia="Sans Serif"/>
              </w:rPr>
              <w:t>root width</w:t>
            </w:r>
          </w:p>
        </w:tc>
        <w:tc>
          <w:tcPr>
            <w:tcW w:w="1292" w:type="dxa"/>
          </w:tcPr>
          <w:p w14:paraId="02747404" w14:textId="77777777" w:rsidR="00EF6539" w:rsidRDefault="00000000">
            <w:pPr>
              <w:rPr>
                <w:rFonts w:hint="eastAsia"/>
              </w:rPr>
            </w:pPr>
            <w:r>
              <w:rPr>
                <w:rFonts w:eastAsia="Sans Serif"/>
              </w:rPr>
              <w:t>largeur du cordon à la racine</w:t>
            </w:r>
          </w:p>
        </w:tc>
        <w:tc>
          <w:tcPr>
            <w:tcW w:w="1292" w:type="dxa"/>
          </w:tcPr>
          <w:p w14:paraId="48935F52" w14:textId="77777777" w:rsidR="00EF6539" w:rsidRDefault="00000000">
            <w:pPr>
              <w:rPr>
                <w:rFonts w:hint="eastAsia"/>
              </w:rPr>
            </w:pPr>
            <w:r>
              <w:rPr>
                <w:rFonts w:eastAsia="Sans Serif"/>
              </w:rPr>
              <w:t>Wurzelbreite</w:t>
            </w:r>
          </w:p>
        </w:tc>
      </w:tr>
      <w:tr w:rsidR="00EF6539" w14:paraId="4E206247" w14:textId="77777777" w:rsidTr="00B354BF">
        <w:trPr>
          <w:trHeight w:val="268"/>
        </w:trPr>
        <w:tc>
          <w:tcPr>
            <w:tcW w:w="1293" w:type="dxa"/>
          </w:tcPr>
          <w:p w14:paraId="58E6D070" w14:textId="77777777" w:rsidR="00EF6539" w:rsidRDefault="00EF6539">
            <w:pPr>
              <w:rPr>
                <w:rFonts w:hint="eastAsia"/>
              </w:rPr>
            </w:pPr>
          </w:p>
        </w:tc>
        <w:tc>
          <w:tcPr>
            <w:tcW w:w="1292" w:type="dxa"/>
          </w:tcPr>
          <w:p w14:paraId="29D738E6" w14:textId="77777777" w:rsidR="00EF6539" w:rsidRDefault="00000000">
            <w:pPr>
              <w:rPr>
                <w:rFonts w:hint="eastAsia"/>
              </w:rPr>
            </w:pPr>
            <w:r>
              <w:rPr>
                <w:rFonts w:eastAsia="Sans Serif"/>
              </w:rPr>
              <w:t>Žr. 4 skyrių - lygiagreičių terminų vartimas</w:t>
            </w:r>
          </w:p>
        </w:tc>
        <w:tc>
          <w:tcPr>
            <w:tcW w:w="1292" w:type="dxa"/>
          </w:tcPr>
          <w:p w14:paraId="40AE8BB9" w14:textId="77777777" w:rsidR="00EF6539" w:rsidRDefault="00000000">
            <w:pPr>
              <w:rPr>
                <w:rFonts w:hint="eastAsia"/>
              </w:rPr>
            </w:pPr>
            <w:r>
              <w:rPr>
                <w:rFonts w:eastAsia="Sans Serif"/>
              </w:rPr>
              <w:t>See clause 4, use of equivalent terms</w:t>
            </w:r>
          </w:p>
        </w:tc>
        <w:tc>
          <w:tcPr>
            <w:tcW w:w="1292" w:type="dxa"/>
          </w:tcPr>
          <w:p w14:paraId="03330C95" w14:textId="77777777" w:rsidR="00EF6539" w:rsidRDefault="00000000">
            <w:pPr>
              <w:rPr>
                <w:rFonts w:hint="eastAsia"/>
              </w:rPr>
            </w:pPr>
            <w:r>
              <w:rPr>
                <w:rFonts w:eastAsia="Sans Serif"/>
              </w:rPr>
              <w:t>Voir article 4, usage des termes équivalents</w:t>
            </w:r>
          </w:p>
        </w:tc>
        <w:tc>
          <w:tcPr>
            <w:tcW w:w="1292" w:type="dxa"/>
          </w:tcPr>
          <w:p w14:paraId="58765179" w14:textId="77777777" w:rsidR="00EF6539" w:rsidRDefault="00000000">
            <w:pPr>
              <w:rPr>
                <w:rFonts w:hint="eastAsia"/>
              </w:rPr>
            </w:pPr>
            <w:r>
              <w:rPr>
                <w:rFonts w:eastAsia="Sans Serif"/>
              </w:rPr>
              <w:t>Siehe Abschnitt 4, Verwendung gleichwertiger Begriffe</w:t>
            </w:r>
          </w:p>
        </w:tc>
      </w:tr>
    </w:tbl>
    <w:p w14:paraId="1A1CEED7" w14:textId="743E0548" w:rsidR="00EF6539" w:rsidRDefault="00EF6539">
      <w:pPr>
        <w:spacing w:after="0"/>
        <w:rPr>
          <w:rFonts w:hint="eastAsia"/>
        </w:rPr>
      </w:pPr>
    </w:p>
    <w:p w14:paraId="63035B23" w14:textId="77777777" w:rsidR="00EF6539" w:rsidRDefault="00770422">
      <w:pPr>
        <w:spacing w:after="0"/>
        <w:rPr>
          <w:rFonts w:hint="eastAsia"/>
        </w:rPr>
      </w:pPr>
      <w:r>
        <w:rPr>
          <w:rFonts w:hint="eastAsia"/>
        </w:rPr>
        <w:pict w14:anchorId="7E494CD4">
          <v:shape id="_x0000_s1028" type="#_x0000_t202" alt="" style="position:absolute;margin-left:61.65pt;margin-top:239.8pt;width:143.1pt;height:10.8pt;z-index:25166540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9EB8D82" w14:textId="77777777" w:rsidR="00EF6539" w:rsidRDefault="00000000">
                  <w:pPr>
                    <w:rPr>
                      <w:rFonts w:hint="eastAsia"/>
                    </w:rPr>
                  </w:pPr>
                  <w:r>
                    <w:rPr>
                      <w:rFonts w:eastAsia="Sans Serif"/>
                    </w:rPr>
                    <w:t>8 lentelė. Kampinių siūlių storis. Terminai.</w:t>
                  </w:r>
                </w:p>
              </w:txbxContent>
            </v:textbox>
            <w10:wrap anchorx="page" anchory="page"/>
          </v:shape>
        </w:pict>
      </w:r>
    </w:p>
    <w:tbl>
      <w:tblPr>
        <w:tblStyle w:val="TableGrid"/>
        <w:tblpPr w:vertAnchor="page" w:horzAnchor="page" w:tblpX="1233" w:tblpY="8621"/>
        <w:tblW w:w="6775" w:type="dxa"/>
        <w:tblLayout w:type="fixed"/>
        <w:tblLook w:val="04A0" w:firstRow="1" w:lastRow="0" w:firstColumn="1" w:lastColumn="0" w:noHBand="0" w:noVBand="1"/>
      </w:tblPr>
      <w:tblGrid>
        <w:gridCol w:w="1355"/>
        <w:gridCol w:w="1355"/>
        <w:gridCol w:w="1355"/>
        <w:gridCol w:w="1355"/>
        <w:gridCol w:w="1355"/>
      </w:tblGrid>
      <w:tr w:rsidR="00B354BF" w14:paraId="6E4BE7A3" w14:textId="77777777" w:rsidTr="00B354BF">
        <w:trPr>
          <w:trHeight w:val="312"/>
        </w:trPr>
        <w:tc>
          <w:tcPr>
            <w:tcW w:w="1355" w:type="dxa"/>
          </w:tcPr>
          <w:p w14:paraId="2CE9DF60" w14:textId="77777777" w:rsidR="00B354BF" w:rsidRDefault="00B354BF" w:rsidP="00B354BF">
            <w:pPr>
              <w:rPr>
                <w:rFonts w:hint="eastAsia"/>
              </w:rPr>
            </w:pPr>
            <w:r>
              <w:rPr>
                <w:rFonts w:eastAsia="Sans Serif"/>
              </w:rPr>
              <w:t>Nuoro</w:t>
            </w:r>
          </w:p>
        </w:tc>
        <w:tc>
          <w:tcPr>
            <w:tcW w:w="1355" w:type="dxa"/>
          </w:tcPr>
          <w:p w14:paraId="232B3A8C" w14:textId="77777777" w:rsidR="00B354BF" w:rsidRDefault="00B354BF" w:rsidP="00B354BF">
            <w:pPr>
              <w:rPr>
                <w:rFonts w:hint="eastAsia"/>
              </w:rPr>
            </w:pPr>
            <w:r>
              <w:rPr>
                <w:rFonts w:eastAsia="Sans Serif"/>
              </w:rPr>
              <w:t>Lietuviškai</w:t>
            </w:r>
          </w:p>
        </w:tc>
        <w:tc>
          <w:tcPr>
            <w:tcW w:w="1355" w:type="dxa"/>
          </w:tcPr>
          <w:p w14:paraId="4C71CA13" w14:textId="77777777" w:rsidR="00B354BF" w:rsidRDefault="00B354BF" w:rsidP="00B354BF">
            <w:pPr>
              <w:rPr>
                <w:rFonts w:hint="eastAsia"/>
              </w:rPr>
            </w:pPr>
            <w:r>
              <w:rPr>
                <w:rFonts w:eastAsia="Sans Serif"/>
              </w:rPr>
              <w:t>English</w:t>
            </w:r>
          </w:p>
        </w:tc>
        <w:tc>
          <w:tcPr>
            <w:tcW w:w="1355" w:type="dxa"/>
          </w:tcPr>
          <w:p w14:paraId="4462241A" w14:textId="77777777" w:rsidR="00B354BF" w:rsidRDefault="00B354BF" w:rsidP="00B354BF">
            <w:pPr>
              <w:rPr>
                <w:rFonts w:hint="eastAsia"/>
              </w:rPr>
            </w:pPr>
            <w:r>
              <w:rPr>
                <w:rFonts w:eastAsia="Sans Serif"/>
              </w:rPr>
              <w:t>Français</w:t>
            </w:r>
          </w:p>
        </w:tc>
        <w:tc>
          <w:tcPr>
            <w:tcW w:w="1355" w:type="dxa"/>
          </w:tcPr>
          <w:p w14:paraId="040FD430" w14:textId="77777777" w:rsidR="00B354BF" w:rsidRDefault="00B354BF" w:rsidP="00B354BF">
            <w:pPr>
              <w:rPr>
                <w:rFonts w:hint="eastAsia"/>
              </w:rPr>
            </w:pPr>
            <w:r>
              <w:rPr>
                <w:rFonts w:eastAsia="Sans Serif"/>
              </w:rPr>
              <w:t>Deutsch</w:t>
            </w:r>
          </w:p>
        </w:tc>
      </w:tr>
      <w:tr w:rsidR="00B354BF" w14:paraId="77C0A944" w14:textId="77777777" w:rsidTr="00B354BF">
        <w:trPr>
          <w:trHeight w:val="312"/>
        </w:trPr>
        <w:tc>
          <w:tcPr>
            <w:tcW w:w="1355" w:type="dxa"/>
          </w:tcPr>
          <w:p w14:paraId="71024CE0" w14:textId="77777777" w:rsidR="00B354BF" w:rsidRDefault="00B354BF" w:rsidP="00B354BF">
            <w:pPr>
              <w:rPr>
                <w:rFonts w:hint="eastAsia"/>
              </w:rPr>
            </w:pPr>
            <w:r>
              <w:rPr>
                <w:rFonts w:eastAsia="Sans Serif"/>
              </w:rPr>
              <w:t>12</w:t>
            </w:r>
          </w:p>
        </w:tc>
        <w:tc>
          <w:tcPr>
            <w:tcW w:w="1355" w:type="dxa"/>
          </w:tcPr>
          <w:p w14:paraId="004C268A" w14:textId="77777777" w:rsidR="00B354BF" w:rsidRDefault="00B354BF" w:rsidP="00B354BF">
            <w:pPr>
              <w:rPr>
                <w:rFonts w:hint="eastAsia"/>
              </w:rPr>
            </w:pPr>
            <w:r>
              <w:rPr>
                <w:rFonts w:eastAsia="Sans Serif"/>
              </w:rPr>
              <w:t>Didžiausiasis siūlės storis</w:t>
            </w:r>
          </w:p>
        </w:tc>
        <w:tc>
          <w:tcPr>
            <w:tcW w:w="1355" w:type="dxa"/>
          </w:tcPr>
          <w:p w14:paraId="046F24AC" w14:textId="77777777" w:rsidR="00B354BF" w:rsidRDefault="00B354BF" w:rsidP="00B354BF">
            <w:pPr>
              <w:rPr>
                <w:rFonts w:hint="eastAsia"/>
              </w:rPr>
            </w:pPr>
            <w:r>
              <w:rPr>
                <w:rFonts w:eastAsia="Sans Serif"/>
              </w:rPr>
              <w:t>maximum throat thickness</w:t>
            </w:r>
          </w:p>
        </w:tc>
        <w:tc>
          <w:tcPr>
            <w:tcW w:w="1355" w:type="dxa"/>
          </w:tcPr>
          <w:p w14:paraId="36DE983A" w14:textId="77777777" w:rsidR="00B354BF" w:rsidRDefault="00B354BF" w:rsidP="00B354BF">
            <w:pPr>
              <w:rPr>
                <w:rFonts w:hint="eastAsia"/>
              </w:rPr>
            </w:pPr>
            <w:r>
              <w:rPr>
                <w:rFonts w:eastAsia="Sans Serif"/>
              </w:rPr>
              <w:t>gorge totale</w:t>
            </w:r>
          </w:p>
        </w:tc>
        <w:tc>
          <w:tcPr>
            <w:tcW w:w="1355" w:type="dxa"/>
          </w:tcPr>
          <w:p w14:paraId="1482C4B2" w14:textId="77777777" w:rsidR="00B354BF" w:rsidRDefault="00B354BF" w:rsidP="00B354BF">
            <w:pPr>
              <w:rPr>
                <w:rFonts w:hint="eastAsia"/>
              </w:rPr>
            </w:pPr>
            <w:r>
              <w:rPr>
                <w:rFonts w:eastAsia="Sans Serif"/>
              </w:rPr>
              <w:t>Gesamt Nahtdicke</w:t>
            </w:r>
          </w:p>
        </w:tc>
      </w:tr>
      <w:tr w:rsidR="00B354BF" w14:paraId="118E6B52" w14:textId="77777777" w:rsidTr="00B354BF">
        <w:trPr>
          <w:trHeight w:val="312"/>
        </w:trPr>
        <w:tc>
          <w:tcPr>
            <w:tcW w:w="1355" w:type="dxa"/>
          </w:tcPr>
          <w:p w14:paraId="352A9648" w14:textId="77777777" w:rsidR="00B354BF" w:rsidRDefault="00B354BF" w:rsidP="00B354BF">
            <w:pPr>
              <w:rPr>
                <w:rFonts w:hint="eastAsia"/>
              </w:rPr>
            </w:pPr>
            <w:r>
              <w:rPr>
                <w:rFonts w:eastAsia="Sans Serif"/>
              </w:rPr>
              <w:t>13</w:t>
            </w:r>
          </w:p>
        </w:tc>
        <w:tc>
          <w:tcPr>
            <w:tcW w:w="1355" w:type="dxa"/>
          </w:tcPr>
          <w:p w14:paraId="3DD4164F" w14:textId="77777777" w:rsidR="00B354BF" w:rsidRDefault="00B354BF" w:rsidP="00B354BF">
            <w:pPr>
              <w:rPr>
                <w:rFonts w:hint="eastAsia"/>
              </w:rPr>
            </w:pPr>
            <w:r>
              <w:rPr>
                <w:rFonts w:eastAsia="Sans Serif"/>
              </w:rPr>
              <w:t>Projektinis siūlės storis</w:t>
            </w:r>
          </w:p>
        </w:tc>
        <w:tc>
          <w:tcPr>
            <w:tcW w:w="1355" w:type="dxa"/>
          </w:tcPr>
          <w:p w14:paraId="0C68997D" w14:textId="77777777" w:rsidR="00B354BF" w:rsidRDefault="00B354BF" w:rsidP="00B354BF">
            <w:pPr>
              <w:rPr>
                <w:rFonts w:hint="eastAsia"/>
              </w:rPr>
            </w:pPr>
            <w:r>
              <w:rPr>
                <w:rFonts w:eastAsia="Sans Serif"/>
              </w:rPr>
              <w:t>design throat thickness</w:t>
            </w:r>
          </w:p>
        </w:tc>
        <w:tc>
          <w:tcPr>
            <w:tcW w:w="1355" w:type="dxa"/>
          </w:tcPr>
          <w:p w14:paraId="23D4FA26" w14:textId="77777777" w:rsidR="00B354BF" w:rsidRDefault="00B354BF" w:rsidP="00B354BF">
            <w:pPr>
              <w:rPr>
                <w:rFonts w:hint="eastAsia"/>
              </w:rPr>
            </w:pPr>
            <w:r>
              <w:rPr>
                <w:rFonts w:eastAsia="Sans Serif"/>
              </w:rPr>
              <w:t>gorge théorique</w:t>
            </w:r>
          </w:p>
        </w:tc>
        <w:tc>
          <w:tcPr>
            <w:tcW w:w="1355" w:type="dxa"/>
          </w:tcPr>
          <w:p w14:paraId="3C8D3DF3" w14:textId="77777777" w:rsidR="00B354BF" w:rsidRDefault="00B354BF" w:rsidP="00B354BF">
            <w:pPr>
              <w:rPr>
                <w:rFonts w:hint="eastAsia"/>
              </w:rPr>
            </w:pPr>
            <w:r>
              <w:rPr>
                <w:rFonts w:eastAsia="Sans Serif"/>
              </w:rPr>
              <w:t>Sollnahtdicke</w:t>
            </w:r>
          </w:p>
        </w:tc>
      </w:tr>
      <w:tr w:rsidR="00B354BF" w14:paraId="2A0AEC57" w14:textId="77777777" w:rsidTr="00B354BF">
        <w:trPr>
          <w:trHeight w:val="312"/>
        </w:trPr>
        <w:tc>
          <w:tcPr>
            <w:tcW w:w="1355" w:type="dxa"/>
          </w:tcPr>
          <w:p w14:paraId="1FB7ECAD" w14:textId="77777777" w:rsidR="00B354BF" w:rsidRDefault="00B354BF" w:rsidP="00B354BF">
            <w:pPr>
              <w:rPr>
                <w:rFonts w:hint="eastAsia"/>
              </w:rPr>
            </w:pPr>
            <w:r>
              <w:rPr>
                <w:rFonts w:eastAsia="Sans Serif"/>
              </w:rPr>
              <w:t>14</w:t>
            </w:r>
          </w:p>
        </w:tc>
        <w:tc>
          <w:tcPr>
            <w:tcW w:w="1355" w:type="dxa"/>
          </w:tcPr>
          <w:p w14:paraId="6DFF720D" w14:textId="77777777" w:rsidR="00B354BF" w:rsidRDefault="00B354BF" w:rsidP="00B354BF">
            <w:pPr>
              <w:rPr>
                <w:rFonts w:hint="eastAsia"/>
              </w:rPr>
            </w:pPr>
            <w:r>
              <w:rPr>
                <w:rFonts w:eastAsia="Sans Serif"/>
              </w:rPr>
              <w:t>Realus siūlės storis</w:t>
            </w:r>
          </w:p>
        </w:tc>
        <w:tc>
          <w:tcPr>
            <w:tcW w:w="1355" w:type="dxa"/>
          </w:tcPr>
          <w:p w14:paraId="7BC74851" w14:textId="77777777" w:rsidR="00B354BF" w:rsidRDefault="00B354BF" w:rsidP="00B354BF">
            <w:pPr>
              <w:rPr>
                <w:rFonts w:hint="eastAsia"/>
              </w:rPr>
            </w:pPr>
            <w:r>
              <w:rPr>
                <w:rFonts w:eastAsia="Sans Serif"/>
              </w:rPr>
              <w:t>actual throat thickness</w:t>
            </w:r>
          </w:p>
        </w:tc>
        <w:tc>
          <w:tcPr>
            <w:tcW w:w="1355" w:type="dxa"/>
          </w:tcPr>
          <w:p w14:paraId="272E4556" w14:textId="77777777" w:rsidR="00B354BF" w:rsidRDefault="00B354BF" w:rsidP="00B354BF">
            <w:pPr>
              <w:rPr>
                <w:rFonts w:hint="eastAsia"/>
              </w:rPr>
            </w:pPr>
            <w:r>
              <w:rPr>
                <w:rFonts w:eastAsia="Sans Serif"/>
              </w:rPr>
              <w:t>gorge réelle</w:t>
            </w:r>
          </w:p>
        </w:tc>
        <w:tc>
          <w:tcPr>
            <w:tcW w:w="1355" w:type="dxa"/>
          </w:tcPr>
          <w:p w14:paraId="3526BC19" w14:textId="77777777" w:rsidR="00B354BF" w:rsidRDefault="00B354BF" w:rsidP="00B354BF">
            <w:pPr>
              <w:rPr>
                <w:rFonts w:hint="eastAsia"/>
              </w:rPr>
            </w:pPr>
            <w:r>
              <w:rPr>
                <w:rFonts w:eastAsia="Sans Serif"/>
              </w:rPr>
              <w:t>tatsächliche Nahtdicke (Istnahtdicke);</w:t>
            </w:r>
          </w:p>
        </w:tc>
      </w:tr>
      <w:tr w:rsidR="00B354BF" w14:paraId="0CDB2494" w14:textId="77777777" w:rsidTr="00B354BF">
        <w:trPr>
          <w:trHeight w:val="312"/>
        </w:trPr>
        <w:tc>
          <w:tcPr>
            <w:tcW w:w="1355" w:type="dxa"/>
          </w:tcPr>
          <w:p w14:paraId="0019969B" w14:textId="77777777" w:rsidR="00B354BF" w:rsidRDefault="00B354BF" w:rsidP="00B354BF">
            <w:pPr>
              <w:rPr>
                <w:rFonts w:hint="eastAsia"/>
              </w:rPr>
            </w:pPr>
            <w:r>
              <w:rPr>
                <w:rFonts w:eastAsia="Sans Serif"/>
              </w:rPr>
              <w:t>15</w:t>
            </w:r>
          </w:p>
        </w:tc>
        <w:tc>
          <w:tcPr>
            <w:tcW w:w="1355" w:type="dxa"/>
          </w:tcPr>
          <w:p w14:paraId="70B37958" w14:textId="77777777" w:rsidR="00B354BF" w:rsidRDefault="00B354BF" w:rsidP="00B354BF">
            <w:pPr>
              <w:rPr>
                <w:rFonts w:hint="eastAsia"/>
              </w:rPr>
            </w:pPr>
            <w:r>
              <w:rPr>
                <w:rFonts w:eastAsia="Sans Serif"/>
              </w:rPr>
              <w:t>Efektyvusis siūlės storis</w:t>
            </w:r>
          </w:p>
        </w:tc>
        <w:tc>
          <w:tcPr>
            <w:tcW w:w="1355" w:type="dxa"/>
          </w:tcPr>
          <w:p w14:paraId="30431849" w14:textId="77777777" w:rsidR="00B354BF" w:rsidRDefault="00B354BF" w:rsidP="00B354BF">
            <w:pPr>
              <w:rPr>
                <w:rFonts w:hint="eastAsia"/>
              </w:rPr>
            </w:pPr>
            <w:r>
              <w:rPr>
                <w:rFonts w:eastAsia="Sans Serif"/>
              </w:rPr>
              <w:t>effective throat thickness</w:t>
            </w:r>
          </w:p>
        </w:tc>
        <w:tc>
          <w:tcPr>
            <w:tcW w:w="1355" w:type="dxa"/>
          </w:tcPr>
          <w:p w14:paraId="19077E9D" w14:textId="77777777" w:rsidR="00B354BF" w:rsidRDefault="00B354BF" w:rsidP="00B354BF">
            <w:pPr>
              <w:rPr>
                <w:rFonts w:hint="eastAsia"/>
              </w:rPr>
            </w:pPr>
            <w:r>
              <w:rPr>
                <w:rFonts w:eastAsia="Sans Serif"/>
              </w:rPr>
              <w:t>gorge efficace</w:t>
            </w:r>
          </w:p>
        </w:tc>
        <w:tc>
          <w:tcPr>
            <w:tcW w:w="1355" w:type="dxa"/>
          </w:tcPr>
          <w:p w14:paraId="4F911B8F" w14:textId="77777777" w:rsidR="00B354BF" w:rsidRDefault="00B354BF" w:rsidP="00B354BF">
            <w:pPr>
              <w:rPr>
                <w:rFonts w:hint="eastAsia"/>
              </w:rPr>
            </w:pPr>
            <w:r>
              <w:rPr>
                <w:rFonts w:eastAsia="Sans Serif"/>
              </w:rPr>
              <w:t>wirksame Nahtdicke</w:t>
            </w:r>
          </w:p>
        </w:tc>
      </w:tr>
    </w:tbl>
    <w:p w14:paraId="12CC2DED" w14:textId="0A5D9D3C" w:rsidR="00EF6539" w:rsidRDefault="00EF6539">
      <w:pPr>
        <w:spacing w:after="0"/>
        <w:rPr>
          <w:rFonts w:hint="eastAsia"/>
        </w:rPr>
      </w:pPr>
    </w:p>
    <w:p w14:paraId="3E0A9944" w14:textId="77777777" w:rsidR="00EF6539" w:rsidRDefault="00EF6539">
      <w:pPr>
        <w:rPr>
          <w:rFonts w:hint="eastAsia"/>
        </w:rPr>
        <w:sectPr w:rsidR="00EF6539">
          <w:pgSz w:w="16838" w:h="11906"/>
          <w:pgMar w:top="0" w:right="0" w:bottom="0" w:left="0" w:header="0" w:footer="0" w:gutter="0"/>
          <w:cols w:space="720"/>
          <w:docGrid w:linePitch="360"/>
        </w:sectPr>
      </w:pPr>
    </w:p>
    <w:p w14:paraId="37A69A13" w14:textId="77777777" w:rsidR="00EF6539" w:rsidRDefault="00EF6539">
      <w:pPr>
        <w:rPr>
          <w:rFonts w:hint="eastAsia"/>
        </w:rPr>
      </w:pPr>
    </w:p>
    <w:tbl>
      <w:tblPr>
        <w:tblStyle w:val="TableGrid"/>
        <w:tblpPr w:vertAnchor="page" w:horzAnchor="page" w:tblpX="9596" w:tblpY="1365"/>
        <w:tblW w:w="7032" w:type="dxa"/>
        <w:tblLayout w:type="fixed"/>
        <w:tblLook w:val="04A0" w:firstRow="1" w:lastRow="0" w:firstColumn="1" w:lastColumn="0" w:noHBand="0" w:noVBand="1"/>
      </w:tblPr>
      <w:tblGrid>
        <w:gridCol w:w="1407"/>
        <w:gridCol w:w="1407"/>
        <w:gridCol w:w="1406"/>
        <w:gridCol w:w="1406"/>
        <w:gridCol w:w="1406"/>
      </w:tblGrid>
      <w:tr w:rsidR="00EF6539" w14:paraId="0B05C19F" w14:textId="77777777">
        <w:trPr>
          <w:trHeight w:val="279"/>
        </w:trPr>
        <w:tc>
          <w:tcPr>
            <w:tcW w:w="1406" w:type="dxa"/>
          </w:tcPr>
          <w:p w14:paraId="0D71929D" w14:textId="77777777" w:rsidR="00EF6539" w:rsidRDefault="00000000">
            <w:pPr>
              <w:rPr>
                <w:rFonts w:hint="eastAsia"/>
              </w:rPr>
            </w:pPr>
            <w:r>
              <w:rPr>
                <w:rFonts w:eastAsia="Sans Serif"/>
              </w:rPr>
              <w:t>Nuoro-da</w:t>
            </w:r>
          </w:p>
        </w:tc>
        <w:tc>
          <w:tcPr>
            <w:tcW w:w="1406" w:type="dxa"/>
          </w:tcPr>
          <w:p w14:paraId="59123DFE" w14:textId="77777777" w:rsidR="00EF6539" w:rsidRDefault="00000000">
            <w:pPr>
              <w:rPr>
                <w:rFonts w:hint="eastAsia"/>
              </w:rPr>
            </w:pPr>
            <w:r>
              <w:rPr>
                <w:rFonts w:eastAsia="Sans Serif"/>
              </w:rPr>
              <w:t>Lietuviškai</w:t>
            </w:r>
          </w:p>
        </w:tc>
        <w:tc>
          <w:tcPr>
            <w:tcW w:w="1406" w:type="dxa"/>
          </w:tcPr>
          <w:p w14:paraId="2BE11284" w14:textId="77777777" w:rsidR="00EF6539" w:rsidRDefault="00000000">
            <w:pPr>
              <w:rPr>
                <w:rFonts w:hint="eastAsia"/>
              </w:rPr>
            </w:pPr>
            <w:r>
              <w:rPr>
                <w:rFonts w:eastAsia="Sans Serif"/>
              </w:rPr>
              <w:t>English</w:t>
            </w:r>
          </w:p>
        </w:tc>
        <w:tc>
          <w:tcPr>
            <w:tcW w:w="1406" w:type="dxa"/>
          </w:tcPr>
          <w:p w14:paraId="7490123D" w14:textId="77777777" w:rsidR="00EF6539" w:rsidRDefault="00000000">
            <w:pPr>
              <w:rPr>
                <w:rFonts w:hint="eastAsia"/>
              </w:rPr>
            </w:pPr>
            <w:r>
              <w:rPr>
                <w:rFonts w:eastAsia="Sans Serif"/>
              </w:rPr>
              <w:t>Français</w:t>
            </w:r>
          </w:p>
        </w:tc>
        <w:tc>
          <w:tcPr>
            <w:tcW w:w="1406" w:type="dxa"/>
          </w:tcPr>
          <w:p w14:paraId="5618A884" w14:textId="77777777" w:rsidR="00EF6539" w:rsidRDefault="00000000">
            <w:pPr>
              <w:rPr>
                <w:rFonts w:hint="eastAsia"/>
              </w:rPr>
            </w:pPr>
            <w:r>
              <w:rPr>
                <w:rFonts w:eastAsia="Sans Serif"/>
              </w:rPr>
              <w:t>Deutsch</w:t>
            </w:r>
          </w:p>
        </w:tc>
      </w:tr>
      <w:tr w:rsidR="00EF6539" w14:paraId="3ADF8E64" w14:textId="77777777">
        <w:trPr>
          <w:trHeight w:val="279"/>
        </w:trPr>
        <w:tc>
          <w:tcPr>
            <w:tcW w:w="1406" w:type="dxa"/>
          </w:tcPr>
          <w:p w14:paraId="76E1B94A" w14:textId="77777777" w:rsidR="00EF6539" w:rsidRDefault="00000000">
            <w:pPr>
              <w:rPr>
                <w:rFonts w:hint="eastAsia"/>
              </w:rPr>
            </w:pPr>
            <w:r>
              <w:rPr>
                <w:rFonts w:eastAsia="Sans Serif"/>
              </w:rPr>
              <w:t>5</w:t>
            </w:r>
          </w:p>
        </w:tc>
        <w:tc>
          <w:tcPr>
            <w:tcW w:w="1406" w:type="dxa"/>
          </w:tcPr>
          <w:p w14:paraId="4C8E457E" w14:textId="77777777" w:rsidR="00EF6539" w:rsidRDefault="00000000">
            <w:pPr>
              <w:rPr>
                <w:rFonts w:hint="eastAsia"/>
              </w:rPr>
            </w:pPr>
            <w:r>
              <w:rPr>
                <w:rFonts w:eastAsia="Sans Serif"/>
              </w:rPr>
              <w:t>Pralydymo gylis</w:t>
            </w:r>
          </w:p>
        </w:tc>
        <w:tc>
          <w:tcPr>
            <w:tcW w:w="1406" w:type="dxa"/>
          </w:tcPr>
          <w:p w14:paraId="090CC520" w14:textId="77777777" w:rsidR="00EF6539" w:rsidRDefault="00000000">
            <w:pPr>
              <w:rPr>
                <w:rFonts w:hint="eastAsia"/>
              </w:rPr>
            </w:pPr>
            <w:r>
              <w:rPr>
                <w:rFonts w:eastAsia="Sans Serif"/>
              </w:rPr>
              <w:t>fusion penetration</w:t>
            </w:r>
          </w:p>
        </w:tc>
        <w:tc>
          <w:tcPr>
            <w:tcW w:w="1406" w:type="dxa"/>
          </w:tcPr>
          <w:p w14:paraId="49F301A4" w14:textId="77777777" w:rsidR="00EF6539" w:rsidRDefault="00000000">
            <w:pPr>
              <w:rPr>
                <w:rFonts w:hint="eastAsia"/>
              </w:rPr>
            </w:pPr>
            <w:r>
              <w:rPr>
                <w:rFonts w:eastAsia="Sans Serif"/>
              </w:rPr>
              <w:t>pénétration</w:t>
            </w:r>
          </w:p>
        </w:tc>
        <w:tc>
          <w:tcPr>
            <w:tcW w:w="1406" w:type="dxa"/>
          </w:tcPr>
          <w:p w14:paraId="0A92C015" w14:textId="77777777" w:rsidR="00EF6539" w:rsidRDefault="00000000">
            <w:pPr>
              <w:rPr>
                <w:rFonts w:hint="eastAsia"/>
              </w:rPr>
            </w:pPr>
            <w:r>
              <w:rPr>
                <w:rFonts w:eastAsia="Sans Serif"/>
              </w:rPr>
              <w:t>Einbrand</w:t>
            </w:r>
          </w:p>
        </w:tc>
      </w:tr>
      <w:tr w:rsidR="00EF6539" w14:paraId="667E95CB" w14:textId="77777777">
        <w:trPr>
          <w:trHeight w:val="279"/>
        </w:trPr>
        <w:tc>
          <w:tcPr>
            <w:tcW w:w="1406" w:type="dxa"/>
          </w:tcPr>
          <w:p w14:paraId="2D6664FA" w14:textId="77777777" w:rsidR="00EF6539" w:rsidRDefault="00000000">
            <w:pPr>
              <w:rPr>
                <w:rFonts w:hint="eastAsia"/>
              </w:rPr>
            </w:pPr>
            <w:r>
              <w:rPr>
                <w:rFonts w:eastAsia="Sans Serif"/>
              </w:rPr>
              <w:t>10</w:t>
            </w:r>
          </w:p>
        </w:tc>
        <w:tc>
          <w:tcPr>
            <w:tcW w:w="1406" w:type="dxa"/>
          </w:tcPr>
          <w:p w14:paraId="4C3C8BB5" w14:textId="77777777" w:rsidR="00EF6539" w:rsidRDefault="00000000">
            <w:pPr>
              <w:rPr>
                <w:rFonts w:hint="eastAsia"/>
              </w:rPr>
            </w:pPr>
            <w:r>
              <w:rPr>
                <w:rFonts w:eastAsia="Sans Serif"/>
              </w:rPr>
              <w:t>Statinio aukštis</w:t>
            </w:r>
          </w:p>
        </w:tc>
        <w:tc>
          <w:tcPr>
            <w:tcW w:w="1406" w:type="dxa"/>
          </w:tcPr>
          <w:p w14:paraId="49C88422" w14:textId="77777777" w:rsidR="00EF6539" w:rsidRDefault="00000000">
            <w:pPr>
              <w:rPr>
                <w:rFonts w:hint="eastAsia"/>
              </w:rPr>
            </w:pPr>
            <w:r>
              <w:rPr>
                <w:rFonts w:eastAsia="Sans Serif"/>
              </w:rPr>
              <w:t>leg length</w:t>
            </w:r>
          </w:p>
        </w:tc>
        <w:tc>
          <w:tcPr>
            <w:tcW w:w="1406" w:type="dxa"/>
          </w:tcPr>
          <w:p w14:paraId="2C81DCFA" w14:textId="77777777" w:rsidR="00EF6539" w:rsidRDefault="00000000">
            <w:pPr>
              <w:rPr>
                <w:rFonts w:hint="eastAsia"/>
              </w:rPr>
            </w:pPr>
            <w:r>
              <w:rPr>
                <w:rFonts w:eastAsia="Sans Serif"/>
              </w:rPr>
              <w:t>côté</w:t>
            </w:r>
          </w:p>
        </w:tc>
        <w:tc>
          <w:tcPr>
            <w:tcW w:w="1406" w:type="dxa"/>
          </w:tcPr>
          <w:p w14:paraId="0D072762" w14:textId="77777777" w:rsidR="00EF6539" w:rsidRDefault="00000000">
            <w:pPr>
              <w:rPr>
                <w:rFonts w:hint="eastAsia"/>
              </w:rPr>
            </w:pPr>
            <w:r>
              <w:rPr>
                <w:rFonts w:eastAsia="Sans Serif"/>
              </w:rPr>
              <w:t>Schenkellänge</w:t>
            </w:r>
          </w:p>
        </w:tc>
      </w:tr>
      <w:tr w:rsidR="00EF6539" w14:paraId="4915B442" w14:textId="77777777">
        <w:trPr>
          <w:trHeight w:val="279"/>
        </w:trPr>
        <w:tc>
          <w:tcPr>
            <w:tcW w:w="1406" w:type="dxa"/>
          </w:tcPr>
          <w:p w14:paraId="2145799E" w14:textId="77777777" w:rsidR="00EF6539" w:rsidRDefault="00000000">
            <w:pPr>
              <w:rPr>
                <w:rFonts w:hint="eastAsia"/>
              </w:rPr>
            </w:pPr>
            <w:r>
              <w:rPr>
                <w:rFonts w:eastAsia="Sans Serif"/>
              </w:rPr>
              <w:t>11</w:t>
            </w:r>
          </w:p>
        </w:tc>
        <w:tc>
          <w:tcPr>
            <w:tcW w:w="1406" w:type="dxa"/>
          </w:tcPr>
          <w:p w14:paraId="01577952" w14:textId="77777777" w:rsidR="00EF6539" w:rsidRDefault="00000000">
            <w:pPr>
              <w:rPr>
                <w:rFonts w:hint="eastAsia"/>
              </w:rPr>
            </w:pPr>
            <w:r>
              <w:rPr>
                <w:rFonts w:eastAsia="Sans Serif"/>
              </w:rPr>
              <w:t>Šaknies siūlės aukštis</w:t>
            </w:r>
          </w:p>
        </w:tc>
        <w:tc>
          <w:tcPr>
            <w:tcW w:w="1406" w:type="dxa"/>
          </w:tcPr>
          <w:p w14:paraId="13D5E6E1" w14:textId="77777777" w:rsidR="00EF6539" w:rsidRDefault="00000000">
            <w:pPr>
              <w:rPr>
                <w:rFonts w:hint="eastAsia"/>
              </w:rPr>
            </w:pPr>
            <w:r>
              <w:rPr>
                <w:rFonts w:eastAsia="Sans Serif"/>
              </w:rPr>
              <w:t>penetration bead thickness</w:t>
            </w:r>
          </w:p>
        </w:tc>
        <w:tc>
          <w:tcPr>
            <w:tcW w:w="1406" w:type="dxa"/>
          </w:tcPr>
          <w:p w14:paraId="10070009" w14:textId="77777777" w:rsidR="00EF6539" w:rsidRDefault="00000000">
            <w:pPr>
              <w:rPr>
                <w:rFonts w:hint="eastAsia"/>
              </w:rPr>
            </w:pPr>
            <w:r>
              <w:rPr>
                <w:rFonts w:eastAsia="Sans Serif"/>
              </w:rPr>
              <w:t>surépaisseur à la racine</w:t>
            </w:r>
          </w:p>
        </w:tc>
        <w:tc>
          <w:tcPr>
            <w:tcW w:w="1406" w:type="dxa"/>
          </w:tcPr>
          <w:p w14:paraId="77992462" w14:textId="77777777" w:rsidR="00EF6539" w:rsidRDefault="00000000">
            <w:pPr>
              <w:rPr>
                <w:rFonts w:hint="eastAsia"/>
              </w:rPr>
            </w:pPr>
            <w:r>
              <w:rPr>
                <w:rFonts w:eastAsia="Sans Serif"/>
              </w:rPr>
              <w:t>Wurzelüberhöhung</w:t>
            </w:r>
          </w:p>
        </w:tc>
      </w:tr>
      <w:tr w:rsidR="00EF6539" w14:paraId="40F1E8C4" w14:textId="77777777">
        <w:trPr>
          <w:trHeight w:val="279"/>
        </w:trPr>
        <w:tc>
          <w:tcPr>
            <w:tcW w:w="1406" w:type="dxa"/>
          </w:tcPr>
          <w:p w14:paraId="60B11261" w14:textId="77777777" w:rsidR="00EF6539" w:rsidRDefault="00000000">
            <w:pPr>
              <w:rPr>
                <w:rFonts w:hint="eastAsia"/>
              </w:rPr>
            </w:pPr>
            <w:r>
              <w:rPr>
                <w:rFonts w:eastAsia="Sans Serif"/>
              </w:rPr>
              <w:t>19</w:t>
            </w:r>
          </w:p>
        </w:tc>
        <w:tc>
          <w:tcPr>
            <w:tcW w:w="1406" w:type="dxa"/>
          </w:tcPr>
          <w:p w14:paraId="041AFB3E" w14:textId="77777777" w:rsidR="00EF6539" w:rsidRDefault="00000000">
            <w:pPr>
              <w:rPr>
                <w:rFonts w:hint="eastAsia"/>
              </w:rPr>
            </w:pPr>
            <w:r>
              <w:rPr>
                <w:rFonts w:eastAsia="Sans Serif"/>
              </w:rPr>
              <w:t>Slūlės rumbėles krāštas</w:t>
            </w:r>
          </w:p>
        </w:tc>
        <w:tc>
          <w:tcPr>
            <w:tcW w:w="1406" w:type="dxa"/>
          </w:tcPr>
          <w:p w14:paraId="1A25317F" w14:textId="77777777" w:rsidR="00EF6539" w:rsidRDefault="00000000">
            <w:pPr>
              <w:rPr>
                <w:rFonts w:hint="eastAsia"/>
              </w:rPr>
            </w:pPr>
            <w:r>
              <w:rPr>
                <w:rFonts w:eastAsia="Sans Serif"/>
              </w:rPr>
              <w:t>toe</w:t>
            </w:r>
          </w:p>
        </w:tc>
        <w:tc>
          <w:tcPr>
            <w:tcW w:w="1406" w:type="dxa"/>
          </w:tcPr>
          <w:p w14:paraId="1FE8A2EA" w14:textId="77777777" w:rsidR="00EF6539" w:rsidRDefault="00000000">
            <w:pPr>
              <w:rPr>
                <w:rFonts w:hint="eastAsia"/>
              </w:rPr>
            </w:pPr>
            <w:r>
              <w:rPr>
                <w:rFonts w:eastAsia="Sans Serif"/>
              </w:rPr>
              <w:t>raccordement</w:t>
            </w:r>
          </w:p>
        </w:tc>
        <w:tc>
          <w:tcPr>
            <w:tcW w:w="1406" w:type="dxa"/>
          </w:tcPr>
          <w:p w14:paraId="3ABEB350" w14:textId="77777777" w:rsidR="00EF6539" w:rsidRDefault="00000000">
            <w:pPr>
              <w:rPr>
                <w:rFonts w:hint="eastAsia"/>
              </w:rPr>
            </w:pPr>
            <w:r>
              <w:rPr>
                <w:rFonts w:eastAsia="Sans Serif"/>
              </w:rPr>
              <w:t>Raupenübergang</w:t>
            </w:r>
          </w:p>
        </w:tc>
      </w:tr>
      <w:tr w:rsidR="00EF6539" w14:paraId="09C7A418" w14:textId="77777777">
        <w:trPr>
          <w:trHeight w:val="279"/>
        </w:trPr>
        <w:tc>
          <w:tcPr>
            <w:tcW w:w="1406" w:type="dxa"/>
          </w:tcPr>
          <w:p w14:paraId="1B7B85D7" w14:textId="77777777" w:rsidR="00EF6539" w:rsidRDefault="00000000">
            <w:pPr>
              <w:rPr>
                <w:rFonts w:hint="eastAsia"/>
              </w:rPr>
            </w:pPr>
            <w:r>
              <w:rPr>
                <w:rFonts w:eastAsia="Sans Serif"/>
              </w:rPr>
              <w:t>20</w:t>
            </w:r>
          </w:p>
        </w:tc>
        <w:tc>
          <w:tcPr>
            <w:tcW w:w="1406" w:type="dxa"/>
          </w:tcPr>
          <w:p w14:paraId="6CCA4C63" w14:textId="77777777" w:rsidR="00EF6539" w:rsidRDefault="00000000">
            <w:pPr>
              <w:rPr>
                <w:rFonts w:hint="eastAsia"/>
              </w:rPr>
            </w:pPr>
            <w:r>
              <w:rPr>
                <w:rFonts w:eastAsia="Sans Serif"/>
              </w:rPr>
              <w:t>Šaknies virninimo ėjimas</w:t>
            </w:r>
          </w:p>
        </w:tc>
        <w:tc>
          <w:tcPr>
            <w:tcW w:w="1406" w:type="dxa"/>
          </w:tcPr>
          <w:p w14:paraId="27E17684" w14:textId="77777777" w:rsidR="00EF6539" w:rsidRDefault="00000000">
            <w:pPr>
              <w:rPr>
                <w:rFonts w:hint="eastAsia"/>
              </w:rPr>
            </w:pPr>
            <w:r>
              <w:rPr>
                <w:rFonts w:eastAsia="Sans Serif"/>
              </w:rPr>
              <w:t>root run</w:t>
            </w:r>
          </w:p>
        </w:tc>
        <w:tc>
          <w:tcPr>
            <w:tcW w:w="1406" w:type="dxa"/>
          </w:tcPr>
          <w:p w14:paraId="0F8C65DF" w14:textId="77777777" w:rsidR="00EF6539" w:rsidRDefault="00000000">
            <w:pPr>
              <w:rPr>
                <w:rFonts w:hint="eastAsia"/>
              </w:rPr>
            </w:pPr>
            <w:r>
              <w:rPr>
                <w:rFonts w:eastAsia="Sans Serif"/>
              </w:rPr>
              <w:t>pass de fond</w:t>
            </w:r>
          </w:p>
        </w:tc>
        <w:tc>
          <w:tcPr>
            <w:tcW w:w="1406" w:type="dxa"/>
          </w:tcPr>
          <w:p w14:paraId="182CCD2B" w14:textId="77777777" w:rsidR="00EF6539" w:rsidRDefault="00000000">
            <w:pPr>
              <w:rPr>
                <w:rFonts w:hint="eastAsia"/>
              </w:rPr>
            </w:pPr>
            <w:r>
              <w:rPr>
                <w:rFonts w:eastAsia="Sans Serif"/>
              </w:rPr>
              <w:t>Wurzellage</w:t>
            </w:r>
          </w:p>
        </w:tc>
      </w:tr>
      <w:tr w:rsidR="00EF6539" w14:paraId="5641B4EA" w14:textId="77777777">
        <w:trPr>
          <w:trHeight w:val="279"/>
        </w:trPr>
        <w:tc>
          <w:tcPr>
            <w:tcW w:w="1406" w:type="dxa"/>
          </w:tcPr>
          <w:p w14:paraId="4AEEEC68" w14:textId="77777777" w:rsidR="00EF6539" w:rsidRDefault="00000000">
            <w:pPr>
              <w:rPr>
                <w:rFonts w:hint="eastAsia"/>
              </w:rPr>
            </w:pPr>
            <w:r>
              <w:rPr>
                <w:rFonts w:eastAsia="Sans Serif"/>
              </w:rPr>
              <w:t>21</w:t>
            </w:r>
          </w:p>
        </w:tc>
        <w:tc>
          <w:tcPr>
            <w:tcW w:w="1406" w:type="dxa"/>
          </w:tcPr>
          <w:p w14:paraId="4AF03AC1" w14:textId="77777777" w:rsidR="00EF6539" w:rsidRDefault="00000000">
            <w:pPr>
              <w:rPr>
                <w:rFonts w:hint="eastAsia"/>
              </w:rPr>
            </w:pPr>
            <w:r>
              <w:rPr>
                <w:rFonts w:eastAsia="Sans Serif"/>
              </w:rPr>
              <w:t>Užpildymo ejimai</w:t>
            </w:r>
          </w:p>
        </w:tc>
        <w:tc>
          <w:tcPr>
            <w:tcW w:w="1406" w:type="dxa"/>
          </w:tcPr>
          <w:p w14:paraId="7D0AEA4E" w14:textId="77777777" w:rsidR="00EF6539" w:rsidRDefault="00000000">
            <w:pPr>
              <w:rPr>
                <w:rFonts w:hint="eastAsia"/>
              </w:rPr>
            </w:pPr>
            <w:r>
              <w:rPr>
                <w:rFonts w:eastAsia="Sans Serif"/>
              </w:rPr>
              <w:t>layers of filling runs</w:t>
            </w:r>
          </w:p>
        </w:tc>
        <w:tc>
          <w:tcPr>
            <w:tcW w:w="1406" w:type="dxa"/>
          </w:tcPr>
          <w:p w14:paraId="26CBBDA1" w14:textId="77777777" w:rsidR="00EF6539" w:rsidRDefault="00000000">
            <w:pPr>
              <w:rPr>
                <w:rFonts w:hint="eastAsia"/>
              </w:rPr>
            </w:pPr>
            <w:r>
              <w:rPr>
                <w:rFonts w:eastAsia="Sans Serif"/>
              </w:rPr>
              <w:t>passes de remplissage</w:t>
            </w:r>
          </w:p>
        </w:tc>
        <w:tc>
          <w:tcPr>
            <w:tcW w:w="1406" w:type="dxa"/>
          </w:tcPr>
          <w:p w14:paraId="713696BD" w14:textId="77777777" w:rsidR="00EF6539" w:rsidRDefault="00000000">
            <w:pPr>
              <w:rPr>
                <w:rFonts w:hint="eastAsia"/>
              </w:rPr>
            </w:pPr>
            <w:r>
              <w:rPr>
                <w:rFonts w:eastAsia="Sans Serif"/>
              </w:rPr>
              <w:t>Füll-Lagen aus einer oder mehreren Raupen</w:t>
            </w:r>
          </w:p>
        </w:tc>
      </w:tr>
      <w:tr w:rsidR="00EF6539" w14:paraId="5B890437" w14:textId="77777777">
        <w:trPr>
          <w:trHeight w:val="279"/>
        </w:trPr>
        <w:tc>
          <w:tcPr>
            <w:tcW w:w="1406" w:type="dxa"/>
          </w:tcPr>
          <w:p w14:paraId="31C65032" w14:textId="77777777" w:rsidR="00EF6539" w:rsidRDefault="00000000">
            <w:pPr>
              <w:rPr>
                <w:rFonts w:hint="eastAsia"/>
              </w:rPr>
            </w:pPr>
            <w:r>
              <w:rPr>
                <w:rFonts w:eastAsia="Sans Serif"/>
              </w:rPr>
              <w:t>22</w:t>
            </w:r>
          </w:p>
        </w:tc>
        <w:tc>
          <w:tcPr>
            <w:tcW w:w="1406" w:type="dxa"/>
          </w:tcPr>
          <w:p w14:paraId="1FFF6A2E" w14:textId="77777777" w:rsidR="00EF6539" w:rsidRDefault="00000000">
            <w:pPr>
              <w:rPr>
                <w:rFonts w:hint="eastAsia"/>
              </w:rPr>
            </w:pPr>
            <w:r>
              <w:rPr>
                <w:rFonts w:eastAsia="Sans Serif"/>
              </w:rPr>
              <w:t>Baigiamieji ejimai</w:t>
            </w:r>
          </w:p>
        </w:tc>
        <w:tc>
          <w:tcPr>
            <w:tcW w:w="1406" w:type="dxa"/>
          </w:tcPr>
          <w:p w14:paraId="24991C49" w14:textId="77777777" w:rsidR="00EF6539" w:rsidRDefault="00000000">
            <w:pPr>
              <w:rPr>
                <w:rFonts w:hint="eastAsia"/>
              </w:rPr>
            </w:pPr>
            <w:r>
              <w:rPr>
                <w:rFonts w:eastAsia="Sans Serif"/>
              </w:rPr>
              <w:t>layer of capping runs</w:t>
            </w:r>
          </w:p>
        </w:tc>
        <w:tc>
          <w:tcPr>
            <w:tcW w:w="1406" w:type="dxa"/>
          </w:tcPr>
          <w:p w14:paraId="20DEF17E" w14:textId="77777777" w:rsidR="00EF6539" w:rsidRDefault="00000000">
            <w:pPr>
              <w:rPr>
                <w:rFonts w:hint="eastAsia"/>
              </w:rPr>
            </w:pPr>
            <w:r>
              <w:rPr>
                <w:rFonts w:eastAsia="Sans Serif"/>
              </w:rPr>
              <w:t>passe(s) terminale(s)</w:t>
            </w:r>
          </w:p>
        </w:tc>
        <w:tc>
          <w:tcPr>
            <w:tcW w:w="1406" w:type="dxa"/>
          </w:tcPr>
          <w:p w14:paraId="23E32180" w14:textId="77777777" w:rsidR="00EF6539" w:rsidRDefault="00000000">
            <w:pPr>
              <w:rPr>
                <w:rFonts w:hint="eastAsia"/>
              </w:rPr>
            </w:pPr>
            <w:r>
              <w:rPr>
                <w:rFonts w:eastAsia="Sans Serif"/>
              </w:rPr>
              <w:t>Decklage aus mehreren Raupen</w:t>
            </w:r>
          </w:p>
        </w:tc>
      </w:tr>
      <w:tr w:rsidR="00EF6539" w14:paraId="5486FB6D" w14:textId="77777777">
        <w:trPr>
          <w:trHeight w:val="279"/>
        </w:trPr>
        <w:tc>
          <w:tcPr>
            <w:tcW w:w="1406" w:type="dxa"/>
          </w:tcPr>
          <w:p w14:paraId="32738E38" w14:textId="77777777" w:rsidR="00EF6539" w:rsidRDefault="00000000">
            <w:pPr>
              <w:rPr>
                <w:rFonts w:hint="eastAsia"/>
              </w:rPr>
            </w:pPr>
            <w:r>
              <w:rPr>
                <w:rFonts w:eastAsia="Sans Serif"/>
              </w:rPr>
              <w:t>23</w:t>
            </w:r>
          </w:p>
        </w:tc>
        <w:tc>
          <w:tcPr>
            <w:tcW w:w="1406" w:type="dxa"/>
          </w:tcPr>
          <w:p w14:paraId="1623C4D3" w14:textId="77777777" w:rsidR="00EF6539" w:rsidRDefault="00000000">
            <w:pPr>
              <w:rPr>
                <w:rFonts w:hint="eastAsia"/>
              </w:rPr>
            </w:pPr>
            <w:r>
              <w:rPr>
                <w:rFonts w:eastAsia="Sans Serif"/>
              </w:rPr>
              <w:t>Pavirinimo ejimas</w:t>
            </w:r>
          </w:p>
        </w:tc>
        <w:tc>
          <w:tcPr>
            <w:tcW w:w="1406" w:type="dxa"/>
          </w:tcPr>
          <w:p w14:paraId="75429B41" w14:textId="77777777" w:rsidR="00EF6539" w:rsidRDefault="00000000">
            <w:pPr>
              <w:rPr>
                <w:rFonts w:hint="eastAsia"/>
              </w:rPr>
            </w:pPr>
            <w:r>
              <w:rPr>
                <w:rFonts w:eastAsia="Sans Serif"/>
              </w:rPr>
              <w:t>sealing run</w:t>
            </w:r>
          </w:p>
        </w:tc>
        <w:tc>
          <w:tcPr>
            <w:tcW w:w="1406" w:type="dxa"/>
          </w:tcPr>
          <w:p w14:paraId="174B0D31" w14:textId="77777777" w:rsidR="00EF6539" w:rsidRDefault="00000000">
            <w:pPr>
              <w:rPr>
                <w:rFonts w:hint="eastAsia"/>
              </w:rPr>
            </w:pPr>
            <w:r>
              <w:rPr>
                <w:rFonts w:eastAsia="Sans Serif"/>
              </w:rPr>
              <w:t>reprise à l'envers</w:t>
            </w:r>
          </w:p>
        </w:tc>
        <w:tc>
          <w:tcPr>
            <w:tcW w:w="1406" w:type="dxa"/>
          </w:tcPr>
          <w:p w14:paraId="3545DEF4" w14:textId="77777777" w:rsidR="00EF6539" w:rsidRDefault="00000000">
            <w:pPr>
              <w:rPr>
                <w:rFonts w:hint="eastAsia"/>
              </w:rPr>
            </w:pPr>
            <w:r>
              <w:rPr>
                <w:rFonts w:eastAsia="Sans Serif"/>
              </w:rPr>
              <w:t>Kapplage</w:t>
            </w:r>
          </w:p>
        </w:tc>
      </w:tr>
      <w:tr w:rsidR="00EF6539" w14:paraId="2487A8DB" w14:textId="77777777">
        <w:trPr>
          <w:trHeight w:val="279"/>
        </w:trPr>
        <w:tc>
          <w:tcPr>
            <w:tcW w:w="1406" w:type="dxa"/>
          </w:tcPr>
          <w:p w14:paraId="596854B2" w14:textId="77777777" w:rsidR="00EF6539" w:rsidRDefault="00000000">
            <w:pPr>
              <w:rPr>
                <w:rFonts w:hint="eastAsia"/>
              </w:rPr>
            </w:pPr>
            <w:r>
              <w:rPr>
                <w:rFonts w:eastAsia="Sans Serif"/>
              </w:rPr>
              <w:t>24</w:t>
            </w:r>
          </w:p>
        </w:tc>
        <w:tc>
          <w:tcPr>
            <w:tcW w:w="1406" w:type="dxa"/>
          </w:tcPr>
          <w:p w14:paraId="1286112D" w14:textId="77777777" w:rsidR="00EF6539" w:rsidRDefault="00000000">
            <w:pPr>
              <w:rPr>
                <w:rFonts w:hint="eastAsia"/>
              </w:rPr>
            </w:pPr>
            <w:r>
              <w:rPr>
                <w:rFonts w:eastAsia="Sans Serif"/>
              </w:rPr>
              <w:t>Pirmasis ejimas kitoje puseje</w:t>
            </w:r>
          </w:p>
        </w:tc>
        <w:tc>
          <w:tcPr>
            <w:tcW w:w="1406" w:type="dxa"/>
          </w:tcPr>
          <w:p w14:paraId="3C4D9D07" w14:textId="77777777" w:rsidR="00EF6539" w:rsidRDefault="00000000">
            <w:pPr>
              <w:rPr>
                <w:rFonts w:hint="eastAsia"/>
              </w:rPr>
            </w:pPr>
            <w:r>
              <w:rPr>
                <w:rFonts w:eastAsia="Sans Serif"/>
              </w:rPr>
              <w:t>first run on the second side</w:t>
            </w:r>
          </w:p>
        </w:tc>
        <w:tc>
          <w:tcPr>
            <w:tcW w:w="1406" w:type="dxa"/>
          </w:tcPr>
          <w:p w14:paraId="088DD96F" w14:textId="77777777" w:rsidR="00EF6539" w:rsidRDefault="00000000">
            <w:pPr>
              <w:rPr>
                <w:rFonts w:hint="eastAsia"/>
              </w:rPr>
            </w:pPr>
            <w:r>
              <w:rPr>
                <w:rFonts w:eastAsia="Sans Serif"/>
              </w:rPr>
              <w:t>première passe à l'envers</w:t>
            </w:r>
          </w:p>
        </w:tc>
        <w:tc>
          <w:tcPr>
            <w:tcW w:w="1406" w:type="dxa"/>
          </w:tcPr>
          <w:p w14:paraId="44DB1A2A" w14:textId="77777777" w:rsidR="00EF6539" w:rsidRDefault="00000000">
            <w:pPr>
              <w:rPr>
                <w:rFonts w:hint="eastAsia"/>
              </w:rPr>
            </w:pPr>
            <w:r>
              <w:rPr>
                <w:rFonts w:eastAsia="Sans Serif"/>
              </w:rPr>
              <w:t>Gegenlage</w:t>
            </w:r>
          </w:p>
        </w:tc>
      </w:tr>
      <w:tr w:rsidR="00EF6539" w14:paraId="344E682F" w14:textId="77777777">
        <w:trPr>
          <w:trHeight w:val="279"/>
        </w:trPr>
        <w:tc>
          <w:tcPr>
            <w:tcW w:w="1406" w:type="dxa"/>
          </w:tcPr>
          <w:p w14:paraId="0365AD1C" w14:textId="77777777" w:rsidR="00EF6539" w:rsidRDefault="00000000">
            <w:pPr>
              <w:rPr>
                <w:rFonts w:hint="eastAsia"/>
              </w:rPr>
            </w:pPr>
            <w:r>
              <w:rPr>
                <w:rFonts w:eastAsia="Sans Serif"/>
              </w:rPr>
              <w:t>25</w:t>
            </w:r>
          </w:p>
        </w:tc>
        <w:tc>
          <w:tcPr>
            <w:tcW w:w="1406" w:type="dxa"/>
          </w:tcPr>
          <w:p w14:paraId="6EAEAC96" w14:textId="77777777" w:rsidR="00EF6539" w:rsidRDefault="00000000">
            <w:pPr>
              <w:rPr>
                <w:rFonts w:hint="eastAsia"/>
              </w:rPr>
            </w:pPr>
            <w:r>
              <w:rPr>
                <w:rFonts w:eastAsia="Sans Serif"/>
              </w:rPr>
              <w:t>Šaknies įvirinimas</w:t>
            </w:r>
          </w:p>
        </w:tc>
        <w:tc>
          <w:tcPr>
            <w:tcW w:w="1406" w:type="dxa"/>
          </w:tcPr>
          <w:p w14:paraId="3E1FF725" w14:textId="77777777" w:rsidR="00EF6539" w:rsidRDefault="00000000">
            <w:pPr>
              <w:rPr>
                <w:rFonts w:hint="eastAsia"/>
              </w:rPr>
            </w:pPr>
            <w:r>
              <w:rPr>
                <w:rFonts w:eastAsia="Sans Serif"/>
              </w:rPr>
              <w:t>root penetration</w:t>
            </w:r>
          </w:p>
        </w:tc>
        <w:tc>
          <w:tcPr>
            <w:tcW w:w="1406" w:type="dxa"/>
          </w:tcPr>
          <w:p w14:paraId="6B591BA2" w14:textId="77777777" w:rsidR="00EF6539" w:rsidRDefault="00000000">
            <w:pPr>
              <w:rPr>
                <w:rFonts w:hint="eastAsia"/>
              </w:rPr>
            </w:pPr>
            <w:r>
              <w:rPr>
                <w:rFonts w:eastAsia="Sans Serif"/>
              </w:rPr>
              <w:t>pénétration à la racine</w:t>
            </w:r>
          </w:p>
        </w:tc>
        <w:tc>
          <w:tcPr>
            <w:tcW w:w="1406" w:type="dxa"/>
          </w:tcPr>
          <w:p w14:paraId="548603D8" w14:textId="77777777" w:rsidR="00EF6539" w:rsidRDefault="00000000">
            <w:pPr>
              <w:rPr>
                <w:rFonts w:hint="eastAsia"/>
              </w:rPr>
            </w:pPr>
            <w:r>
              <w:rPr>
                <w:rFonts w:eastAsia="Sans Serif"/>
              </w:rPr>
              <w:t>Wurzeleinbrand</w:t>
            </w:r>
          </w:p>
        </w:tc>
      </w:tr>
    </w:tbl>
    <w:p w14:paraId="3EFFB06F" w14:textId="067B6083" w:rsidR="00EF6539" w:rsidRDefault="00EF6539">
      <w:pPr>
        <w:spacing w:after="0"/>
        <w:rPr>
          <w:rFonts w:hint="eastAsia"/>
        </w:rPr>
      </w:pPr>
    </w:p>
    <w:p w14:paraId="72207899" w14:textId="77777777" w:rsidR="00EF6539" w:rsidRDefault="00EF6539">
      <w:pPr>
        <w:rPr>
          <w:rFonts w:hint="eastAsia"/>
        </w:rPr>
        <w:sectPr w:rsidR="00EF6539">
          <w:pgSz w:w="16838" w:h="11906"/>
          <w:pgMar w:top="0" w:right="0" w:bottom="0" w:left="0" w:header="0" w:footer="0" w:gutter="0"/>
          <w:cols w:space="720"/>
          <w:docGrid w:linePitch="360"/>
        </w:sectPr>
      </w:pPr>
    </w:p>
    <w:p w14:paraId="62BF8376" w14:textId="77777777" w:rsidR="00EF6539" w:rsidRDefault="00EF6539">
      <w:pPr>
        <w:rPr>
          <w:rFonts w:hint="eastAsia"/>
        </w:rPr>
      </w:pPr>
    </w:p>
    <w:tbl>
      <w:tblPr>
        <w:tblStyle w:val="TableGrid"/>
        <w:tblpPr w:vertAnchor="page" w:horzAnchor="page" w:tblpX="9522" w:tblpY="5252"/>
        <w:tblW w:w="6544" w:type="dxa"/>
        <w:tblLayout w:type="fixed"/>
        <w:tblLook w:val="04A0" w:firstRow="1" w:lastRow="0" w:firstColumn="1" w:lastColumn="0" w:noHBand="0" w:noVBand="1"/>
      </w:tblPr>
      <w:tblGrid>
        <w:gridCol w:w="1308"/>
        <w:gridCol w:w="1309"/>
        <w:gridCol w:w="1309"/>
        <w:gridCol w:w="1309"/>
        <w:gridCol w:w="1309"/>
      </w:tblGrid>
      <w:tr w:rsidR="00EF6539" w14:paraId="3324242A" w14:textId="77777777">
        <w:trPr>
          <w:trHeight w:val="263"/>
        </w:trPr>
        <w:tc>
          <w:tcPr>
            <w:tcW w:w="1309" w:type="dxa"/>
          </w:tcPr>
          <w:p w14:paraId="682325B3" w14:textId="77777777" w:rsidR="00EF6539" w:rsidRDefault="00000000">
            <w:pPr>
              <w:rPr>
                <w:rFonts w:hint="eastAsia"/>
              </w:rPr>
            </w:pPr>
            <w:r>
              <w:rPr>
                <w:rFonts w:eastAsia="Sans Serif"/>
              </w:rPr>
              <w:t>Nuomo-da</w:t>
            </w:r>
          </w:p>
        </w:tc>
        <w:tc>
          <w:tcPr>
            <w:tcW w:w="1309" w:type="dxa"/>
          </w:tcPr>
          <w:p w14:paraId="276A2A15" w14:textId="77777777" w:rsidR="00EF6539" w:rsidRDefault="00000000">
            <w:pPr>
              <w:rPr>
                <w:rFonts w:hint="eastAsia"/>
              </w:rPr>
            </w:pPr>
            <w:r>
              <w:rPr>
                <w:rFonts w:eastAsia="Sans Serif"/>
              </w:rPr>
              <w:t>Lietuviškai</w:t>
            </w:r>
          </w:p>
        </w:tc>
        <w:tc>
          <w:tcPr>
            <w:tcW w:w="1309" w:type="dxa"/>
          </w:tcPr>
          <w:p w14:paraId="2EDD2A3E" w14:textId="77777777" w:rsidR="00EF6539" w:rsidRDefault="00000000">
            <w:pPr>
              <w:rPr>
                <w:rFonts w:hint="eastAsia"/>
              </w:rPr>
            </w:pPr>
            <w:r>
              <w:rPr>
                <w:rFonts w:eastAsia="Sans Serif"/>
              </w:rPr>
              <w:t>English</w:t>
            </w:r>
          </w:p>
        </w:tc>
        <w:tc>
          <w:tcPr>
            <w:tcW w:w="1309" w:type="dxa"/>
          </w:tcPr>
          <w:p w14:paraId="75AA525B" w14:textId="77777777" w:rsidR="00EF6539" w:rsidRDefault="00000000">
            <w:pPr>
              <w:rPr>
                <w:rFonts w:hint="eastAsia"/>
              </w:rPr>
            </w:pPr>
            <w:r>
              <w:rPr>
                <w:rFonts w:eastAsia="Sans Serif"/>
              </w:rPr>
              <w:t>Français</w:t>
            </w:r>
          </w:p>
        </w:tc>
        <w:tc>
          <w:tcPr>
            <w:tcW w:w="1309" w:type="dxa"/>
          </w:tcPr>
          <w:p w14:paraId="222651FD" w14:textId="77777777" w:rsidR="00EF6539" w:rsidRDefault="00000000">
            <w:pPr>
              <w:rPr>
                <w:rFonts w:hint="eastAsia"/>
              </w:rPr>
            </w:pPr>
            <w:r>
              <w:rPr>
                <w:rFonts w:eastAsia="Sans Serif"/>
              </w:rPr>
              <w:t>Deutsch</w:t>
            </w:r>
          </w:p>
        </w:tc>
      </w:tr>
      <w:tr w:rsidR="00EF6539" w14:paraId="2019B10D" w14:textId="77777777">
        <w:trPr>
          <w:trHeight w:val="263"/>
        </w:trPr>
        <w:tc>
          <w:tcPr>
            <w:tcW w:w="1309" w:type="dxa"/>
          </w:tcPr>
          <w:p w14:paraId="0C8C1D27" w14:textId="77777777" w:rsidR="00EF6539" w:rsidRDefault="00000000">
            <w:pPr>
              <w:rPr>
                <w:rFonts w:hint="eastAsia"/>
              </w:rPr>
            </w:pPr>
            <w:r>
              <w:rPr>
                <w:rFonts w:eastAsia="Sans Serif"/>
              </w:rPr>
              <w:t>4</w:t>
            </w:r>
          </w:p>
        </w:tc>
        <w:tc>
          <w:tcPr>
            <w:tcW w:w="1309" w:type="dxa"/>
          </w:tcPr>
          <w:p w14:paraId="764715FD" w14:textId="77777777" w:rsidR="00EF6539" w:rsidRDefault="00000000">
            <w:pPr>
              <w:rPr>
                <w:rFonts w:hint="eastAsia"/>
              </w:rPr>
            </w:pPr>
            <w:r>
              <w:rPr>
                <w:rFonts w:eastAsia="Sans Serif"/>
              </w:rPr>
              <w:t>Siūlės sritis</w:t>
            </w:r>
          </w:p>
        </w:tc>
        <w:tc>
          <w:tcPr>
            <w:tcW w:w="1309" w:type="dxa"/>
          </w:tcPr>
          <w:p w14:paraId="20238D4A" w14:textId="77777777" w:rsidR="00EF6539" w:rsidRDefault="00000000">
            <w:pPr>
              <w:rPr>
                <w:rFonts w:hint="eastAsia"/>
              </w:rPr>
            </w:pPr>
            <w:r>
              <w:rPr>
                <w:rFonts w:eastAsia="Sans Serif"/>
              </w:rPr>
              <w:t>weld zone</w:t>
            </w:r>
          </w:p>
        </w:tc>
        <w:tc>
          <w:tcPr>
            <w:tcW w:w="1309" w:type="dxa"/>
          </w:tcPr>
          <w:p w14:paraId="0EF00576" w14:textId="77777777" w:rsidR="00EF6539" w:rsidRDefault="00000000">
            <w:pPr>
              <w:rPr>
                <w:rFonts w:hint="eastAsia"/>
              </w:rPr>
            </w:pPr>
            <w:r>
              <w:rPr>
                <w:rFonts w:eastAsia="Sans Serif"/>
              </w:rPr>
              <w:t>zone soudée</w:t>
            </w:r>
          </w:p>
        </w:tc>
        <w:tc>
          <w:tcPr>
            <w:tcW w:w="1309" w:type="dxa"/>
          </w:tcPr>
          <w:p w14:paraId="290E2E79" w14:textId="77777777" w:rsidR="00EF6539" w:rsidRDefault="00000000">
            <w:pPr>
              <w:rPr>
                <w:rFonts w:hint="eastAsia"/>
              </w:rPr>
            </w:pPr>
            <w:r>
              <w:rPr>
                <w:rFonts w:eastAsia="Sans Serif"/>
              </w:rPr>
              <w:t>Schweißzone</w:t>
            </w:r>
          </w:p>
        </w:tc>
      </w:tr>
      <w:tr w:rsidR="00EF6539" w14:paraId="4EF7A39F" w14:textId="77777777">
        <w:trPr>
          <w:trHeight w:val="263"/>
        </w:trPr>
        <w:tc>
          <w:tcPr>
            <w:tcW w:w="1309" w:type="dxa"/>
          </w:tcPr>
          <w:p w14:paraId="14A9F214" w14:textId="77777777" w:rsidR="00EF6539" w:rsidRDefault="00000000">
            <w:pPr>
              <w:rPr>
                <w:rFonts w:hint="eastAsia"/>
              </w:rPr>
            </w:pPr>
            <w:r>
              <w:rPr>
                <w:rFonts w:eastAsia="Sans Serif"/>
              </w:rPr>
              <w:t>30</w:t>
            </w:r>
          </w:p>
        </w:tc>
        <w:tc>
          <w:tcPr>
            <w:tcW w:w="1309" w:type="dxa"/>
          </w:tcPr>
          <w:p w14:paraId="56B89F23" w14:textId="77777777" w:rsidR="00EF6539" w:rsidRDefault="00000000">
            <w:pPr>
              <w:rPr>
                <w:rFonts w:hint="eastAsia"/>
              </w:rPr>
            </w:pPr>
            <w:r>
              <w:rPr>
                <w:rFonts w:eastAsia="Sans Serif"/>
              </w:rPr>
              <w:t>Susodintasis metalas</w:t>
            </w:r>
          </w:p>
        </w:tc>
        <w:tc>
          <w:tcPr>
            <w:tcW w:w="1309" w:type="dxa"/>
          </w:tcPr>
          <w:p w14:paraId="03BDF290" w14:textId="77777777" w:rsidR="00EF6539" w:rsidRDefault="00000000">
            <w:pPr>
              <w:rPr>
                <w:rFonts w:hint="eastAsia"/>
              </w:rPr>
            </w:pPr>
            <w:r>
              <w:rPr>
                <w:rFonts w:eastAsia="Sans Serif"/>
              </w:rPr>
              <w:t>upset metal</w:t>
            </w:r>
          </w:p>
        </w:tc>
        <w:tc>
          <w:tcPr>
            <w:tcW w:w="1309" w:type="dxa"/>
          </w:tcPr>
          <w:p w14:paraId="290F208E" w14:textId="77777777" w:rsidR="00EF6539" w:rsidRDefault="00000000">
            <w:pPr>
              <w:rPr>
                <w:rFonts w:hint="eastAsia"/>
              </w:rPr>
            </w:pPr>
            <w:r>
              <w:rPr>
                <w:rFonts w:eastAsia="Sans Serif"/>
              </w:rPr>
              <w:t>bourrelet de refoulement</w:t>
            </w:r>
          </w:p>
        </w:tc>
        <w:tc>
          <w:tcPr>
            <w:tcW w:w="1309" w:type="dxa"/>
          </w:tcPr>
          <w:p w14:paraId="4460C1CD" w14:textId="77777777" w:rsidR="00EF6539" w:rsidRDefault="00000000">
            <w:pPr>
              <w:rPr>
                <w:rFonts w:hint="eastAsia"/>
              </w:rPr>
            </w:pPr>
            <w:r>
              <w:rPr>
                <w:rFonts w:eastAsia="Sans Serif"/>
              </w:rPr>
              <w:t>Stauchwulst</w:t>
            </w:r>
          </w:p>
        </w:tc>
      </w:tr>
      <w:tr w:rsidR="00EF6539" w14:paraId="745F0EF6" w14:textId="77777777">
        <w:trPr>
          <w:trHeight w:val="263"/>
        </w:trPr>
        <w:tc>
          <w:tcPr>
            <w:tcW w:w="1309" w:type="dxa"/>
          </w:tcPr>
          <w:p w14:paraId="0D4CF5EA" w14:textId="77777777" w:rsidR="00EF6539" w:rsidRDefault="00000000">
            <w:pPr>
              <w:rPr>
                <w:rFonts w:hint="eastAsia"/>
              </w:rPr>
            </w:pPr>
            <w:r>
              <w:rPr>
                <w:rFonts w:eastAsia="Sans Serif"/>
              </w:rPr>
              <w:t>31</w:t>
            </w:r>
          </w:p>
        </w:tc>
        <w:tc>
          <w:tcPr>
            <w:tcW w:w="1309" w:type="dxa"/>
          </w:tcPr>
          <w:p w14:paraId="5C82BBBE" w14:textId="77777777" w:rsidR="00EF6539" w:rsidRDefault="00000000">
            <w:pPr>
              <w:rPr>
                <w:rFonts w:hint="eastAsia"/>
              </w:rPr>
            </w:pPr>
            <w:r>
              <w:rPr>
                <w:rFonts w:eastAsia="Sans Serif"/>
              </w:rPr>
              <w:t>Išlaja</w:t>
            </w:r>
          </w:p>
        </w:tc>
        <w:tc>
          <w:tcPr>
            <w:tcW w:w="1309" w:type="dxa"/>
          </w:tcPr>
          <w:p w14:paraId="1E694889" w14:textId="77777777" w:rsidR="00EF6539" w:rsidRDefault="00000000">
            <w:pPr>
              <w:rPr>
                <w:rFonts w:hint="eastAsia"/>
              </w:rPr>
            </w:pPr>
            <w:r>
              <w:rPr>
                <w:rFonts w:eastAsia="Sans Serif"/>
              </w:rPr>
              <w:t>flash</w:t>
            </w:r>
          </w:p>
        </w:tc>
        <w:tc>
          <w:tcPr>
            <w:tcW w:w="1309" w:type="dxa"/>
          </w:tcPr>
          <w:p w14:paraId="48106172" w14:textId="77777777" w:rsidR="00EF6539" w:rsidRDefault="00000000">
            <w:pPr>
              <w:rPr>
                <w:rFonts w:hint="eastAsia"/>
              </w:rPr>
            </w:pPr>
            <w:r>
              <w:rPr>
                <w:rFonts w:eastAsia="Sans Serif"/>
              </w:rPr>
              <w:t>bavure</w:t>
            </w:r>
          </w:p>
        </w:tc>
        <w:tc>
          <w:tcPr>
            <w:tcW w:w="1309" w:type="dxa"/>
          </w:tcPr>
          <w:p w14:paraId="37773CAA" w14:textId="77777777" w:rsidR="00EF6539" w:rsidRDefault="00000000">
            <w:pPr>
              <w:rPr>
                <w:rFonts w:hint="eastAsia"/>
              </w:rPr>
            </w:pPr>
            <w:r>
              <w:rPr>
                <w:rFonts w:eastAsia="Sans Serif"/>
              </w:rPr>
              <w:t>Grat</w:t>
            </w:r>
          </w:p>
        </w:tc>
      </w:tr>
      <w:tr w:rsidR="00EF6539" w14:paraId="70941C19" w14:textId="77777777">
        <w:trPr>
          <w:trHeight w:val="263"/>
        </w:trPr>
        <w:tc>
          <w:tcPr>
            <w:tcW w:w="1309" w:type="dxa"/>
          </w:tcPr>
          <w:p w14:paraId="7DCDDEF6" w14:textId="77777777" w:rsidR="00EF6539" w:rsidRDefault="00000000">
            <w:pPr>
              <w:rPr>
                <w:rFonts w:hint="eastAsia"/>
              </w:rPr>
            </w:pPr>
            <w:r>
              <w:rPr>
                <w:rFonts w:eastAsia="Sans Serif"/>
              </w:rPr>
              <w:t>32</w:t>
            </w:r>
          </w:p>
        </w:tc>
        <w:tc>
          <w:tcPr>
            <w:tcW w:w="1309" w:type="dxa"/>
          </w:tcPr>
          <w:p w14:paraId="5DEF7D46" w14:textId="77777777" w:rsidR="00EF6539" w:rsidRDefault="00000000">
            <w:pPr>
              <w:rPr>
                <w:rFonts w:hint="eastAsia"/>
              </w:rPr>
            </w:pPr>
            <w:r>
              <w:rPr>
                <w:rFonts w:eastAsia="Sans Serif"/>
              </w:rPr>
              <w:t>Siūlės taškas</w:t>
            </w:r>
          </w:p>
        </w:tc>
        <w:tc>
          <w:tcPr>
            <w:tcW w:w="1309" w:type="dxa"/>
          </w:tcPr>
          <w:p w14:paraId="47A5D4A6" w14:textId="77777777" w:rsidR="00EF6539" w:rsidRDefault="00000000">
            <w:pPr>
              <w:rPr>
                <w:rFonts w:hint="eastAsia"/>
              </w:rPr>
            </w:pPr>
            <w:r>
              <w:rPr>
                <w:rFonts w:eastAsia="Sans Serif"/>
              </w:rPr>
              <w:t>weld nugget</w:t>
            </w:r>
          </w:p>
        </w:tc>
        <w:tc>
          <w:tcPr>
            <w:tcW w:w="1309" w:type="dxa"/>
          </w:tcPr>
          <w:p w14:paraId="3FDBC590" w14:textId="77777777" w:rsidR="00EF6539" w:rsidRDefault="00000000">
            <w:pPr>
              <w:rPr>
                <w:rFonts w:hint="eastAsia"/>
              </w:rPr>
            </w:pPr>
            <w:r>
              <w:rPr>
                <w:rFonts w:eastAsia="Sans Serif"/>
              </w:rPr>
              <w:t>noyau de la soudure</w:t>
            </w:r>
          </w:p>
        </w:tc>
        <w:tc>
          <w:tcPr>
            <w:tcW w:w="1309" w:type="dxa"/>
          </w:tcPr>
          <w:p w14:paraId="6D36F64F" w14:textId="77777777" w:rsidR="00EF6539" w:rsidRDefault="00000000">
            <w:pPr>
              <w:rPr>
                <w:rFonts w:hint="eastAsia"/>
              </w:rPr>
            </w:pPr>
            <w:r>
              <w:rPr>
                <w:rFonts w:eastAsia="Sans Serif"/>
              </w:rPr>
              <w:t>Schweißlinse</w:t>
            </w:r>
          </w:p>
        </w:tc>
      </w:tr>
      <w:tr w:rsidR="00EF6539" w14:paraId="0B639741" w14:textId="77777777">
        <w:trPr>
          <w:trHeight w:val="263"/>
        </w:trPr>
        <w:tc>
          <w:tcPr>
            <w:tcW w:w="1309" w:type="dxa"/>
          </w:tcPr>
          <w:p w14:paraId="7D06DE65" w14:textId="77777777" w:rsidR="00EF6539" w:rsidRDefault="00000000">
            <w:pPr>
              <w:rPr>
                <w:rFonts w:hint="eastAsia"/>
              </w:rPr>
            </w:pPr>
            <w:r>
              <w:rPr>
                <w:rFonts w:eastAsia="Sans Serif"/>
              </w:rPr>
              <w:t>33</w:t>
            </w:r>
          </w:p>
        </w:tc>
        <w:tc>
          <w:tcPr>
            <w:tcW w:w="1309" w:type="dxa"/>
          </w:tcPr>
          <w:p w14:paraId="0B8EB784" w14:textId="77777777" w:rsidR="00EF6539" w:rsidRDefault="00000000">
            <w:pPr>
              <w:rPr>
                <w:rFonts w:hint="eastAsia"/>
              </w:rPr>
            </w:pPr>
            <w:r>
              <w:rPr>
                <w:rFonts w:eastAsia="Sans Serif"/>
              </w:rPr>
              <w:t>Taško skersmuo</w:t>
            </w:r>
          </w:p>
        </w:tc>
        <w:tc>
          <w:tcPr>
            <w:tcW w:w="1309" w:type="dxa"/>
          </w:tcPr>
          <w:p w14:paraId="7D22E8F0" w14:textId="77777777" w:rsidR="00EF6539" w:rsidRDefault="00000000">
            <w:pPr>
              <w:rPr>
                <w:rFonts w:hint="eastAsia"/>
              </w:rPr>
            </w:pPr>
            <w:r>
              <w:rPr>
                <w:rFonts w:eastAsia="Sans Serif"/>
              </w:rPr>
              <w:t>nugget diameter</w:t>
            </w:r>
          </w:p>
        </w:tc>
        <w:tc>
          <w:tcPr>
            <w:tcW w:w="1309" w:type="dxa"/>
          </w:tcPr>
          <w:p w14:paraId="3F4F42E9" w14:textId="77777777" w:rsidR="00EF6539" w:rsidRDefault="00000000">
            <w:pPr>
              <w:rPr>
                <w:rFonts w:hint="eastAsia"/>
              </w:rPr>
            </w:pPr>
            <w:r>
              <w:rPr>
                <w:rFonts w:eastAsia="Sans Serif"/>
              </w:rPr>
              <w:t>diamètre du noyau</w:t>
            </w:r>
          </w:p>
        </w:tc>
        <w:tc>
          <w:tcPr>
            <w:tcW w:w="1309" w:type="dxa"/>
          </w:tcPr>
          <w:p w14:paraId="5EC6CAEC" w14:textId="77777777" w:rsidR="00EF6539" w:rsidRDefault="00000000">
            <w:pPr>
              <w:rPr>
                <w:rFonts w:hint="eastAsia"/>
              </w:rPr>
            </w:pPr>
            <w:r>
              <w:rPr>
                <w:rFonts w:eastAsia="Sans Serif"/>
              </w:rPr>
              <w:t>Linsendurchmesser</w:t>
            </w:r>
          </w:p>
        </w:tc>
      </w:tr>
      <w:tr w:rsidR="00EF6539" w14:paraId="3B3032E3" w14:textId="77777777">
        <w:trPr>
          <w:trHeight w:val="263"/>
        </w:trPr>
        <w:tc>
          <w:tcPr>
            <w:tcW w:w="1309" w:type="dxa"/>
          </w:tcPr>
          <w:p w14:paraId="06AE5216" w14:textId="77777777" w:rsidR="00EF6539" w:rsidRDefault="00000000">
            <w:pPr>
              <w:rPr>
                <w:rFonts w:hint="eastAsia"/>
              </w:rPr>
            </w:pPr>
            <w:r>
              <w:rPr>
                <w:rFonts w:eastAsia="Sans Serif"/>
              </w:rPr>
              <w:t>34</w:t>
            </w:r>
          </w:p>
        </w:tc>
        <w:tc>
          <w:tcPr>
            <w:tcW w:w="1309" w:type="dxa"/>
          </w:tcPr>
          <w:p w14:paraId="688FD5AE" w14:textId="77777777" w:rsidR="00EF6539" w:rsidRDefault="00000000">
            <w:pPr>
              <w:rPr>
                <w:rFonts w:hint="eastAsia"/>
              </w:rPr>
            </w:pPr>
            <w:r>
              <w:rPr>
                <w:rFonts w:eastAsia="Sans Serif"/>
              </w:rPr>
              <w:t>Taško storis</w:t>
            </w:r>
          </w:p>
        </w:tc>
        <w:tc>
          <w:tcPr>
            <w:tcW w:w="1309" w:type="dxa"/>
          </w:tcPr>
          <w:p w14:paraId="71055D2F" w14:textId="77777777" w:rsidR="00EF6539" w:rsidRDefault="00000000">
            <w:pPr>
              <w:rPr>
                <w:rFonts w:hint="eastAsia"/>
              </w:rPr>
            </w:pPr>
            <w:r>
              <w:rPr>
                <w:rFonts w:eastAsia="Sans Serif"/>
              </w:rPr>
              <w:t>nugget thickness</w:t>
            </w:r>
          </w:p>
        </w:tc>
        <w:tc>
          <w:tcPr>
            <w:tcW w:w="1309" w:type="dxa"/>
          </w:tcPr>
          <w:p w14:paraId="75D4C045" w14:textId="77777777" w:rsidR="00EF6539" w:rsidRDefault="00000000">
            <w:pPr>
              <w:rPr>
                <w:rFonts w:hint="eastAsia"/>
              </w:rPr>
            </w:pPr>
            <w:r>
              <w:rPr>
                <w:rFonts w:eastAsia="Sans Serif"/>
              </w:rPr>
              <w:t>épaisseur du noyau</w:t>
            </w:r>
          </w:p>
        </w:tc>
        <w:tc>
          <w:tcPr>
            <w:tcW w:w="1309" w:type="dxa"/>
          </w:tcPr>
          <w:p w14:paraId="7DE0FBFE" w14:textId="77777777" w:rsidR="00EF6539" w:rsidRDefault="00000000">
            <w:pPr>
              <w:rPr>
                <w:rFonts w:hint="eastAsia"/>
              </w:rPr>
            </w:pPr>
            <w:r>
              <w:rPr>
                <w:rFonts w:eastAsia="Sans Serif"/>
              </w:rPr>
              <w:t>Linsendicke</w:t>
            </w:r>
          </w:p>
        </w:tc>
      </w:tr>
      <w:tr w:rsidR="00EF6539" w14:paraId="5C46841E" w14:textId="77777777">
        <w:trPr>
          <w:trHeight w:val="263"/>
        </w:trPr>
        <w:tc>
          <w:tcPr>
            <w:tcW w:w="1309" w:type="dxa"/>
          </w:tcPr>
          <w:p w14:paraId="431D12CB" w14:textId="77777777" w:rsidR="00EF6539" w:rsidRDefault="00000000">
            <w:pPr>
              <w:rPr>
                <w:rFonts w:hint="eastAsia"/>
              </w:rPr>
            </w:pPr>
            <w:r>
              <w:rPr>
                <w:rFonts w:eastAsia="Sans Serif"/>
              </w:rPr>
              <w:t>35</w:t>
            </w:r>
          </w:p>
        </w:tc>
        <w:tc>
          <w:tcPr>
            <w:tcW w:w="1309" w:type="dxa"/>
          </w:tcPr>
          <w:p w14:paraId="4D66D7E7" w14:textId="77777777" w:rsidR="00EF6539" w:rsidRDefault="00000000">
            <w:pPr>
              <w:rPr>
                <w:rFonts w:hint="eastAsia"/>
              </w:rPr>
            </w:pPr>
            <w:r>
              <w:rPr>
                <w:rFonts w:eastAsia="Sans Serif"/>
              </w:rPr>
              <w:t>Įspauda</w:t>
            </w:r>
          </w:p>
        </w:tc>
        <w:tc>
          <w:tcPr>
            <w:tcW w:w="1309" w:type="dxa"/>
          </w:tcPr>
          <w:p w14:paraId="7D7590CE" w14:textId="77777777" w:rsidR="00EF6539" w:rsidRDefault="00000000">
            <w:pPr>
              <w:rPr>
                <w:rFonts w:hint="eastAsia"/>
              </w:rPr>
            </w:pPr>
            <w:r>
              <w:rPr>
                <w:rFonts w:eastAsia="Sans Serif"/>
              </w:rPr>
              <w:t>indentation</w:t>
            </w:r>
          </w:p>
        </w:tc>
        <w:tc>
          <w:tcPr>
            <w:tcW w:w="1309" w:type="dxa"/>
          </w:tcPr>
          <w:p w14:paraId="22413183" w14:textId="77777777" w:rsidR="00EF6539" w:rsidRDefault="00000000">
            <w:pPr>
              <w:rPr>
                <w:rFonts w:hint="eastAsia"/>
              </w:rPr>
            </w:pPr>
            <w:r>
              <w:rPr>
                <w:rFonts w:eastAsia="Sans Serif"/>
              </w:rPr>
              <w:t>indentation</w:t>
            </w:r>
          </w:p>
        </w:tc>
        <w:tc>
          <w:tcPr>
            <w:tcW w:w="1309" w:type="dxa"/>
          </w:tcPr>
          <w:p w14:paraId="3A15400A" w14:textId="77777777" w:rsidR="00EF6539" w:rsidRDefault="00000000">
            <w:pPr>
              <w:rPr>
                <w:rFonts w:hint="eastAsia"/>
              </w:rPr>
            </w:pPr>
            <w:r>
              <w:rPr>
                <w:rFonts w:eastAsia="Sans Serif"/>
              </w:rPr>
              <w:t>Eindruck</w:t>
            </w:r>
          </w:p>
        </w:tc>
      </w:tr>
      <w:tr w:rsidR="00EF6539" w14:paraId="309FE157" w14:textId="77777777">
        <w:trPr>
          <w:trHeight w:val="263"/>
        </w:trPr>
        <w:tc>
          <w:tcPr>
            <w:tcW w:w="1309" w:type="dxa"/>
          </w:tcPr>
          <w:p w14:paraId="18474D7D" w14:textId="77777777" w:rsidR="00EF6539" w:rsidRDefault="00000000">
            <w:pPr>
              <w:rPr>
                <w:rFonts w:hint="eastAsia"/>
              </w:rPr>
            </w:pPr>
            <w:r>
              <w:rPr>
                <w:rFonts w:eastAsia="Sans Serif"/>
              </w:rPr>
              <w:t>36</w:t>
            </w:r>
          </w:p>
        </w:tc>
        <w:tc>
          <w:tcPr>
            <w:tcW w:w="1309" w:type="dxa"/>
          </w:tcPr>
          <w:p w14:paraId="02747F0B" w14:textId="77777777" w:rsidR="00EF6539" w:rsidRDefault="00000000">
            <w:pPr>
              <w:rPr>
                <w:rFonts w:hint="eastAsia"/>
              </w:rPr>
            </w:pPr>
            <w:r>
              <w:rPr>
                <w:rFonts w:eastAsia="Sans Serif"/>
              </w:rPr>
              <w:t>Įspaudos gylis</w:t>
            </w:r>
          </w:p>
        </w:tc>
        <w:tc>
          <w:tcPr>
            <w:tcW w:w="1309" w:type="dxa"/>
          </w:tcPr>
          <w:p w14:paraId="4A3A792D" w14:textId="77777777" w:rsidR="00EF6539" w:rsidRDefault="00000000">
            <w:pPr>
              <w:rPr>
                <w:rFonts w:hint="eastAsia"/>
              </w:rPr>
            </w:pPr>
            <w:r>
              <w:rPr>
                <w:rFonts w:eastAsia="Sans Serif"/>
              </w:rPr>
              <w:t>indentation depth</w:t>
            </w:r>
          </w:p>
        </w:tc>
        <w:tc>
          <w:tcPr>
            <w:tcW w:w="1309" w:type="dxa"/>
          </w:tcPr>
          <w:p w14:paraId="40478552" w14:textId="77777777" w:rsidR="00EF6539" w:rsidRDefault="00000000">
            <w:pPr>
              <w:rPr>
                <w:rFonts w:hint="eastAsia"/>
              </w:rPr>
            </w:pPr>
            <w:r>
              <w:rPr>
                <w:rFonts w:eastAsia="Sans Serif"/>
              </w:rPr>
              <w:t>profondeur d'indentation</w:t>
            </w:r>
          </w:p>
        </w:tc>
        <w:tc>
          <w:tcPr>
            <w:tcW w:w="1309" w:type="dxa"/>
          </w:tcPr>
          <w:p w14:paraId="12D280B2" w14:textId="77777777" w:rsidR="00EF6539" w:rsidRDefault="00000000">
            <w:pPr>
              <w:rPr>
                <w:rFonts w:hint="eastAsia"/>
              </w:rPr>
            </w:pPr>
            <w:r>
              <w:rPr>
                <w:rFonts w:eastAsia="Sans Serif"/>
              </w:rPr>
              <w:t>Eindrucktiefe</w:t>
            </w:r>
          </w:p>
        </w:tc>
      </w:tr>
      <w:tr w:rsidR="00EF6539" w14:paraId="0DA27782" w14:textId="77777777">
        <w:trPr>
          <w:trHeight w:val="263"/>
        </w:trPr>
        <w:tc>
          <w:tcPr>
            <w:tcW w:w="1309" w:type="dxa"/>
          </w:tcPr>
          <w:p w14:paraId="009494AF" w14:textId="77777777" w:rsidR="00EF6539" w:rsidRDefault="00000000">
            <w:pPr>
              <w:rPr>
                <w:rFonts w:hint="eastAsia"/>
              </w:rPr>
            </w:pPr>
            <w:r>
              <w:rPr>
                <w:rFonts w:eastAsia="Sans Serif"/>
              </w:rPr>
              <w:t>37</w:t>
            </w:r>
          </w:p>
        </w:tc>
        <w:tc>
          <w:tcPr>
            <w:tcW w:w="1309" w:type="dxa"/>
          </w:tcPr>
          <w:p w14:paraId="5F18BB63" w14:textId="77777777" w:rsidR="00EF6539" w:rsidRDefault="00000000">
            <w:pPr>
              <w:rPr>
                <w:rFonts w:hint="eastAsia"/>
              </w:rPr>
            </w:pPr>
            <w:r>
              <w:rPr>
                <w:rFonts w:eastAsia="Sans Serif"/>
              </w:rPr>
              <w:t>Sąlyčio paviršius</w:t>
            </w:r>
          </w:p>
        </w:tc>
        <w:tc>
          <w:tcPr>
            <w:tcW w:w="1309" w:type="dxa"/>
          </w:tcPr>
          <w:p w14:paraId="52D9BF8C" w14:textId="77777777" w:rsidR="00EF6539" w:rsidRDefault="00000000">
            <w:pPr>
              <w:rPr>
                <w:rFonts w:hint="eastAsia"/>
              </w:rPr>
            </w:pPr>
            <w:r>
              <w:rPr>
                <w:rFonts w:eastAsia="Sans Serif"/>
              </w:rPr>
              <w:t>weld interface</w:t>
            </w:r>
          </w:p>
        </w:tc>
        <w:tc>
          <w:tcPr>
            <w:tcW w:w="1309" w:type="dxa"/>
          </w:tcPr>
          <w:p w14:paraId="06964976" w14:textId="77777777" w:rsidR="00EF6539" w:rsidRDefault="00000000">
            <w:pPr>
              <w:rPr>
                <w:rFonts w:hint="eastAsia"/>
              </w:rPr>
            </w:pPr>
            <w:r>
              <w:rPr>
                <w:rFonts w:eastAsia="Sans Serif"/>
              </w:rPr>
              <w:t>interface</w:t>
            </w:r>
          </w:p>
        </w:tc>
        <w:tc>
          <w:tcPr>
            <w:tcW w:w="1309" w:type="dxa"/>
          </w:tcPr>
          <w:p w14:paraId="4E8CE10C" w14:textId="77777777" w:rsidR="00EF6539" w:rsidRDefault="00000000">
            <w:pPr>
              <w:rPr>
                <w:rFonts w:hint="eastAsia"/>
              </w:rPr>
            </w:pPr>
            <w:r>
              <w:rPr>
                <w:rFonts w:eastAsia="Sans Serif"/>
              </w:rPr>
              <w:t>Bindezone</w:t>
            </w:r>
          </w:p>
        </w:tc>
      </w:tr>
      <w:tr w:rsidR="00EF6539" w14:paraId="69BE9215" w14:textId="77777777">
        <w:trPr>
          <w:trHeight w:val="263"/>
        </w:trPr>
        <w:tc>
          <w:tcPr>
            <w:tcW w:w="1309" w:type="dxa"/>
          </w:tcPr>
          <w:p w14:paraId="2CCF6A27" w14:textId="77777777" w:rsidR="00EF6539" w:rsidRDefault="00000000">
            <w:pPr>
              <w:rPr>
                <w:rFonts w:hint="eastAsia"/>
              </w:rPr>
            </w:pPr>
            <w:r>
              <w:rPr>
                <w:rFonts w:eastAsia="Sans Serif"/>
              </w:rPr>
              <w:t>38</w:t>
            </w:r>
          </w:p>
        </w:tc>
        <w:tc>
          <w:tcPr>
            <w:tcW w:w="1309" w:type="dxa"/>
          </w:tcPr>
          <w:p w14:paraId="2C282F4A" w14:textId="77777777" w:rsidR="00EF6539" w:rsidRDefault="00000000">
            <w:pPr>
              <w:rPr>
                <w:rFonts w:hint="eastAsia"/>
              </w:rPr>
            </w:pPr>
            <w:r>
              <w:rPr>
                <w:rFonts w:eastAsia="Sans Serif"/>
              </w:rPr>
              <w:t>Siūlės ilgis</w:t>
            </w:r>
          </w:p>
        </w:tc>
        <w:tc>
          <w:tcPr>
            <w:tcW w:w="1309" w:type="dxa"/>
          </w:tcPr>
          <w:p w14:paraId="1CAAEA8C" w14:textId="77777777" w:rsidR="00EF6539" w:rsidRDefault="00000000">
            <w:pPr>
              <w:rPr>
                <w:rFonts w:hint="eastAsia"/>
              </w:rPr>
            </w:pPr>
            <w:r>
              <w:rPr>
                <w:rFonts w:eastAsia="Sans Serif"/>
              </w:rPr>
              <w:t>weld length</w:t>
            </w:r>
          </w:p>
        </w:tc>
        <w:tc>
          <w:tcPr>
            <w:tcW w:w="1309" w:type="dxa"/>
          </w:tcPr>
          <w:p w14:paraId="63F4CD55" w14:textId="77777777" w:rsidR="00EF6539" w:rsidRDefault="00000000">
            <w:pPr>
              <w:rPr>
                <w:rFonts w:hint="eastAsia"/>
              </w:rPr>
            </w:pPr>
            <w:r>
              <w:rPr>
                <w:rFonts w:eastAsia="Sans Serif"/>
              </w:rPr>
              <w:t>longueur de la soudure</w:t>
            </w:r>
          </w:p>
        </w:tc>
        <w:tc>
          <w:tcPr>
            <w:tcW w:w="1309" w:type="dxa"/>
          </w:tcPr>
          <w:p w14:paraId="417612DD" w14:textId="77777777" w:rsidR="00EF6539" w:rsidRDefault="00000000">
            <w:pPr>
              <w:rPr>
                <w:rFonts w:hint="eastAsia"/>
              </w:rPr>
            </w:pPr>
            <w:r>
              <w:rPr>
                <w:rFonts w:eastAsia="Sans Serif"/>
              </w:rPr>
              <w:t>Nahtlänge</w:t>
            </w:r>
          </w:p>
        </w:tc>
      </w:tr>
      <w:tr w:rsidR="00EF6539" w14:paraId="3A520829" w14:textId="77777777">
        <w:trPr>
          <w:trHeight w:val="263"/>
        </w:trPr>
        <w:tc>
          <w:tcPr>
            <w:tcW w:w="1309" w:type="dxa"/>
          </w:tcPr>
          <w:p w14:paraId="4EF71BC0" w14:textId="77777777" w:rsidR="00EF6539" w:rsidRDefault="00000000">
            <w:pPr>
              <w:rPr>
                <w:rFonts w:hint="eastAsia"/>
              </w:rPr>
            </w:pPr>
            <w:r>
              <w:rPr>
                <w:rFonts w:eastAsia="Sans Serif"/>
              </w:rPr>
              <w:t>39</w:t>
            </w:r>
          </w:p>
        </w:tc>
        <w:tc>
          <w:tcPr>
            <w:tcW w:w="1309" w:type="dxa"/>
          </w:tcPr>
          <w:p w14:paraId="78F072B5" w14:textId="77777777" w:rsidR="00EF6539" w:rsidRDefault="00000000">
            <w:pPr>
              <w:rPr>
                <w:rFonts w:hint="eastAsia"/>
              </w:rPr>
            </w:pPr>
            <w:r>
              <w:rPr>
                <w:rFonts w:eastAsia="Sans Serif"/>
              </w:rPr>
              <w:t>Siūlės žingsnis</w:t>
            </w:r>
          </w:p>
        </w:tc>
        <w:tc>
          <w:tcPr>
            <w:tcW w:w="1309" w:type="dxa"/>
          </w:tcPr>
          <w:p w14:paraId="3B6D816A" w14:textId="77777777" w:rsidR="00EF6539" w:rsidRDefault="00000000">
            <w:pPr>
              <w:rPr>
                <w:rFonts w:hint="eastAsia"/>
              </w:rPr>
            </w:pPr>
            <w:r>
              <w:rPr>
                <w:rFonts w:eastAsia="Sans Serif"/>
              </w:rPr>
              <w:t>weld pitch</w:t>
            </w:r>
          </w:p>
        </w:tc>
        <w:tc>
          <w:tcPr>
            <w:tcW w:w="1309" w:type="dxa"/>
          </w:tcPr>
          <w:p w14:paraId="730A9C7E" w14:textId="77777777" w:rsidR="00EF6539" w:rsidRDefault="00000000">
            <w:pPr>
              <w:rPr>
                <w:rFonts w:hint="eastAsia"/>
              </w:rPr>
            </w:pPr>
            <w:r>
              <w:rPr>
                <w:rFonts w:eastAsia="Sans Serif"/>
              </w:rPr>
              <w:t>entraxe (des points de soudure)</w:t>
            </w:r>
          </w:p>
        </w:tc>
        <w:tc>
          <w:tcPr>
            <w:tcW w:w="1309" w:type="dxa"/>
          </w:tcPr>
          <w:p w14:paraId="79227792" w14:textId="77777777" w:rsidR="00EF6539" w:rsidRDefault="00000000">
            <w:pPr>
              <w:rPr>
                <w:rFonts w:hint="eastAsia"/>
              </w:rPr>
            </w:pPr>
            <w:r>
              <w:rPr>
                <w:rFonts w:eastAsia="Sans Serif"/>
              </w:rPr>
              <w:t>Punktabstand</w:t>
            </w:r>
          </w:p>
        </w:tc>
      </w:tr>
      <w:tr w:rsidR="00EF6539" w14:paraId="17AD43D1" w14:textId="77777777">
        <w:trPr>
          <w:trHeight w:val="263"/>
        </w:trPr>
        <w:tc>
          <w:tcPr>
            <w:tcW w:w="1309" w:type="dxa"/>
          </w:tcPr>
          <w:p w14:paraId="780FEAED" w14:textId="77777777" w:rsidR="00EF6539" w:rsidRDefault="00000000">
            <w:pPr>
              <w:rPr>
                <w:rFonts w:hint="eastAsia"/>
              </w:rPr>
            </w:pPr>
            <w:r>
              <w:rPr>
                <w:rFonts w:eastAsia="Sans Serif"/>
              </w:rPr>
              <w:t>40</w:t>
            </w:r>
          </w:p>
        </w:tc>
        <w:tc>
          <w:tcPr>
            <w:tcW w:w="1309" w:type="dxa"/>
          </w:tcPr>
          <w:p w14:paraId="15B484BB" w14:textId="77777777" w:rsidR="00EF6539" w:rsidRDefault="00000000">
            <w:pPr>
              <w:rPr>
                <w:rFonts w:hint="eastAsia"/>
              </w:rPr>
            </w:pPr>
            <w:r>
              <w:rPr>
                <w:rFonts w:eastAsia="Sans Serif"/>
              </w:rPr>
              <w:t>Taškų sanklota</w:t>
            </w:r>
          </w:p>
        </w:tc>
        <w:tc>
          <w:tcPr>
            <w:tcW w:w="1309" w:type="dxa"/>
          </w:tcPr>
          <w:p w14:paraId="4954AC5C" w14:textId="77777777" w:rsidR="00EF6539" w:rsidRDefault="00000000">
            <w:pPr>
              <w:rPr>
                <w:rFonts w:hint="eastAsia"/>
              </w:rPr>
            </w:pPr>
            <w:r>
              <w:rPr>
                <w:rFonts w:eastAsia="Sans Serif"/>
              </w:rPr>
              <w:t>nugget overlap</w:t>
            </w:r>
          </w:p>
        </w:tc>
        <w:tc>
          <w:tcPr>
            <w:tcW w:w="1309" w:type="dxa"/>
          </w:tcPr>
          <w:p w14:paraId="506528A0" w14:textId="77777777" w:rsidR="00EF6539" w:rsidRDefault="00000000">
            <w:pPr>
              <w:rPr>
                <w:rFonts w:hint="eastAsia"/>
              </w:rPr>
            </w:pPr>
            <w:r>
              <w:rPr>
                <w:rFonts w:eastAsia="Sans Serif"/>
              </w:rPr>
              <w:t>recouvrement des noyaux</w:t>
            </w:r>
          </w:p>
        </w:tc>
        <w:tc>
          <w:tcPr>
            <w:tcW w:w="1309" w:type="dxa"/>
          </w:tcPr>
          <w:p w14:paraId="53D46ED8" w14:textId="77777777" w:rsidR="00EF6539" w:rsidRDefault="00000000">
            <w:pPr>
              <w:rPr>
                <w:rFonts w:hint="eastAsia"/>
              </w:rPr>
            </w:pPr>
            <w:r>
              <w:rPr>
                <w:rFonts w:eastAsia="Sans Serif"/>
              </w:rPr>
              <w:t>Linsenüberschneidung</w:t>
            </w:r>
          </w:p>
        </w:tc>
      </w:tr>
      <w:tr w:rsidR="00EF6539" w14:paraId="3264667A" w14:textId="77777777">
        <w:trPr>
          <w:trHeight w:val="263"/>
        </w:trPr>
        <w:tc>
          <w:tcPr>
            <w:tcW w:w="1309" w:type="dxa"/>
          </w:tcPr>
          <w:p w14:paraId="6D0F5941" w14:textId="77777777" w:rsidR="00EF6539" w:rsidRDefault="00000000">
            <w:pPr>
              <w:rPr>
                <w:rFonts w:hint="eastAsia"/>
              </w:rPr>
            </w:pPr>
            <w:r>
              <w:rPr>
                <w:rFonts w:eastAsia="Sans Serif"/>
              </w:rPr>
              <w:t>41</w:t>
            </w:r>
          </w:p>
        </w:tc>
        <w:tc>
          <w:tcPr>
            <w:tcW w:w="1309" w:type="dxa"/>
          </w:tcPr>
          <w:p w14:paraId="00DFF287" w14:textId="77777777" w:rsidR="00EF6539" w:rsidRDefault="00000000">
            <w:pPr>
              <w:rPr>
                <w:rFonts w:hint="eastAsia"/>
              </w:rPr>
            </w:pPr>
            <w:r>
              <w:rPr>
                <w:rFonts w:eastAsia="Sans Serif"/>
              </w:rPr>
              <w:t>Taškų poslinkis (eilėse)</w:t>
            </w:r>
          </w:p>
        </w:tc>
        <w:tc>
          <w:tcPr>
            <w:tcW w:w="1309" w:type="dxa"/>
          </w:tcPr>
          <w:p w14:paraId="2A67C557" w14:textId="77777777" w:rsidR="00EF6539" w:rsidRDefault="00000000">
            <w:pPr>
              <w:rPr>
                <w:rFonts w:hint="eastAsia"/>
              </w:rPr>
            </w:pPr>
            <w:r>
              <w:rPr>
                <w:rFonts w:eastAsia="Sans Serif"/>
              </w:rPr>
              <w:t>stagger</w:t>
            </w:r>
          </w:p>
        </w:tc>
        <w:tc>
          <w:tcPr>
            <w:tcW w:w="1309" w:type="dxa"/>
          </w:tcPr>
          <w:p w14:paraId="6A0A5918" w14:textId="77777777" w:rsidR="00EF6539" w:rsidRDefault="00000000">
            <w:pPr>
              <w:rPr>
                <w:rFonts w:hint="eastAsia"/>
              </w:rPr>
            </w:pPr>
            <w:r>
              <w:rPr>
                <w:rFonts w:eastAsia="Sans Serif"/>
              </w:rPr>
              <w:t>décalage des noyaux</w:t>
            </w:r>
          </w:p>
        </w:tc>
        <w:tc>
          <w:tcPr>
            <w:tcW w:w="1309" w:type="dxa"/>
          </w:tcPr>
          <w:p w14:paraId="2A08E5CB" w14:textId="77777777" w:rsidR="00EF6539" w:rsidRDefault="00000000">
            <w:pPr>
              <w:rPr>
                <w:rFonts w:hint="eastAsia"/>
              </w:rPr>
            </w:pPr>
            <w:r>
              <w:rPr>
                <w:rFonts w:eastAsia="Sans Serif"/>
              </w:rPr>
              <w:t>Versatz</w:t>
            </w:r>
          </w:p>
        </w:tc>
      </w:tr>
      <w:tr w:rsidR="00EF6539" w14:paraId="7D7D1BAF" w14:textId="77777777">
        <w:trPr>
          <w:trHeight w:val="263"/>
        </w:trPr>
        <w:tc>
          <w:tcPr>
            <w:tcW w:w="1309" w:type="dxa"/>
          </w:tcPr>
          <w:p w14:paraId="50BC25F8" w14:textId="77777777" w:rsidR="00EF6539" w:rsidRDefault="00000000">
            <w:pPr>
              <w:rPr>
                <w:rFonts w:hint="eastAsia"/>
              </w:rPr>
            </w:pPr>
            <w:r>
              <w:rPr>
                <w:rFonts w:eastAsia="Sans Serif"/>
              </w:rPr>
              <w:t>42</w:t>
            </w:r>
          </w:p>
        </w:tc>
        <w:tc>
          <w:tcPr>
            <w:tcW w:w="1309" w:type="dxa"/>
          </w:tcPr>
          <w:p w14:paraId="5D097827" w14:textId="77777777" w:rsidR="00EF6539" w:rsidRDefault="00000000">
            <w:pPr>
              <w:rPr>
                <w:rFonts w:hint="eastAsia"/>
              </w:rPr>
            </w:pPr>
            <w:r>
              <w:rPr>
                <w:rFonts w:eastAsia="Sans Serif"/>
              </w:rPr>
              <w:t>Eilių žingsnis</w:t>
            </w:r>
          </w:p>
        </w:tc>
        <w:tc>
          <w:tcPr>
            <w:tcW w:w="1309" w:type="dxa"/>
          </w:tcPr>
          <w:p w14:paraId="4F5360EF" w14:textId="77777777" w:rsidR="00EF6539" w:rsidRDefault="00000000">
            <w:pPr>
              <w:rPr>
                <w:rFonts w:hint="eastAsia"/>
              </w:rPr>
            </w:pPr>
            <w:r>
              <w:rPr>
                <w:rFonts w:eastAsia="Sans Serif"/>
              </w:rPr>
              <w:t>row pitch</w:t>
            </w:r>
          </w:p>
        </w:tc>
        <w:tc>
          <w:tcPr>
            <w:tcW w:w="1309" w:type="dxa"/>
          </w:tcPr>
          <w:p w14:paraId="4CBA98D3" w14:textId="77777777" w:rsidR="00EF6539" w:rsidRDefault="00000000">
            <w:pPr>
              <w:rPr>
                <w:rFonts w:hint="eastAsia"/>
              </w:rPr>
            </w:pPr>
            <w:r>
              <w:rPr>
                <w:rFonts w:eastAsia="Sans Serif"/>
              </w:rPr>
              <w:t>ecartement des rangées</w:t>
            </w:r>
          </w:p>
        </w:tc>
        <w:tc>
          <w:tcPr>
            <w:tcW w:w="1309" w:type="dxa"/>
          </w:tcPr>
          <w:p w14:paraId="2D85B4FD" w14:textId="77777777" w:rsidR="00EF6539" w:rsidRDefault="00000000">
            <w:pPr>
              <w:rPr>
                <w:rFonts w:hint="eastAsia"/>
              </w:rPr>
            </w:pPr>
            <w:r>
              <w:rPr>
                <w:rFonts w:eastAsia="Sans Serif"/>
              </w:rPr>
              <w:t>Reihenabstand</w:t>
            </w:r>
          </w:p>
        </w:tc>
      </w:tr>
      <w:tr w:rsidR="00EF6539" w14:paraId="62ABE87F" w14:textId="77777777">
        <w:trPr>
          <w:trHeight w:val="263"/>
        </w:trPr>
        <w:tc>
          <w:tcPr>
            <w:tcW w:w="1309" w:type="dxa"/>
          </w:tcPr>
          <w:p w14:paraId="439BF73E" w14:textId="77777777" w:rsidR="00EF6539" w:rsidRDefault="00000000">
            <w:pPr>
              <w:rPr>
                <w:rFonts w:hint="eastAsia"/>
              </w:rPr>
            </w:pPr>
            <w:r>
              <w:rPr>
                <w:rFonts w:eastAsia="Sans Serif"/>
              </w:rPr>
              <w:t>43</w:t>
            </w:r>
          </w:p>
        </w:tc>
        <w:tc>
          <w:tcPr>
            <w:tcW w:w="1309" w:type="dxa"/>
          </w:tcPr>
          <w:p w14:paraId="5168EA4D" w14:textId="77777777" w:rsidR="00EF6539" w:rsidRDefault="00000000">
            <w:pPr>
              <w:rPr>
                <w:rFonts w:hint="eastAsia"/>
              </w:rPr>
            </w:pPr>
            <w:r>
              <w:rPr>
                <w:rFonts w:eastAsia="Sans Serif"/>
              </w:rPr>
              <w:t>Atstumas nuo krašto</w:t>
            </w:r>
          </w:p>
        </w:tc>
        <w:tc>
          <w:tcPr>
            <w:tcW w:w="1309" w:type="dxa"/>
          </w:tcPr>
          <w:p w14:paraId="40F17193" w14:textId="77777777" w:rsidR="00EF6539" w:rsidRDefault="00000000">
            <w:pPr>
              <w:rPr>
                <w:rFonts w:hint="eastAsia"/>
              </w:rPr>
            </w:pPr>
            <w:r>
              <w:rPr>
                <w:rFonts w:eastAsia="Sans Serif"/>
              </w:rPr>
              <w:t>edge distance</w:t>
            </w:r>
          </w:p>
        </w:tc>
        <w:tc>
          <w:tcPr>
            <w:tcW w:w="1309" w:type="dxa"/>
          </w:tcPr>
          <w:p w14:paraId="099EF9EF" w14:textId="77777777" w:rsidR="00EF6539" w:rsidRDefault="00000000">
            <w:pPr>
              <w:rPr>
                <w:rFonts w:hint="eastAsia"/>
              </w:rPr>
            </w:pPr>
            <w:r>
              <w:rPr>
                <w:rFonts w:eastAsia="Sans Serif"/>
              </w:rPr>
              <w:t>distance au bord (de la pièce)</w:t>
            </w:r>
          </w:p>
        </w:tc>
        <w:tc>
          <w:tcPr>
            <w:tcW w:w="1309" w:type="dxa"/>
          </w:tcPr>
          <w:p w14:paraId="32E6FE06" w14:textId="77777777" w:rsidR="00EF6539" w:rsidRDefault="00000000">
            <w:pPr>
              <w:rPr>
                <w:rFonts w:hint="eastAsia"/>
              </w:rPr>
            </w:pPr>
            <w:r>
              <w:rPr>
                <w:rFonts w:eastAsia="Sans Serif"/>
              </w:rPr>
              <w:t>Randabstand</w:t>
            </w:r>
          </w:p>
        </w:tc>
      </w:tr>
      <w:tr w:rsidR="00EF6539" w14:paraId="45794228" w14:textId="77777777">
        <w:trPr>
          <w:trHeight w:val="263"/>
        </w:trPr>
        <w:tc>
          <w:tcPr>
            <w:tcW w:w="1309" w:type="dxa"/>
          </w:tcPr>
          <w:p w14:paraId="78033271" w14:textId="77777777" w:rsidR="00EF6539" w:rsidRDefault="00000000">
            <w:pPr>
              <w:rPr>
                <w:rFonts w:hint="eastAsia"/>
              </w:rPr>
            </w:pPr>
            <w:r>
              <w:rPr>
                <w:rFonts w:eastAsia="Sans Serif"/>
              </w:rPr>
              <w:t>45</w:t>
            </w:r>
          </w:p>
        </w:tc>
        <w:tc>
          <w:tcPr>
            <w:tcW w:w="1309" w:type="dxa"/>
          </w:tcPr>
          <w:p w14:paraId="2DB2FEE1" w14:textId="77777777" w:rsidR="00EF6539" w:rsidRDefault="00000000">
            <w:pPr>
              <w:rPr>
                <w:rFonts w:hint="eastAsia"/>
              </w:rPr>
            </w:pPr>
            <w:r>
              <w:rPr>
                <w:rFonts w:eastAsia="Sans Serif"/>
              </w:rPr>
              <w:t>Smeigė</w:t>
            </w:r>
          </w:p>
        </w:tc>
        <w:tc>
          <w:tcPr>
            <w:tcW w:w="1309" w:type="dxa"/>
          </w:tcPr>
          <w:p w14:paraId="46E8D1E2" w14:textId="77777777" w:rsidR="00EF6539" w:rsidRDefault="00000000">
            <w:pPr>
              <w:rPr>
                <w:rFonts w:hint="eastAsia"/>
              </w:rPr>
            </w:pPr>
            <w:r>
              <w:rPr>
                <w:rFonts w:eastAsia="Sans Serif"/>
              </w:rPr>
              <w:t>stud</w:t>
            </w:r>
          </w:p>
        </w:tc>
        <w:tc>
          <w:tcPr>
            <w:tcW w:w="1309" w:type="dxa"/>
          </w:tcPr>
          <w:p w14:paraId="6CC8A444" w14:textId="77777777" w:rsidR="00EF6539" w:rsidRDefault="00000000">
            <w:pPr>
              <w:rPr>
                <w:rFonts w:hint="eastAsia"/>
              </w:rPr>
            </w:pPr>
            <w:r>
              <w:rPr>
                <w:rFonts w:eastAsia="Sans Serif"/>
              </w:rPr>
              <w:t>goujon</w:t>
            </w:r>
          </w:p>
        </w:tc>
        <w:tc>
          <w:tcPr>
            <w:tcW w:w="1309" w:type="dxa"/>
          </w:tcPr>
          <w:p w14:paraId="6852A462" w14:textId="77777777" w:rsidR="00EF6539" w:rsidRDefault="00000000">
            <w:pPr>
              <w:rPr>
                <w:rFonts w:hint="eastAsia"/>
              </w:rPr>
            </w:pPr>
            <w:r>
              <w:rPr>
                <w:rFonts w:eastAsia="Sans Serif"/>
              </w:rPr>
              <w:t>Bolzen</w:t>
            </w:r>
          </w:p>
        </w:tc>
      </w:tr>
    </w:tbl>
    <w:p w14:paraId="57EBCA5A" w14:textId="19D042D2" w:rsidR="00EF6539" w:rsidRDefault="00EF6539">
      <w:pPr>
        <w:spacing w:after="0"/>
        <w:rPr>
          <w:rFonts w:hint="eastAsia"/>
        </w:rPr>
      </w:pPr>
    </w:p>
    <w:p w14:paraId="0BBEC606" w14:textId="46322DCC" w:rsidR="00EF6539" w:rsidRDefault="00EF6539">
      <w:pPr>
        <w:spacing w:after="0"/>
        <w:rPr>
          <w:rFonts w:hint="eastAsia"/>
        </w:rPr>
      </w:pPr>
    </w:p>
    <w:p w14:paraId="30BF9A2A" w14:textId="77777777" w:rsidR="00EF6539" w:rsidRDefault="00EF6539">
      <w:pPr>
        <w:rPr>
          <w:rFonts w:hint="eastAsia"/>
        </w:rPr>
        <w:sectPr w:rsidR="00EF6539">
          <w:pgSz w:w="16838" w:h="11906"/>
          <w:pgMar w:top="0" w:right="0" w:bottom="0" w:left="0" w:header="0" w:footer="0" w:gutter="0"/>
          <w:cols w:space="720"/>
          <w:docGrid w:linePitch="360"/>
        </w:sectPr>
      </w:pPr>
    </w:p>
    <w:p w14:paraId="418A09C3" w14:textId="77777777" w:rsidR="00EF6539" w:rsidRDefault="00EF6539">
      <w:pPr>
        <w:rPr>
          <w:rFonts w:hint="eastAsia"/>
        </w:rPr>
      </w:pPr>
    </w:p>
    <w:tbl>
      <w:tblPr>
        <w:tblStyle w:val="TableGrid"/>
        <w:tblpPr w:vertAnchor="page" w:horzAnchor="page" w:tblpX="3120" w:tblpY="1584"/>
        <w:tblW w:w="4785" w:type="dxa"/>
        <w:tblLayout w:type="fixed"/>
        <w:tblLook w:val="04A0" w:firstRow="1" w:lastRow="0" w:firstColumn="1" w:lastColumn="0" w:noHBand="0" w:noVBand="1"/>
      </w:tblPr>
      <w:tblGrid>
        <w:gridCol w:w="1595"/>
        <w:gridCol w:w="1595"/>
        <w:gridCol w:w="1595"/>
      </w:tblGrid>
      <w:tr w:rsidR="00EF6539" w14:paraId="5D26796D" w14:textId="77777777">
        <w:trPr>
          <w:trHeight w:val="858"/>
        </w:trPr>
        <w:tc>
          <w:tcPr>
            <w:tcW w:w="1595" w:type="dxa"/>
          </w:tcPr>
          <w:p w14:paraId="67A542C6" w14:textId="77777777" w:rsidR="00EF6539" w:rsidRDefault="00000000">
            <w:pPr>
              <w:rPr>
                <w:rFonts w:hint="eastAsia"/>
              </w:rPr>
            </w:pPr>
            <w:r>
              <w:rPr>
                <w:rFonts w:eastAsia="Sans Serif"/>
              </w:rPr>
              <w:t>L: Jungties tipas</w:t>
            </w:r>
            <w:r>
              <w:rPr>
                <w:rFonts w:eastAsia="Sans Serif"/>
              </w:rPr>
              <w:br/>
              <w:t>E: Type of joint</w:t>
            </w:r>
            <w:r>
              <w:rPr>
                <w:rFonts w:eastAsia="Sans Serif"/>
              </w:rPr>
              <w:br/>
              <w:t>F: Type d'assemblage</w:t>
            </w:r>
            <w:r>
              <w:rPr>
                <w:rFonts w:eastAsia="Sans Serif"/>
              </w:rPr>
              <w:br/>
              <w:t>D: Stollart</w:t>
            </w:r>
          </w:p>
        </w:tc>
        <w:tc>
          <w:tcPr>
            <w:tcW w:w="1595" w:type="dxa"/>
          </w:tcPr>
          <w:p w14:paraId="49FF83F7" w14:textId="77777777" w:rsidR="00EF6539" w:rsidRDefault="00000000">
            <w:pPr>
              <w:rPr>
                <w:rFonts w:hint="eastAsia"/>
              </w:rPr>
            </w:pPr>
            <w:r>
              <w:rPr>
                <w:rFonts w:eastAsia="Sans Serif"/>
              </w:rPr>
              <w:t>Siūlės tipas</w:t>
            </w:r>
            <w:r>
              <w:rPr>
                <w:rFonts w:eastAsia="Sans Serif"/>
              </w:rPr>
              <w:br/>
              <w:t>Type of weld</w:t>
            </w:r>
            <w:r>
              <w:rPr>
                <w:rFonts w:eastAsia="Sans Serif"/>
              </w:rPr>
              <w:br/>
              <w:t>Type de soudure</w:t>
            </w:r>
            <w:r>
              <w:rPr>
                <w:rFonts w:eastAsia="Sans Serif"/>
              </w:rPr>
              <w:br/>
              <w:t>Nahtart</w:t>
            </w:r>
          </w:p>
        </w:tc>
        <w:tc>
          <w:tcPr>
            <w:tcW w:w="1595" w:type="dxa"/>
          </w:tcPr>
          <w:p w14:paraId="6A7672FE" w14:textId="77777777" w:rsidR="00EF6539" w:rsidRDefault="00000000">
            <w:pPr>
              <w:rPr>
                <w:rFonts w:hint="eastAsia"/>
              </w:rPr>
            </w:pPr>
            <w:r>
              <w:rPr>
                <w:rFonts w:eastAsia="Sans Serif"/>
              </w:rPr>
              <w:t>Paruošimas</w:t>
            </w:r>
            <w:r>
              <w:rPr>
                <w:rFonts w:eastAsia="Sans Serif"/>
              </w:rPr>
              <w:br/>
              <w:t>Preparation</w:t>
            </w:r>
            <w:r>
              <w:rPr>
                <w:rFonts w:eastAsia="Sans Serif"/>
              </w:rPr>
              <w:br/>
              <w:t>Préparation</w:t>
            </w:r>
            <w:r>
              <w:rPr>
                <w:rFonts w:eastAsia="Sans Serif"/>
              </w:rPr>
              <w:br/>
              <w:t>Schweißnahtvorbereitung</w:t>
            </w:r>
          </w:p>
        </w:tc>
      </w:tr>
      <w:tr w:rsidR="00EF6539" w14:paraId="47799B22" w14:textId="77777777">
        <w:trPr>
          <w:trHeight w:val="858"/>
        </w:trPr>
        <w:tc>
          <w:tcPr>
            <w:tcW w:w="1595" w:type="dxa"/>
          </w:tcPr>
          <w:p w14:paraId="280D2DCE" w14:textId="77777777" w:rsidR="00EF6539" w:rsidRDefault="00000000">
            <w:pPr>
              <w:rPr>
                <w:rFonts w:hint="eastAsia"/>
              </w:rPr>
            </w:pPr>
            <w:r>
              <w:rPr>
                <w:rFonts w:eastAsia="Sans Serif"/>
              </w:rPr>
              <w:t>L: Sandūrine</w:t>
            </w:r>
            <w:r>
              <w:rPr>
                <w:rFonts w:eastAsia="Sans Serif"/>
              </w:rPr>
              <w:br/>
              <w:t>E: Butt</w:t>
            </w:r>
            <w:r>
              <w:rPr>
                <w:rFonts w:eastAsia="Sans Serif"/>
              </w:rPr>
              <w:br/>
              <w:t>F: Bout a bout</w:t>
            </w:r>
            <w:r>
              <w:rPr>
                <w:rFonts w:eastAsia="Sans Serif"/>
              </w:rPr>
              <w:br/>
              <w:t>D: Stumpfstoß</w:t>
            </w:r>
          </w:p>
        </w:tc>
        <w:tc>
          <w:tcPr>
            <w:tcW w:w="1595" w:type="dxa"/>
          </w:tcPr>
          <w:p w14:paraId="1CA2FE32" w14:textId="77777777" w:rsidR="00EF6539" w:rsidRDefault="00000000">
            <w:pPr>
              <w:rPr>
                <w:rFonts w:hint="eastAsia"/>
              </w:rPr>
            </w:pPr>
            <w:r>
              <w:rPr>
                <w:rFonts w:eastAsia="Sans Serif"/>
              </w:rPr>
              <w:t>Visiškai įvirinta</w:t>
            </w:r>
            <w:r>
              <w:rPr>
                <w:rFonts w:eastAsia="Sans Serif"/>
              </w:rPr>
              <w:br/>
              <w:t>Full penetration</w:t>
            </w:r>
            <w:r>
              <w:rPr>
                <w:rFonts w:eastAsia="Sans Serif"/>
              </w:rPr>
              <w:br/>
              <w:t>A pleine penetration</w:t>
            </w:r>
            <w:r>
              <w:rPr>
                <w:rFonts w:eastAsia="Sans Serif"/>
              </w:rPr>
              <w:br/>
              <w:t>durchgeschweißt</w:t>
            </w:r>
          </w:p>
        </w:tc>
        <w:tc>
          <w:tcPr>
            <w:tcW w:w="1595" w:type="dxa"/>
          </w:tcPr>
          <w:p w14:paraId="33FE8D25" w14:textId="77777777" w:rsidR="00EF6539" w:rsidRDefault="00000000">
            <w:pPr>
              <w:rPr>
                <w:rFonts w:hint="eastAsia"/>
              </w:rPr>
            </w:pPr>
            <w:r>
              <w:rPr>
                <w:rFonts w:eastAsia="Sans Serif"/>
              </w:rPr>
              <w:t>Inuosklemba be tarpelio</w:t>
            </w:r>
            <w:r>
              <w:rPr>
                <w:rFonts w:eastAsia="Sans Serif"/>
              </w:rPr>
              <w:br/>
              <w:t>Close square</w:t>
            </w:r>
            <w:r>
              <w:rPr>
                <w:rFonts w:eastAsia="Sans Serif"/>
              </w:rPr>
              <w:br/>
              <w:t>Bords droits</w:t>
            </w:r>
            <w:r>
              <w:rPr>
                <w:rFonts w:eastAsia="Sans Serif"/>
              </w:rPr>
              <w:br/>
              <w:t>I-Fuge</w:t>
            </w:r>
          </w:p>
        </w:tc>
      </w:tr>
      <w:tr w:rsidR="00EF6539" w14:paraId="7FEA29FA" w14:textId="77777777">
        <w:trPr>
          <w:trHeight w:val="858"/>
        </w:trPr>
        <w:tc>
          <w:tcPr>
            <w:tcW w:w="1595" w:type="dxa"/>
          </w:tcPr>
          <w:p w14:paraId="1F414743" w14:textId="77777777" w:rsidR="00EF6539" w:rsidRDefault="00000000">
            <w:pPr>
              <w:rPr>
                <w:rFonts w:hint="eastAsia"/>
              </w:rPr>
            </w:pPr>
            <w:r>
              <w:rPr>
                <w:rFonts w:eastAsia="Sans Serif"/>
              </w:rPr>
              <w:t>L: Sandūrine</w:t>
            </w:r>
            <w:r>
              <w:rPr>
                <w:rFonts w:eastAsia="Sans Serif"/>
              </w:rPr>
              <w:br/>
              <w:t>E: Butt</w:t>
            </w:r>
            <w:r>
              <w:rPr>
                <w:rFonts w:eastAsia="Sans Serif"/>
              </w:rPr>
              <w:br/>
              <w:t>F: Bout a bout</w:t>
            </w:r>
            <w:r>
              <w:rPr>
                <w:rFonts w:eastAsia="Sans Serif"/>
              </w:rPr>
              <w:br/>
              <w:t>D: Stumpfstoß</w:t>
            </w:r>
          </w:p>
        </w:tc>
        <w:tc>
          <w:tcPr>
            <w:tcW w:w="1595" w:type="dxa"/>
          </w:tcPr>
          <w:p w14:paraId="26579C00" w14:textId="77777777" w:rsidR="00EF6539" w:rsidRDefault="00000000">
            <w:pPr>
              <w:rPr>
                <w:rFonts w:hint="eastAsia"/>
              </w:rPr>
            </w:pPr>
            <w:r>
              <w:rPr>
                <w:rFonts w:eastAsia="Sans Serif"/>
              </w:rPr>
              <w:t>Visiškai įvirinta</w:t>
            </w:r>
            <w:r>
              <w:rPr>
                <w:rFonts w:eastAsia="Sans Serif"/>
              </w:rPr>
              <w:br/>
              <w:t>Full penetration</w:t>
            </w:r>
            <w:r>
              <w:rPr>
                <w:rFonts w:eastAsia="Sans Serif"/>
              </w:rPr>
              <w:br/>
              <w:t>A pleine penetration</w:t>
            </w:r>
            <w:r>
              <w:rPr>
                <w:rFonts w:eastAsia="Sans Serif"/>
              </w:rPr>
              <w:br/>
              <w:t>durchgeschweißt</w:t>
            </w:r>
          </w:p>
        </w:tc>
        <w:tc>
          <w:tcPr>
            <w:tcW w:w="1595" w:type="dxa"/>
          </w:tcPr>
          <w:p w14:paraId="0A086A7E" w14:textId="77777777" w:rsidR="00EF6539" w:rsidRDefault="00000000">
            <w:pPr>
              <w:rPr>
                <w:rFonts w:hint="eastAsia"/>
              </w:rPr>
            </w:pPr>
            <w:r>
              <w:rPr>
                <w:rFonts w:eastAsia="Sans Serif"/>
              </w:rPr>
              <w:t>Inuosklemba, be tarpelio</w:t>
            </w:r>
            <w:r>
              <w:rPr>
                <w:rFonts w:eastAsia="Sans Serif"/>
              </w:rPr>
              <w:br/>
              <w:t>Close square (single V, unprepared)</w:t>
            </w:r>
            <w:r>
              <w:rPr>
                <w:rFonts w:eastAsia="Sans Serif"/>
              </w:rPr>
              <w:br/>
              <w:t>Bords droits</w:t>
            </w:r>
            <w:r>
              <w:rPr>
                <w:rFonts w:eastAsia="Sans Serif"/>
              </w:rPr>
              <w:br/>
              <w:t>I-Fuge</w:t>
            </w:r>
          </w:p>
        </w:tc>
      </w:tr>
      <w:tr w:rsidR="00EF6539" w14:paraId="3EDE5C32" w14:textId="77777777">
        <w:trPr>
          <w:trHeight w:val="858"/>
        </w:trPr>
        <w:tc>
          <w:tcPr>
            <w:tcW w:w="1595" w:type="dxa"/>
          </w:tcPr>
          <w:p w14:paraId="55596397" w14:textId="77777777" w:rsidR="00EF6539" w:rsidRDefault="00000000">
            <w:pPr>
              <w:rPr>
                <w:rFonts w:hint="eastAsia"/>
              </w:rPr>
            </w:pPr>
            <w:r>
              <w:rPr>
                <w:rFonts w:eastAsia="Sans Serif"/>
              </w:rPr>
              <w:t>L: Sandūrine</w:t>
            </w:r>
            <w:r>
              <w:rPr>
                <w:rFonts w:eastAsia="Sans Serif"/>
              </w:rPr>
              <w:br/>
              <w:t>E: Butt</w:t>
            </w:r>
            <w:r>
              <w:rPr>
                <w:rFonts w:eastAsia="Sans Serif"/>
              </w:rPr>
              <w:br/>
              <w:t>F: Bout a bout</w:t>
            </w:r>
            <w:r>
              <w:rPr>
                <w:rFonts w:eastAsia="Sans Serif"/>
              </w:rPr>
              <w:br/>
              <w:t>D: Bordelstoß</w:t>
            </w:r>
          </w:p>
        </w:tc>
        <w:tc>
          <w:tcPr>
            <w:tcW w:w="1595" w:type="dxa"/>
          </w:tcPr>
          <w:p w14:paraId="614E76CA" w14:textId="77777777" w:rsidR="00EF6539" w:rsidRDefault="00000000">
            <w:pPr>
              <w:rPr>
                <w:rFonts w:hint="eastAsia"/>
              </w:rPr>
            </w:pPr>
            <w:r>
              <w:rPr>
                <w:rFonts w:eastAsia="Sans Serif"/>
              </w:rPr>
              <w:t>Visiškai įvirinta</w:t>
            </w:r>
            <w:r>
              <w:rPr>
                <w:rFonts w:eastAsia="Sans Serif"/>
              </w:rPr>
              <w:br/>
              <w:t>Full penetration</w:t>
            </w:r>
            <w:r>
              <w:rPr>
                <w:rFonts w:eastAsia="Sans Serif"/>
              </w:rPr>
              <w:br/>
              <w:t>A pleine pénétration</w:t>
            </w:r>
            <w:r>
              <w:rPr>
                <w:rFonts w:eastAsia="Sans Serif"/>
              </w:rPr>
              <w:br/>
              <w:t>durchgeschweißt</w:t>
            </w:r>
          </w:p>
        </w:tc>
        <w:tc>
          <w:tcPr>
            <w:tcW w:w="1595" w:type="dxa"/>
          </w:tcPr>
          <w:p w14:paraId="1A30028B" w14:textId="77777777" w:rsidR="00EF6539" w:rsidRDefault="00000000">
            <w:pPr>
              <w:rPr>
                <w:rFonts w:hint="eastAsia"/>
              </w:rPr>
            </w:pPr>
            <w:r>
              <w:rPr>
                <w:rFonts w:eastAsia="Sans Serif"/>
              </w:rPr>
              <w:t>Restimai kraštai</w:t>
            </w:r>
            <w:r>
              <w:rPr>
                <w:rFonts w:eastAsia="Sans Serif"/>
              </w:rPr>
              <w:br/>
              <w:t>Raised Edges</w:t>
            </w:r>
            <w:r>
              <w:rPr>
                <w:rFonts w:eastAsia="Sans Serif"/>
              </w:rPr>
              <w:br/>
              <w:t>Bords relevés</w:t>
            </w:r>
            <w:r>
              <w:rPr>
                <w:rFonts w:eastAsia="Sans Serif"/>
              </w:rPr>
              <w:br/>
              <w:t>Kanter bördeln</w:t>
            </w:r>
          </w:p>
        </w:tc>
      </w:tr>
      <w:tr w:rsidR="00EF6539" w14:paraId="03DCAD02" w14:textId="77777777">
        <w:trPr>
          <w:trHeight w:val="858"/>
        </w:trPr>
        <w:tc>
          <w:tcPr>
            <w:tcW w:w="1595" w:type="dxa"/>
          </w:tcPr>
          <w:p w14:paraId="7383D1DD" w14:textId="77777777" w:rsidR="00EF6539" w:rsidRDefault="00000000">
            <w:pPr>
              <w:rPr>
                <w:rFonts w:hint="eastAsia"/>
              </w:rPr>
            </w:pPr>
            <w:r>
              <w:rPr>
                <w:rFonts w:eastAsia="Sans Serif"/>
              </w:rPr>
              <w:t>L: Sandūrine</w:t>
            </w:r>
            <w:r>
              <w:rPr>
                <w:rFonts w:eastAsia="Sans Serif"/>
              </w:rPr>
              <w:br/>
              <w:t>E: Butt</w:t>
            </w:r>
            <w:r>
              <w:rPr>
                <w:rFonts w:eastAsia="Sans Serif"/>
              </w:rPr>
              <w:br/>
              <w:t>F: Bout a bout</w:t>
            </w:r>
            <w:r>
              <w:rPr>
                <w:rFonts w:eastAsia="Sans Serif"/>
              </w:rPr>
              <w:br/>
              <w:t>D: Stumpfstoß</w:t>
            </w:r>
          </w:p>
        </w:tc>
        <w:tc>
          <w:tcPr>
            <w:tcW w:w="1595" w:type="dxa"/>
          </w:tcPr>
          <w:p w14:paraId="2316F41D" w14:textId="77777777" w:rsidR="00EF6539" w:rsidRDefault="00000000">
            <w:pPr>
              <w:rPr>
                <w:rFonts w:hint="eastAsia"/>
              </w:rPr>
            </w:pPr>
            <w:r>
              <w:rPr>
                <w:rFonts w:eastAsia="Sans Serif"/>
              </w:rPr>
              <w:t>Dalinai įvirinta</w:t>
            </w:r>
            <w:r>
              <w:rPr>
                <w:rFonts w:eastAsia="Sans Serif"/>
              </w:rPr>
              <w:br/>
              <w:t>Partial penetration</w:t>
            </w:r>
            <w:r>
              <w:rPr>
                <w:rFonts w:eastAsia="Sans Serif"/>
              </w:rPr>
              <w:br/>
              <w:t>A pénétration partielle</w:t>
            </w:r>
            <w:r>
              <w:rPr>
                <w:rFonts w:eastAsia="Sans Serif"/>
              </w:rPr>
              <w:br/>
              <w:t>nicht durchgeschweißt</w:t>
            </w:r>
          </w:p>
        </w:tc>
        <w:tc>
          <w:tcPr>
            <w:tcW w:w="1595" w:type="dxa"/>
          </w:tcPr>
          <w:p w14:paraId="429FB482" w14:textId="77777777" w:rsidR="00EF6539" w:rsidRDefault="00000000">
            <w:pPr>
              <w:rPr>
                <w:rFonts w:hint="eastAsia"/>
              </w:rPr>
            </w:pPr>
            <w:r>
              <w:rPr>
                <w:rFonts w:eastAsia="Sans Serif"/>
              </w:rPr>
              <w:t>Inuosklemba, be tarpelio</w:t>
            </w:r>
            <w:r>
              <w:rPr>
                <w:rFonts w:eastAsia="Sans Serif"/>
              </w:rPr>
              <w:br/>
              <w:t>Close square</w:t>
            </w:r>
            <w:r>
              <w:rPr>
                <w:rFonts w:eastAsia="Sans Serif"/>
              </w:rPr>
              <w:br/>
              <w:t>Bords droits</w:t>
            </w:r>
            <w:r>
              <w:rPr>
                <w:rFonts w:eastAsia="Sans Serif"/>
              </w:rPr>
              <w:br/>
              <w:t>I-Fuge</w:t>
            </w:r>
          </w:p>
        </w:tc>
      </w:tr>
      <w:tr w:rsidR="00EF6539" w14:paraId="2D75CA2B" w14:textId="77777777">
        <w:trPr>
          <w:trHeight w:val="858"/>
        </w:trPr>
        <w:tc>
          <w:tcPr>
            <w:tcW w:w="1595" w:type="dxa"/>
          </w:tcPr>
          <w:p w14:paraId="43E5C7AB" w14:textId="77777777" w:rsidR="00EF6539" w:rsidRDefault="00000000">
            <w:pPr>
              <w:rPr>
                <w:rFonts w:hint="eastAsia"/>
              </w:rPr>
            </w:pPr>
            <w:r>
              <w:rPr>
                <w:rFonts w:eastAsia="Sans Serif"/>
              </w:rPr>
              <w:t>L: Sandūrine</w:t>
            </w:r>
            <w:r>
              <w:rPr>
                <w:rFonts w:eastAsia="Sans Serif"/>
              </w:rPr>
              <w:br/>
              <w:t>E: Butt</w:t>
            </w:r>
            <w:r>
              <w:rPr>
                <w:rFonts w:eastAsia="Sans Serif"/>
              </w:rPr>
              <w:br/>
              <w:t>F: Bout a bout</w:t>
            </w:r>
            <w:r>
              <w:rPr>
                <w:rFonts w:eastAsia="Sans Serif"/>
              </w:rPr>
              <w:br/>
              <w:t>D: Stumpfstoß</w:t>
            </w:r>
          </w:p>
        </w:tc>
        <w:tc>
          <w:tcPr>
            <w:tcW w:w="1595" w:type="dxa"/>
          </w:tcPr>
          <w:p w14:paraId="6129CFD3" w14:textId="77777777" w:rsidR="00EF6539" w:rsidRDefault="00000000">
            <w:pPr>
              <w:rPr>
                <w:rFonts w:hint="eastAsia"/>
              </w:rPr>
            </w:pPr>
            <w:r>
              <w:rPr>
                <w:rFonts w:eastAsia="Sans Serif"/>
              </w:rPr>
              <w:t>Visiškai įvirinta abipusė sandūrine</w:t>
            </w:r>
            <w:r>
              <w:rPr>
                <w:rFonts w:eastAsia="Sans Serif"/>
              </w:rPr>
              <w:br/>
              <w:t>Full penetration butt welded from both side</w:t>
            </w:r>
            <w:r>
              <w:rPr>
                <w:rFonts w:eastAsia="Sans Serif"/>
              </w:rPr>
              <w:br/>
              <w:t>A pleine pénétration, executee des deux côtés</w:t>
            </w:r>
            <w:r>
              <w:rPr>
                <w:rFonts w:eastAsia="Sans Serif"/>
              </w:rPr>
              <w:br/>
              <w:t>beidseitig geschweißt</w:t>
            </w:r>
            <w:r>
              <w:rPr>
                <w:rFonts w:eastAsia="Sans Serif"/>
              </w:rPr>
              <w:br/>
              <w:t>durchgeschweißt</w:t>
            </w:r>
          </w:p>
        </w:tc>
        <w:tc>
          <w:tcPr>
            <w:tcW w:w="1595" w:type="dxa"/>
          </w:tcPr>
          <w:p w14:paraId="1C16B04A" w14:textId="77777777" w:rsidR="00EF6539" w:rsidRDefault="00000000">
            <w:pPr>
              <w:rPr>
                <w:rFonts w:hint="eastAsia"/>
              </w:rPr>
            </w:pPr>
            <w:r>
              <w:rPr>
                <w:rFonts w:eastAsia="Sans Serif"/>
              </w:rPr>
              <w:t>Inuosklemba, be tarpelio</w:t>
            </w:r>
            <w:r>
              <w:rPr>
                <w:rFonts w:eastAsia="Sans Serif"/>
              </w:rPr>
              <w:br/>
              <w:t>Close square</w:t>
            </w:r>
            <w:r>
              <w:rPr>
                <w:rFonts w:eastAsia="Sans Serif"/>
              </w:rPr>
              <w:br/>
              <w:t>Bords droits</w:t>
            </w:r>
            <w:r>
              <w:rPr>
                <w:rFonts w:eastAsia="Sans Serif"/>
              </w:rPr>
              <w:br/>
              <w:t>I-Fuge</w:t>
            </w:r>
          </w:p>
        </w:tc>
      </w:tr>
      <w:tr w:rsidR="00EF6539" w14:paraId="2B7DFAAB" w14:textId="77777777">
        <w:trPr>
          <w:trHeight w:val="858"/>
        </w:trPr>
        <w:tc>
          <w:tcPr>
            <w:tcW w:w="1595" w:type="dxa"/>
          </w:tcPr>
          <w:p w14:paraId="1AD9B1CF" w14:textId="77777777" w:rsidR="00EF6539" w:rsidRDefault="00000000">
            <w:pPr>
              <w:rPr>
                <w:rFonts w:hint="eastAsia"/>
              </w:rPr>
            </w:pPr>
            <w:r>
              <w:rPr>
                <w:rFonts w:eastAsia="Sans Serif"/>
              </w:rPr>
              <w:t>L: Sandūrine</w:t>
            </w:r>
            <w:r>
              <w:rPr>
                <w:rFonts w:eastAsia="Sans Serif"/>
              </w:rPr>
              <w:br/>
              <w:t>E: Butt</w:t>
            </w:r>
            <w:r>
              <w:rPr>
                <w:rFonts w:eastAsia="Sans Serif"/>
              </w:rPr>
              <w:br/>
              <w:t>F: Bout a bout</w:t>
            </w:r>
            <w:r>
              <w:rPr>
                <w:rFonts w:eastAsia="Sans Serif"/>
              </w:rPr>
              <w:br/>
              <w:t>D: Stumpfstoß</w:t>
            </w:r>
          </w:p>
        </w:tc>
        <w:tc>
          <w:tcPr>
            <w:tcW w:w="1595" w:type="dxa"/>
          </w:tcPr>
          <w:p w14:paraId="2C87120A" w14:textId="77777777" w:rsidR="00EF6539" w:rsidRDefault="00000000">
            <w:pPr>
              <w:rPr>
                <w:rFonts w:hint="eastAsia"/>
              </w:rPr>
            </w:pPr>
            <w:r>
              <w:rPr>
                <w:rFonts w:eastAsia="Sans Serif"/>
              </w:rPr>
              <w:t>Visiškai įvirinta</w:t>
            </w:r>
            <w:r>
              <w:rPr>
                <w:rFonts w:eastAsia="Sans Serif"/>
              </w:rPr>
              <w:br/>
              <w:t>Full penetration</w:t>
            </w:r>
            <w:r>
              <w:rPr>
                <w:rFonts w:eastAsia="Sans Serif"/>
              </w:rPr>
              <w:br/>
              <w:t>A pleine pénétration</w:t>
            </w:r>
            <w:r>
              <w:rPr>
                <w:rFonts w:eastAsia="Sans Serif"/>
              </w:rPr>
              <w:br/>
              <w:t>durchgeschweißt</w:t>
            </w:r>
          </w:p>
        </w:tc>
        <w:tc>
          <w:tcPr>
            <w:tcW w:w="1595" w:type="dxa"/>
          </w:tcPr>
          <w:p w14:paraId="54CBDA2E" w14:textId="77777777" w:rsidR="00EF6539" w:rsidRDefault="00000000">
            <w:pPr>
              <w:rPr>
                <w:rFonts w:hint="eastAsia"/>
              </w:rPr>
            </w:pPr>
            <w:r>
              <w:rPr>
                <w:rFonts w:eastAsia="Sans Serif"/>
              </w:rPr>
              <w:t>Y nuosklemba, tarpelis</w:t>
            </w:r>
            <w:r>
              <w:rPr>
                <w:rFonts w:eastAsia="Sans Serif"/>
              </w:rPr>
              <w:br/>
              <w:t>Single-V with root faces and root gap</w:t>
            </w:r>
            <w:r>
              <w:rPr>
                <w:rFonts w:eastAsia="Sans Serif"/>
              </w:rPr>
              <w:br/>
              <w:t>En Y</w:t>
            </w:r>
            <w:r>
              <w:rPr>
                <w:rFonts w:eastAsia="Sans Serif"/>
              </w:rPr>
              <w:br/>
              <w:t>Y-Fuge</w:t>
            </w:r>
          </w:p>
        </w:tc>
      </w:tr>
    </w:tbl>
    <w:tbl>
      <w:tblPr>
        <w:tblStyle w:val="TableGrid"/>
        <w:tblpPr w:vertAnchor="page" w:horzAnchor="page" w:tblpX="11396" w:tblpY="1148"/>
        <w:tblW w:w="4746" w:type="dxa"/>
        <w:tblLayout w:type="fixed"/>
        <w:tblLook w:val="04A0" w:firstRow="1" w:lastRow="0" w:firstColumn="1" w:lastColumn="0" w:noHBand="0" w:noVBand="1"/>
      </w:tblPr>
      <w:tblGrid>
        <w:gridCol w:w="1582"/>
        <w:gridCol w:w="1582"/>
        <w:gridCol w:w="1582"/>
      </w:tblGrid>
      <w:tr w:rsidR="00EF6539" w14:paraId="5CDFFFA0" w14:textId="77777777">
        <w:trPr>
          <w:trHeight w:val="1073"/>
        </w:trPr>
        <w:tc>
          <w:tcPr>
            <w:tcW w:w="1582" w:type="dxa"/>
          </w:tcPr>
          <w:p w14:paraId="1B063170" w14:textId="77777777" w:rsidR="00EF6539" w:rsidRDefault="00000000">
            <w:pPr>
              <w:rPr>
                <w:rFonts w:hint="eastAsia"/>
              </w:rPr>
            </w:pPr>
            <w:r>
              <w:rPr>
                <w:rFonts w:eastAsia="Sans Serif"/>
              </w:rPr>
              <w:t>L: Jungties tipas</w:t>
            </w:r>
            <w:r>
              <w:rPr>
                <w:rFonts w:eastAsia="Sans Serif"/>
              </w:rPr>
              <w:br/>
              <w:t>E: Type of joint</w:t>
            </w:r>
            <w:r>
              <w:rPr>
                <w:rFonts w:eastAsia="Sans Serif"/>
              </w:rPr>
              <w:br/>
              <w:t>F: Type d'assemblage</w:t>
            </w:r>
            <w:r>
              <w:rPr>
                <w:rFonts w:eastAsia="Sans Serif"/>
              </w:rPr>
              <w:br/>
              <w:t>D: Stoßart</w:t>
            </w:r>
          </w:p>
        </w:tc>
        <w:tc>
          <w:tcPr>
            <w:tcW w:w="1582" w:type="dxa"/>
          </w:tcPr>
          <w:p w14:paraId="57A35BD2" w14:textId="77777777" w:rsidR="00EF6539" w:rsidRDefault="00000000">
            <w:pPr>
              <w:rPr>
                <w:rFonts w:hint="eastAsia"/>
              </w:rPr>
            </w:pPr>
            <w:r>
              <w:rPr>
                <w:rFonts w:eastAsia="Sans Serif"/>
              </w:rPr>
              <w:t>Siūlės tipas</w:t>
            </w:r>
            <w:r>
              <w:rPr>
                <w:rFonts w:eastAsia="Sans Serif"/>
              </w:rPr>
              <w:br/>
              <w:t>Type of weld</w:t>
            </w:r>
            <w:r>
              <w:rPr>
                <w:rFonts w:eastAsia="Sans Serif"/>
              </w:rPr>
              <w:br/>
              <w:t>Type de soudure</w:t>
            </w:r>
            <w:r>
              <w:rPr>
                <w:rFonts w:eastAsia="Sans Serif"/>
              </w:rPr>
              <w:br/>
              <w:t>Nahtart</w:t>
            </w:r>
          </w:p>
        </w:tc>
        <w:tc>
          <w:tcPr>
            <w:tcW w:w="1582" w:type="dxa"/>
          </w:tcPr>
          <w:p w14:paraId="310661BB" w14:textId="77777777" w:rsidR="00EF6539" w:rsidRDefault="00000000">
            <w:pPr>
              <w:rPr>
                <w:rFonts w:hint="eastAsia"/>
              </w:rPr>
            </w:pPr>
            <w:r>
              <w:rPr>
                <w:rFonts w:eastAsia="Sans Serif"/>
              </w:rPr>
              <w:t>Paruošimas</w:t>
            </w:r>
            <w:r>
              <w:rPr>
                <w:rFonts w:eastAsia="Sans Serif"/>
              </w:rPr>
              <w:br/>
              <w:t>Preparation</w:t>
            </w:r>
            <w:r>
              <w:rPr>
                <w:rFonts w:eastAsia="Sans Serif"/>
              </w:rPr>
              <w:br/>
              <w:t>Préparation</w:t>
            </w:r>
            <w:r>
              <w:rPr>
                <w:rFonts w:eastAsia="Sans Serif"/>
              </w:rPr>
              <w:br/>
              <w:t>Schweißnahtvorbereitung</w:t>
            </w:r>
          </w:p>
        </w:tc>
      </w:tr>
      <w:tr w:rsidR="00EF6539" w14:paraId="183833E2" w14:textId="77777777">
        <w:trPr>
          <w:trHeight w:val="1073"/>
        </w:trPr>
        <w:tc>
          <w:tcPr>
            <w:tcW w:w="1582" w:type="dxa"/>
          </w:tcPr>
          <w:p w14:paraId="185E7BE9" w14:textId="77777777" w:rsidR="00EF6539" w:rsidRDefault="00000000">
            <w:pPr>
              <w:rPr>
                <w:rFonts w:hint="eastAsia"/>
              </w:rPr>
            </w:pPr>
            <w:r>
              <w:rPr>
                <w:rFonts w:eastAsia="Sans Serif"/>
              </w:rPr>
              <w:t>L: Sandūrinė</w:t>
            </w:r>
            <w:r>
              <w:rPr>
                <w:rFonts w:eastAsia="Sans Serif"/>
              </w:rPr>
              <w:br/>
              <w:t>E: Butt</w:t>
            </w:r>
            <w:r>
              <w:rPr>
                <w:rFonts w:eastAsia="Sans Serif"/>
              </w:rPr>
              <w:br/>
              <w:t>F: Bout à bout</w:t>
            </w:r>
            <w:r>
              <w:rPr>
                <w:rFonts w:eastAsia="Sans Serif"/>
              </w:rPr>
              <w:br/>
              <w:t>D: Stumpfstoß</w:t>
            </w:r>
          </w:p>
        </w:tc>
        <w:tc>
          <w:tcPr>
            <w:tcW w:w="1582" w:type="dxa"/>
          </w:tcPr>
          <w:p w14:paraId="7BC46ADD" w14:textId="77777777" w:rsidR="00EF6539" w:rsidRDefault="00000000">
            <w:pPr>
              <w:rPr>
                <w:rFonts w:hint="eastAsia"/>
              </w:rPr>
            </w:pPr>
            <w:r>
              <w:rPr>
                <w:rFonts w:eastAsia="Sans Serif"/>
              </w:rPr>
              <w:t>Visiškai įvirinta</w:t>
            </w:r>
            <w:r>
              <w:rPr>
                <w:rFonts w:eastAsia="Sans Serif"/>
              </w:rPr>
              <w:br/>
              <w:t>Full penetration</w:t>
            </w:r>
            <w:r>
              <w:rPr>
                <w:rFonts w:eastAsia="Sans Serif"/>
              </w:rPr>
              <w:br/>
              <w:t>A pleine pénétration</w:t>
            </w:r>
            <w:r>
              <w:rPr>
                <w:rFonts w:eastAsia="Sans Serif"/>
              </w:rPr>
              <w:br/>
              <w:t>durchgeschweißt</w:t>
            </w:r>
          </w:p>
        </w:tc>
        <w:tc>
          <w:tcPr>
            <w:tcW w:w="1582" w:type="dxa"/>
          </w:tcPr>
          <w:p w14:paraId="39449C98" w14:textId="77777777" w:rsidR="00EF6539" w:rsidRDefault="00000000">
            <w:pPr>
              <w:rPr>
                <w:rFonts w:hint="eastAsia"/>
              </w:rPr>
            </w:pPr>
            <w:r>
              <w:rPr>
                <w:rFonts w:eastAsia="Sans Serif"/>
              </w:rPr>
              <w:t>I nuosklemba, tarpelis, padėklas1)</w:t>
            </w:r>
            <w:r>
              <w:rPr>
                <w:rFonts w:eastAsia="Sans Serif"/>
              </w:rPr>
              <w:br/>
              <w:t>Open square with hacking bar1)/strip1)</w:t>
            </w:r>
            <w:r>
              <w:rPr>
                <w:rFonts w:eastAsia="Sans Serif"/>
              </w:rPr>
              <w:br/>
              <w:t>Bords droits avec latte-support1)</w:t>
            </w:r>
            <w:r>
              <w:rPr>
                <w:rFonts w:eastAsia="Sans Serif"/>
              </w:rPr>
              <w:br/>
              <w:t>I-Fuge mit Unterlage1)</w:t>
            </w:r>
            <w:r>
              <w:rPr>
                <w:rFonts w:eastAsia="Sans Serif"/>
              </w:rPr>
              <w:br/>
              <w:t>Beilage2)</w:t>
            </w:r>
          </w:p>
        </w:tc>
      </w:tr>
      <w:tr w:rsidR="00EF6539" w14:paraId="6B9194F6" w14:textId="77777777">
        <w:trPr>
          <w:trHeight w:val="1073"/>
        </w:trPr>
        <w:tc>
          <w:tcPr>
            <w:tcW w:w="1582" w:type="dxa"/>
          </w:tcPr>
          <w:p w14:paraId="3F2B3593" w14:textId="77777777" w:rsidR="00EF6539" w:rsidRDefault="00000000">
            <w:pPr>
              <w:rPr>
                <w:rFonts w:hint="eastAsia"/>
              </w:rPr>
            </w:pPr>
            <w:r>
              <w:rPr>
                <w:rFonts w:eastAsia="Sans Serif"/>
              </w:rPr>
              <w:t>L: Sandūrinė</w:t>
            </w:r>
            <w:r>
              <w:rPr>
                <w:rFonts w:eastAsia="Sans Serif"/>
              </w:rPr>
              <w:br/>
              <w:t>E: Butt</w:t>
            </w:r>
            <w:r>
              <w:rPr>
                <w:rFonts w:eastAsia="Sans Serif"/>
              </w:rPr>
              <w:br/>
              <w:t>F: Bout à bout</w:t>
            </w:r>
            <w:r>
              <w:rPr>
                <w:rFonts w:eastAsia="Sans Serif"/>
              </w:rPr>
              <w:br/>
              <w:t>D: Stumpfstoß</w:t>
            </w:r>
          </w:p>
        </w:tc>
        <w:tc>
          <w:tcPr>
            <w:tcW w:w="1582" w:type="dxa"/>
          </w:tcPr>
          <w:p w14:paraId="77B32563" w14:textId="77777777" w:rsidR="00EF6539" w:rsidRDefault="00000000">
            <w:pPr>
              <w:rPr>
                <w:rFonts w:hint="eastAsia"/>
              </w:rPr>
            </w:pPr>
            <w:r>
              <w:rPr>
                <w:rFonts w:eastAsia="Sans Serif"/>
              </w:rPr>
              <w:t>Visiškai įvirinta</w:t>
            </w:r>
            <w:r>
              <w:rPr>
                <w:rFonts w:eastAsia="Sans Serif"/>
              </w:rPr>
              <w:br/>
              <w:t>Full penetration</w:t>
            </w:r>
            <w:r>
              <w:rPr>
                <w:rFonts w:eastAsia="Sans Serif"/>
              </w:rPr>
              <w:br/>
              <w:t>A pleine pénétration</w:t>
            </w:r>
            <w:r>
              <w:rPr>
                <w:rFonts w:eastAsia="Sans Serif"/>
              </w:rPr>
              <w:br/>
              <w:t>durchgeschweißt</w:t>
            </w:r>
          </w:p>
        </w:tc>
        <w:tc>
          <w:tcPr>
            <w:tcW w:w="1582" w:type="dxa"/>
          </w:tcPr>
          <w:p w14:paraId="2EAE30C4" w14:textId="77777777" w:rsidR="00EF6539" w:rsidRDefault="00000000">
            <w:pPr>
              <w:rPr>
                <w:rFonts w:hint="eastAsia"/>
              </w:rPr>
            </w:pPr>
            <w:r>
              <w:rPr>
                <w:rFonts w:eastAsia="Sans Serif"/>
              </w:rPr>
              <w:t>V nuosklemba, padėklas2)</w:t>
            </w:r>
            <w:r>
              <w:rPr>
                <w:rFonts w:eastAsia="Sans Serif"/>
              </w:rPr>
              <w:br/>
              <w:t>Single-V with backing bar1)/strip1)</w:t>
            </w:r>
            <w:r>
              <w:rPr>
                <w:rFonts w:eastAsia="Sans Serif"/>
              </w:rPr>
              <w:br/>
              <w:t>En V avec latte-support1)</w:t>
            </w:r>
            <w:r>
              <w:rPr>
                <w:rFonts w:eastAsia="Sans Serif"/>
              </w:rPr>
              <w:br/>
              <w:t>V-Fuge mit Unterlage1)</w:t>
            </w:r>
            <w:r>
              <w:rPr>
                <w:rFonts w:eastAsia="Sans Serif"/>
              </w:rPr>
              <w:br/>
              <w:t>Beilage2)</w:t>
            </w:r>
          </w:p>
        </w:tc>
      </w:tr>
      <w:tr w:rsidR="00EF6539" w14:paraId="4BC146C9" w14:textId="77777777">
        <w:trPr>
          <w:trHeight w:val="1073"/>
        </w:trPr>
        <w:tc>
          <w:tcPr>
            <w:tcW w:w="1582" w:type="dxa"/>
          </w:tcPr>
          <w:p w14:paraId="4B0C7F54" w14:textId="77777777" w:rsidR="00EF6539" w:rsidRDefault="00000000">
            <w:pPr>
              <w:rPr>
                <w:rFonts w:hint="eastAsia"/>
              </w:rPr>
            </w:pPr>
            <w:r>
              <w:rPr>
                <w:rFonts w:eastAsia="Sans Serif"/>
              </w:rPr>
              <w:t>L: Sandūrinė</w:t>
            </w:r>
            <w:r>
              <w:rPr>
                <w:rFonts w:eastAsia="Sans Serif"/>
              </w:rPr>
              <w:br/>
              <w:t>E: Butt</w:t>
            </w:r>
            <w:r>
              <w:rPr>
                <w:rFonts w:eastAsia="Sans Serif"/>
              </w:rPr>
              <w:br/>
              <w:t>F: Bout à bout</w:t>
            </w:r>
            <w:r>
              <w:rPr>
                <w:rFonts w:eastAsia="Sans Serif"/>
              </w:rPr>
              <w:br/>
              <w:t>D: Stumpfstoß</w:t>
            </w:r>
          </w:p>
        </w:tc>
        <w:tc>
          <w:tcPr>
            <w:tcW w:w="1582" w:type="dxa"/>
          </w:tcPr>
          <w:p w14:paraId="397D8AD0" w14:textId="77777777" w:rsidR="00EF6539" w:rsidRDefault="00000000">
            <w:pPr>
              <w:rPr>
                <w:rFonts w:hint="eastAsia"/>
              </w:rPr>
            </w:pPr>
            <w:r>
              <w:rPr>
                <w:rFonts w:eastAsia="Sans Serif"/>
              </w:rPr>
              <w:t>Visiškai įvirinta su šaknies pavirinimu</w:t>
            </w:r>
            <w:r>
              <w:rPr>
                <w:rFonts w:eastAsia="Sans Serif"/>
              </w:rPr>
              <w:br/>
              <w:t>Full penetration with sealing run</w:t>
            </w:r>
            <w:r>
              <w:rPr>
                <w:rFonts w:eastAsia="Sans Serif"/>
              </w:rPr>
              <w:br/>
              <w:t>A pleine pénétration avec reprise à l'envers</w:t>
            </w:r>
            <w:r>
              <w:rPr>
                <w:rFonts w:eastAsia="Sans Serif"/>
              </w:rPr>
              <w:br/>
              <w:t>durchgeschweißt mit Kapplage</w:t>
            </w:r>
          </w:p>
        </w:tc>
        <w:tc>
          <w:tcPr>
            <w:tcW w:w="1582" w:type="dxa"/>
          </w:tcPr>
          <w:p w14:paraId="20432A7A" w14:textId="77777777" w:rsidR="00EF6539" w:rsidRDefault="00000000">
            <w:pPr>
              <w:rPr>
                <w:rFonts w:hint="eastAsia"/>
              </w:rPr>
            </w:pPr>
            <w:r>
              <w:rPr>
                <w:rFonts w:eastAsia="Sans Serif"/>
              </w:rPr>
              <w:t>Y nuosklemba</w:t>
            </w:r>
            <w:r>
              <w:rPr>
                <w:rFonts w:eastAsia="Sans Serif"/>
              </w:rPr>
              <w:br/>
              <w:t>Single-V with root faces</w:t>
            </w:r>
            <w:r>
              <w:rPr>
                <w:rFonts w:eastAsia="Sans Serif"/>
              </w:rPr>
              <w:br/>
              <w:t>En Y</w:t>
            </w:r>
            <w:r>
              <w:rPr>
                <w:rFonts w:eastAsia="Sans Serif"/>
              </w:rPr>
              <w:br/>
              <w:t>Y-Fuge</w:t>
            </w:r>
          </w:p>
        </w:tc>
      </w:tr>
      <w:tr w:rsidR="00EF6539" w14:paraId="13D9CA87" w14:textId="77777777">
        <w:trPr>
          <w:trHeight w:val="1073"/>
        </w:trPr>
        <w:tc>
          <w:tcPr>
            <w:tcW w:w="1582" w:type="dxa"/>
          </w:tcPr>
          <w:p w14:paraId="50C57D43" w14:textId="77777777" w:rsidR="00EF6539" w:rsidRDefault="00000000">
            <w:pPr>
              <w:rPr>
                <w:rFonts w:hint="eastAsia"/>
              </w:rPr>
            </w:pPr>
            <w:r>
              <w:rPr>
                <w:rFonts w:eastAsia="Sans Serif"/>
              </w:rPr>
              <w:t>L: Sandūrinė</w:t>
            </w:r>
            <w:r>
              <w:rPr>
                <w:rFonts w:eastAsia="Sans Serif"/>
              </w:rPr>
              <w:br/>
              <w:t>E: Butt</w:t>
            </w:r>
            <w:r>
              <w:rPr>
                <w:rFonts w:eastAsia="Sans Serif"/>
              </w:rPr>
              <w:br/>
              <w:t>F: Bout à bout</w:t>
            </w:r>
            <w:r>
              <w:rPr>
                <w:rFonts w:eastAsia="Sans Serif"/>
              </w:rPr>
              <w:br/>
              <w:t>D: Stumpfstoß</w:t>
            </w:r>
          </w:p>
        </w:tc>
        <w:tc>
          <w:tcPr>
            <w:tcW w:w="1582" w:type="dxa"/>
          </w:tcPr>
          <w:p w14:paraId="436350ED" w14:textId="77777777" w:rsidR="00EF6539" w:rsidRDefault="00000000">
            <w:pPr>
              <w:rPr>
                <w:rFonts w:hint="eastAsia"/>
              </w:rPr>
            </w:pPr>
            <w:r>
              <w:rPr>
                <w:rFonts w:eastAsia="Sans Serif"/>
              </w:rPr>
              <w:t>Visiškai įvirinta abipusė</w:t>
            </w:r>
            <w:r>
              <w:rPr>
                <w:rFonts w:eastAsia="Sans Serif"/>
              </w:rPr>
              <w:br/>
              <w:t>Full penetration welded from both sides</w:t>
            </w:r>
            <w:r>
              <w:rPr>
                <w:rFonts w:eastAsia="Sans Serif"/>
              </w:rPr>
              <w:br/>
              <w:t>A pleine pénétration exécutée des deux côtés</w:t>
            </w:r>
            <w:r>
              <w:rPr>
                <w:rFonts w:eastAsia="Sans Serif"/>
              </w:rPr>
              <w:br/>
              <w:t>beidseitig geschweißt, durchgeschweißt</w:t>
            </w:r>
          </w:p>
        </w:tc>
        <w:tc>
          <w:tcPr>
            <w:tcW w:w="1582" w:type="dxa"/>
          </w:tcPr>
          <w:p w14:paraId="542468EA" w14:textId="77777777" w:rsidR="00EF6539" w:rsidRDefault="00000000">
            <w:pPr>
              <w:rPr>
                <w:rFonts w:hint="eastAsia"/>
              </w:rPr>
            </w:pPr>
            <w:r>
              <w:rPr>
                <w:rFonts w:eastAsia="Sans Serif"/>
              </w:rPr>
              <w:t>Dvipusė Y nuosklemba, tarpelis</w:t>
            </w:r>
            <w:r>
              <w:rPr>
                <w:rFonts w:eastAsia="Sans Serif"/>
              </w:rPr>
              <w:br/>
              <w:t>Double-V with root faces and root gap</w:t>
            </w:r>
            <w:r>
              <w:rPr>
                <w:rFonts w:eastAsia="Sans Serif"/>
              </w:rPr>
              <w:br/>
              <w:t>En Y double</w:t>
            </w:r>
            <w:r>
              <w:rPr>
                <w:rFonts w:eastAsia="Sans Serif"/>
              </w:rPr>
              <w:br/>
              <w:t>Doppel-Y-Fuge</w:t>
            </w:r>
          </w:p>
        </w:tc>
      </w:tr>
      <w:tr w:rsidR="00EF6539" w14:paraId="3A2E7976" w14:textId="77777777">
        <w:trPr>
          <w:trHeight w:val="1073"/>
        </w:trPr>
        <w:tc>
          <w:tcPr>
            <w:tcW w:w="1582" w:type="dxa"/>
          </w:tcPr>
          <w:p w14:paraId="253B57A4" w14:textId="77777777" w:rsidR="00EF6539" w:rsidRDefault="00000000">
            <w:pPr>
              <w:rPr>
                <w:rFonts w:hint="eastAsia"/>
              </w:rPr>
            </w:pPr>
            <w:r>
              <w:rPr>
                <w:rFonts w:eastAsia="Sans Serif"/>
              </w:rPr>
              <w:t>L: Sandūrinė</w:t>
            </w:r>
            <w:r>
              <w:rPr>
                <w:rFonts w:eastAsia="Sans Serif"/>
              </w:rPr>
              <w:br/>
              <w:t>E: Butt</w:t>
            </w:r>
            <w:r>
              <w:rPr>
                <w:rFonts w:eastAsia="Sans Serif"/>
              </w:rPr>
              <w:br/>
              <w:t>F: Bout à bout</w:t>
            </w:r>
            <w:r>
              <w:rPr>
                <w:rFonts w:eastAsia="Sans Serif"/>
              </w:rPr>
              <w:br/>
              <w:t>D: Stumpfstoß</w:t>
            </w:r>
          </w:p>
        </w:tc>
        <w:tc>
          <w:tcPr>
            <w:tcW w:w="1582" w:type="dxa"/>
          </w:tcPr>
          <w:p w14:paraId="709DE3B3" w14:textId="77777777" w:rsidR="00EF6539" w:rsidRDefault="00000000">
            <w:pPr>
              <w:rPr>
                <w:rFonts w:hint="eastAsia"/>
              </w:rPr>
            </w:pPr>
            <w:r>
              <w:rPr>
                <w:rFonts w:eastAsia="Sans Serif"/>
              </w:rPr>
              <w:t>Dalinai įvirinta abipusė</w:t>
            </w:r>
            <w:r>
              <w:rPr>
                <w:rFonts w:eastAsia="Sans Serif"/>
              </w:rPr>
              <w:br/>
              <w:t xml:space="preserve">Partial penetration welded from </w:t>
            </w:r>
            <w:r>
              <w:rPr>
                <w:rFonts w:eastAsia="Sans Serif"/>
              </w:rPr>
              <w:lastRenderedPageBreak/>
              <w:t>both sides</w:t>
            </w:r>
            <w:r>
              <w:rPr>
                <w:rFonts w:eastAsia="Sans Serif"/>
              </w:rPr>
              <w:br/>
              <w:t>A pénétration partielle exécutée des deux côtés</w:t>
            </w:r>
            <w:r>
              <w:rPr>
                <w:rFonts w:eastAsia="Sans Serif"/>
              </w:rPr>
              <w:br/>
              <w:t>beidseitig geschweißt, nicht durchgeschweißt</w:t>
            </w:r>
          </w:p>
        </w:tc>
        <w:tc>
          <w:tcPr>
            <w:tcW w:w="1582" w:type="dxa"/>
          </w:tcPr>
          <w:p w14:paraId="743541E9" w14:textId="77777777" w:rsidR="00EF6539" w:rsidRDefault="00000000">
            <w:pPr>
              <w:rPr>
                <w:rFonts w:hint="eastAsia"/>
              </w:rPr>
            </w:pPr>
            <w:r>
              <w:rPr>
                <w:rFonts w:eastAsia="Sans Serif"/>
              </w:rPr>
              <w:lastRenderedPageBreak/>
              <w:t>Dvipusė Y nuosklemba, bel tarpelio</w:t>
            </w:r>
            <w:r>
              <w:rPr>
                <w:rFonts w:eastAsia="Sans Serif"/>
              </w:rPr>
              <w:br/>
              <w:t>Double-Vs</w:t>
            </w:r>
            <w:r>
              <w:rPr>
                <w:rFonts w:eastAsia="Sans Serif"/>
              </w:rPr>
              <w:br/>
              <w:t>En Y double</w:t>
            </w:r>
            <w:r>
              <w:rPr>
                <w:rFonts w:eastAsia="Sans Serif"/>
              </w:rPr>
              <w:br/>
            </w:r>
            <w:r>
              <w:rPr>
                <w:rFonts w:eastAsia="Sans Serif"/>
              </w:rPr>
              <w:lastRenderedPageBreak/>
              <w:t>Doppel-Y-Fuge</w:t>
            </w:r>
          </w:p>
        </w:tc>
      </w:tr>
      <w:tr w:rsidR="00EF6539" w14:paraId="23444F37" w14:textId="77777777">
        <w:trPr>
          <w:trHeight w:val="1073"/>
        </w:trPr>
        <w:tc>
          <w:tcPr>
            <w:tcW w:w="1582" w:type="dxa"/>
          </w:tcPr>
          <w:p w14:paraId="23F67A69" w14:textId="77777777" w:rsidR="00EF6539" w:rsidRDefault="00000000">
            <w:pPr>
              <w:rPr>
                <w:rFonts w:hint="eastAsia"/>
              </w:rPr>
            </w:pPr>
            <w:r>
              <w:rPr>
                <w:rFonts w:eastAsia="Sans Serif"/>
              </w:rPr>
              <w:lastRenderedPageBreak/>
              <w:t>L: Sandūrinė</w:t>
            </w:r>
            <w:r>
              <w:rPr>
                <w:rFonts w:eastAsia="Sans Serif"/>
              </w:rPr>
              <w:br/>
              <w:t>E: Butt</w:t>
            </w:r>
            <w:r>
              <w:rPr>
                <w:rFonts w:eastAsia="Sans Serif"/>
              </w:rPr>
              <w:br/>
              <w:t>F: Bout à bout</w:t>
            </w:r>
            <w:r>
              <w:rPr>
                <w:rFonts w:eastAsia="Sans Serif"/>
              </w:rPr>
              <w:br/>
              <w:t>D: Stumpfstoß</w:t>
            </w:r>
          </w:p>
        </w:tc>
        <w:tc>
          <w:tcPr>
            <w:tcW w:w="1582" w:type="dxa"/>
          </w:tcPr>
          <w:p w14:paraId="41C2E01E" w14:textId="77777777" w:rsidR="00EF6539" w:rsidRDefault="00000000">
            <w:pPr>
              <w:rPr>
                <w:rFonts w:hint="eastAsia"/>
              </w:rPr>
            </w:pPr>
            <w:r>
              <w:rPr>
                <w:rFonts w:eastAsia="Sans Serif"/>
              </w:rPr>
              <w:t>Dalinai įvirinta sandūrinė ir kampinė</w:t>
            </w:r>
            <w:r>
              <w:rPr>
                <w:rFonts w:eastAsia="Sans Serif"/>
              </w:rPr>
              <w:br/>
              <w:t>Butt and fillet partial penetration</w:t>
            </w:r>
            <w:r>
              <w:rPr>
                <w:rFonts w:eastAsia="Sans Serif"/>
              </w:rPr>
              <w:br/>
              <w:t>A pénétration partielle exécutée des deux côtés</w:t>
            </w:r>
            <w:r>
              <w:rPr>
                <w:rFonts w:eastAsia="Sans Serif"/>
              </w:rPr>
              <w:br/>
              <w:t>Y-Naht, nicht durchgeschweißt und Kehlnaht</w:t>
            </w:r>
          </w:p>
        </w:tc>
        <w:tc>
          <w:tcPr>
            <w:tcW w:w="1582" w:type="dxa"/>
          </w:tcPr>
          <w:p w14:paraId="6C1CADCC" w14:textId="77777777" w:rsidR="00EF6539" w:rsidRDefault="00000000">
            <w:pPr>
              <w:rPr>
                <w:rFonts w:hint="eastAsia"/>
              </w:rPr>
            </w:pPr>
            <w:r>
              <w:rPr>
                <w:rFonts w:eastAsia="Sans Serif"/>
              </w:rPr>
              <w:t>Y nuosklemba</w:t>
            </w:r>
            <w:r>
              <w:rPr>
                <w:rFonts w:eastAsia="Sans Serif"/>
              </w:rPr>
              <w:br/>
              <w:t>Single-Vs</w:t>
            </w:r>
            <w:r>
              <w:rPr>
                <w:rFonts w:eastAsia="Sans Serif"/>
              </w:rPr>
              <w:br/>
              <w:t>En Y avec chanfrein d'un seul côté</w:t>
            </w:r>
            <w:r>
              <w:rPr>
                <w:rFonts w:eastAsia="Sans Serif"/>
              </w:rPr>
              <w:br/>
              <w:t>Y-Fuge</w:t>
            </w:r>
          </w:p>
        </w:tc>
      </w:tr>
      <w:tr w:rsidR="00EF6539" w14:paraId="4EC19FA3" w14:textId="77777777">
        <w:trPr>
          <w:trHeight w:val="1073"/>
        </w:trPr>
        <w:tc>
          <w:tcPr>
            <w:tcW w:w="1582" w:type="dxa"/>
          </w:tcPr>
          <w:p w14:paraId="0E9FBE3C" w14:textId="77777777" w:rsidR="00EF6539" w:rsidRDefault="00000000">
            <w:pPr>
              <w:rPr>
                <w:rFonts w:hint="eastAsia"/>
              </w:rPr>
            </w:pPr>
            <w:r>
              <w:rPr>
                <w:rFonts w:eastAsia="Sans Serif"/>
              </w:rPr>
              <w:t>L: Sandūrinė</w:t>
            </w:r>
            <w:r>
              <w:rPr>
                <w:rFonts w:eastAsia="Sans Serif"/>
              </w:rPr>
              <w:br/>
              <w:t>E: Butt</w:t>
            </w:r>
            <w:r>
              <w:rPr>
                <w:rFonts w:eastAsia="Sans Serif"/>
              </w:rPr>
              <w:br/>
              <w:t>F: Bout à bout</w:t>
            </w:r>
            <w:r>
              <w:rPr>
                <w:rFonts w:eastAsia="Sans Serif"/>
              </w:rPr>
              <w:br/>
              <w:t xml:space="preserve">D: </w:t>
            </w:r>
          </w:p>
        </w:tc>
        <w:tc>
          <w:tcPr>
            <w:tcW w:w="1582" w:type="dxa"/>
          </w:tcPr>
          <w:p w14:paraId="2151C1B1" w14:textId="77777777" w:rsidR="00EF6539" w:rsidRDefault="00000000">
            <w:pPr>
              <w:rPr>
                <w:rFonts w:hint="eastAsia"/>
              </w:rPr>
            </w:pPr>
            <w:r>
              <w:rPr>
                <w:rFonts w:eastAsia="Sans Serif"/>
              </w:rPr>
              <w:t>Visiškai įvirinta abipusė</w:t>
            </w:r>
            <w:r>
              <w:rPr>
                <w:rFonts w:eastAsia="Sans Serif"/>
              </w:rPr>
              <w:br/>
              <w:t>Full penetration welded from both sides</w:t>
            </w:r>
            <w:r>
              <w:rPr>
                <w:rFonts w:eastAsia="Sans Serif"/>
              </w:rPr>
              <w:br/>
              <w:t>A pleine pénétration exécutée des deux côtés</w:t>
            </w:r>
            <w:r>
              <w:rPr>
                <w:rFonts w:eastAsia="Sans Serif"/>
              </w:rPr>
              <w:br/>
              <w:t>beidseitig geschweißt, durchgeschweißt</w:t>
            </w:r>
          </w:p>
        </w:tc>
        <w:tc>
          <w:tcPr>
            <w:tcW w:w="1582" w:type="dxa"/>
          </w:tcPr>
          <w:p w14:paraId="58805820" w14:textId="77777777" w:rsidR="00EF6539" w:rsidRDefault="00000000">
            <w:pPr>
              <w:rPr>
                <w:rFonts w:hint="eastAsia"/>
              </w:rPr>
            </w:pPr>
            <w:r>
              <w:rPr>
                <w:rFonts w:eastAsia="Sans Serif"/>
              </w:rPr>
              <w:t>Dvipusė Y nuosklemba, tarpelis</w:t>
            </w:r>
            <w:r>
              <w:rPr>
                <w:rFonts w:eastAsia="Sans Serif"/>
              </w:rPr>
              <w:br/>
              <w:t>Double-V with root faces and root gap</w:t>
            </w:r>
            <w:r>
              <w:rPr>
                <w:rFonts w:eastAsia="Sans Serif"/>
              </w:rPr>
              <w:br/>
              <w:t>En Y double</w:t>
            </w:r>
            <w:r>
              <w:rPr>
                <w:rFonts w:eastAsia="Sans Serif"/>
              </w:rPr>
              <w:br/>
              <w:t>Doppel-Y-Fuge</w:t>
            </w:r>
          </w:p>
        </w:tc>
      </w:tr>
    </w:tbl>
    <w:tbl>
      <w:tblPr>
        <w:tblStyle w:val="TableGrid"/>
        <w:tblpPr w:vertAnchor="page" w:horzAnchor="page" w:tblpX="9548" w:tblpY="9562"/>
        <w:tblW w:w="6537" w:type="dxa"/>
        <w:tblLayout w:type="fixed"/>
        <w:tblLook w:val="04A0" w:firstRow="1" w:lastRow="0" w:firstColumn="1" w:lastColumn="0" w:noHBand="0" w:noVBand="1"/>
      </w:tblPr>
      <w:tblGrid>
        <w:gridCol w:w="1635"/>
        <w:gridCol w:w="1634"/>
        <w:gridCol w:w="1634"/>
        <w:gridCol w:w="1634"/>
      </w:tblGrid>
      <w:tr w:rsidR="00EF6539" w14:paraId="67B5B475" w14:textId="77777777">
        <w:trPr>
          <w:trHeight w:val="596"/>
        </w:trPr>
        <w:tc>
          <w:tcPr>
            <w:tcW w:w="1634" w:type="dxa"/>
          </w:tcPr>
          <w:p w14:paraId="75160C26" w14:textId="77777777" w:rsidR="00EF6539" w:rsidRDefault="00000000">
            <w:pPr>
              <w:rPr>
                <w:rFonts w:hint="eastAsia"/>
              </w:rPr>
            </w:pPr>
            <w:r>
              <w:rPr>
                <w:rFonts w:eastAsia="Sans Serif"/>
              </w:rPr>
              <w:t>1) Gali būti laikmasis arba liekamasis</w:t>
            </w:r>
          </w:p>
        </w:tc>
        <w:tc>
          <w:tcPr>
            <w:tcW w:w="1634" w:type="dxa"/>
          </w:tcPr>
          <w:p w14:paraId="69DD0922" w14:textId="77777777" w:rsidR="00EF6539" w:rsidRDefault="00000000">
            <w:pPr>
              <w:rPr>
                <w:rFonts w:hint="eastAsia"/>
              </w:rPr>
            </w:pPr>
            <w:r>
              <w:rPr>
                <w:rFonts w:eastAsia="Sans Serif"/>
              </w:rPr>
              <w:t>1) May be temporary or permanent</w:t>
            </w:r>
          </w:p>
        </w:tc>
        <w:tc>
          <w:tcPr>
            <w:tcW w:w="1634" w:type="dxa"/>
          </w:tcPr>
          <w:p w14:paraId="5FB45CCE" w14:textId="77777777" w:rsidR="00EF6539" w:rsidRDefault="00000000">
            <w:pPr>
              <w:rPr>
                <w:rFonts w:hint="eastAsia"/>
              </w:rPr>
            </w:pPr>
            <w:r>
              <w:rPr>
                <w:rFonts w:eastAsia="Sans Serif"/>
              </w:rPr>
              <w:t>1) La latte-support peut être subsistante ou non</w:t>
            </w:r>
          </w:p>
        </w:tc>
        <w:tc>
          <w:tcPr>
            <w:tcW w:w="1634" w:type="dxa"/>
          </w:tcPr>
          <w:p w14:paraId="2559238E" w14:textId="77777777" w:rsidR="00EF6539" w:rsidRDefault="00000000">
            <w:pPr>
              <w:rPr>
                <w:rFonts w:hint="eastAsia"/>
              </w:rPr>
            </w:pPr>
            <w:r>
              <w:rPr>
                <w:rFonts w:eastAsia="Sans Serif"/>
              </w:rPr>
              <w:t>1) Nicht verbleibende Schweiß-badsicherung 2) Verbleibende Schweißbadsi-cherung</w:t>
            </w:r>
          </w:p>
        </w:tc>
      </w:tr>
    </w:tbl>
    <w:p w14:paraId="40D8DD59" w14:textId="77777777" w:rsidR="00EF6539" w:rsidRDefault="00EF6539">
      <w:pPr>
        <w:rPr>
          <w:rFonts w:hint="eastAsia"/>
        </w:rPr>
        <w:sectPr w:rsidR="00EF6539">
          <w:pgSz w:w="16838" w:h="11906"/>
          <w:pgMar w:top="0" w:right="0" w:bottom="0" w:left="0" w:header="0" w:footer="0" w:gutter="0"/>
          <w:cols w:space="720"/>
          <w:docGrid w:linePitch="360"/>
        </w:sectPr>
      </w:pPr>
    </w:p>
    <w:p w14:paraId="5AB067F0" w14:textId="77777777" w:rsidR="00EF6539" w:rsidRDefault="00EF6539">
      <w:pPr>
        <w:rPr>
          <w:rFonts w:hint="eastAsia"/>
        </w:rPr>
      </w:pPr>
    </w:p>
    <w:tbl>
      <w:tblPr>
        <w:tblStyle w:val="TableGrid"/>
        <w:tblpPr w:vertAnchor="page" w:horzAnchor="page" w:tblpX="3152" w:tblpY="1119"/>
        <w:tblW w:w="4821" w:type="dxa"/>
        <w:tblLayout w:type="fixed"/>
        <w:tblLook w:val="04A0" w:firstRow="1" w:lastRow="0" w:firstColumn="1" w:lastColumn="0" w:noHBand="0" w:noVBand="1"/>
      </w:tblPr>
      <w:tblGrid>
        <w:gridCol w:w="1607"/>
        <w:gridCol w:w="1607"/>
        <w:gridCol w:w="1607"/>
      </w:tblGrid>
      <w:tr w:rsidR="00EF6539" w14:paraId="122670C1" w14:textId="77777777">
        <w:trPr>
          <w:trHeight w:val="1098"/>
        </w:trPr>
        <w:tc>
          <w:tcPr>
            <w:tcW w:w="1607" w:type="dxa"/>
          </w:tcPr>
          <w:p w14:paraId="3C903C67" w14:textId="77777777" w:rsidR="00EF6539" w:rsidRDefault="00000000">
            <w:pPr>
              <w:rPr>
                <w:rFonts w:hint="eastAsia"/>
              </w:rPr>
            </w:pPr>
            <w:r>
              <w:rPr>
                <w:rFonts w:eastAsia="Sans Serif"/>
              </w:rPr>
              <w:t>L: Jungties tipas</w:t>
            </w:r>
            <w:r>
              <w:rPr>
                <w:rFonts w:eastAsia="Sans Serif"/>
              </w:rPr>
              <w:br/>
              <w:t>E: Type of joint</w:t>
            </w:r>
            <w:r>
              <w:rPr>
                <w:rFonts w:eastAsia="Sans Serif"/>
              </w:rPr>
              <w:br/>
              <w:t>F: Type d'assemblage</w:t>
            </w:r>
            <w:r>
              <w:rPr>
                <w:rFonts w:eastAsia="Sans Serif"/>
              </w:rPr>
              <w:br/>
              <w:t>D: lage Stoßart</w:t>
            </w:r>
          </w:p>
        </w:tc>
        <w:tc>
          <w:tcPr>
            <w:tcW w:w="1607" w:type="dxa"/>
          </w:tcPr>
          <w:p w14:paraId="046A0992" w14:textId="77777777" w:rsidR="00EF6539" w:rsidRDefault="00000000">
            <w:pPr>
              <w:rPr>
                <w:rFonts w:hint="eastAsia"/>
              </w:rPr>
            </w:pPr>
            <w:r>
              <w:rPr>
                <w:rFonts w:eastAsia="Sans Serif"/>
              </w:rPr>
              <w:t>L: Siūlės tipas</w:t>
            </w:r>
            <w:r>
              <w:rPr>
                <w:rFonts w:eastAsia="Sans Serif"/>
              </w:rPr>
              <w:br/>
              <w:t>E: Type of weld</w:t>
            </w:r>
            <w:r>
              <w:rPr>
                <w:rFonts w:eastAsia="Sans Serif"/>
              </w:rPr>
              <w:br/>
              <w:t>F: Type de soudure</w:t>
            </w:r>
            <w:r>
              <w:rPr>
                <w:rFonts w:eastAsia="Sans Serif"/>
              </w:rPr>
              <w:br/>
              <w:t>D: Nahtart</w:t>
            </w:r>
          </w:p>
        </w:tc>
        <w:tc>
          <w:tcPr>
            <w:tcW w:w="1607" w:type="dxa"/>
          </w:tcPr>
          <w:p w14:paraId="72FDEAD2" w14:textId="77777777" w:rsidR="00EF6539" w:rsidRDefault="00000000">
            <w:pPr>
              <w:rPr>
                <w:rFonts w:hint="eastAsia"/>
              </w:rPr>
            </w:pPr>
            <w:r>
              <w:rPr>
                <w:rFonts w:eastAsia="Sans Serif"/>
              </w:rPr>
              <w:t>L: Paruošimas</w:t>
            </w:r>
            <w:r>
              <w:rPr>
                <w:rFonts w:eastAsia="Sans Serif"/>
              </w:rPr>
              <w:br/>
              <w:t>E: Preparation</w:t>
            </w:r>
            <w:r>
              <w:rPr>
                <w:rFonts w:eastAsia="Sans Serif"/>
              </w:rPr>
              <w:br/>
              <w:t>F: Préparation</w:t>
            </w:r>
            <w:r>
              <w:rPr>
                <w:rFonts w:eastAsia="Sans Serif"/>
              </w:rPr>
              <w:br/>
              <w:t>D: Schweißnahtvorbereitung</w:t>
            </w:r>
          </w:p>
        </w:tc>
      </w:tr>
      <w:tr w:rsidR="00EF6539" w14:paraId="7165F3CC" w14:textId="77777777">
        <w:trPr>
          <w:trHeight w:val="1098"/>
        </w:trPr>
        <w:tc>
          <w:tcPr>
            <w:tcW w:w="1607" w:type="dxa"/>
          </w:tcPr>
          <w:p w14:paraId="67C05655" w14:textId="77777777" w:rsidR="00EF6539" w:rsidRDefault="00000000">
            <w:pPr>
              <w:rPr>
                <w:rFonts w:hint="eastAsia"/>
              </w:rPr>
            </w:pPr>
            <w:r>
              <w:rPr>
                <w:rFonts w:eastAsia="Sans Serif"/>
              </w:rPr>
              <w:t>L: Sandūrinė</w:t>
            </w:r>
            <w:r>
              <w:rPr>
                <w:rFonts w:eastAsia="Sans Serif"/>
              </w:rPr>
              <w:br/>
              <w:t>E: Butt</w:t>
            </w:r>
            <w:r>
              <w:rPr>
                <w:rFonts w:eastAsia="Sans Serif"/>
              </w:rPr>
              <w:br/>
              <w:t>F: Bout à bout</w:t>
            </w:r>
            <w:r>
              <w:rPr>
                <w:rFonts w:eastAsia="Sans Serif"/>
              </w:rPr>
              <w:br/>
              <w:t>D: Stumpfstoß</w:t>
            </w:r>
          </w:p>
        </w:tc>
        <w:tc>
          <w:tcPr>
            <w:tcW w:w="1607" w:type="dxa"/>
          </w:tcPr>
          <w:p w14:paraId="58BCD9E3" w14:textId="77777777" w:rsidR="00EF6539" w:rsidRDefault="00000000">
            <w:pPr>
              <w:rPr>
                <w:rFonts w:hint="eastAsia"/>
              </w:rPr>
            </w:pPr>
            <w:r>
              <w:rPr>
                <w:rFonts w:eastAsia="Sans Serif"/>
              </w:rPr>
              <w:t>L: Abipusė kampinė siūlė</w:t>
            </w:r>
            <w:r>
              <w:rPr>
                <w:rFonts w:eastAsia="Sans Serif"/>
              </w:rPr>
              <w:br/>
              <w:t>E: Fillet welded from both sides</w:t>
            </w:r>
            <w:r>
              <w:rPr>
                <w:rFonts w:eastAsia="Sans Serif"/>
              </w:rPr>
              <w:br/>
              <w:t>F: A pénétration partielle exécutée des deux côtés</w:t>
            </w:r>
            <w:r>
              <w:rPr>
                <w:rFonts w:eastAsia="Sans Serif"/>
              </w:rPr>
              <w:br/>
              <w:t>D: Kehlnähte, von beiden Seiten geschweißt</w:t>
            </w:r>
          </w:p>
        </w:tc>
        <w:tc>
          <w:tcPr>
            <w:tcW w:w="1607" w:type="dxa"/>
          </w:tcPr>
          <w:p w14:paraId="5FFFBF97" w14:textId="77777777" w:rsidR="00EF6539" w:rsidRDefault="00000000">
            <w:pPr>
              <w:rPr>
                <w:rFonts w:hint="eastAsia"/>
              </w:rPr>
            </w:pPr>
            <w:r>
              <w:rPr>
                <w:rFonts w:eastAsia="Sans Serif"/>
              </w:rPr>
              <w:t>L: I nuosklemba, be tarpelio</w:t>
            </w:r>
            <w:r>
              <w:rPr>
                <w:rFonts w:eastAsia="Sans Serif"/>
              </w:rPr>
              <w:br/>
              <w:t>E: Close square</w:t>
            </w:r>
            <w:r>
              <w:rPr>
                <w:rFonts w:eastAsia="Sans Serif"/>
              </w:rPr>
              <w:br/>
              <w:t>F: Bords droits</w:t>
            </w:r>
            <w:r>
              <w:rPr>
                <w:rFonts w:eastAsia="Sans Serif"/>
              </w:rPr>
              <w:br/>
              <w:t>D: I-Fuge</w:t>
            </w:r>
          </w:p>
        </w:tc>
      </w:tr>
      <w:tr w:rsidR="00EF6539" w14:paraId="019262A3" w14:textId="77777777">
        <w:trPr>
          <w:trHeight w:val="1098"/>
        </w:trPr>
        <w:tc>
          <w:tcPr>
            <w:tcW w:w="1607" w:type="dxa"/>
          </w:tcPr>
          <w:p w14:paraId="6F46C12F" w14:textId="77777777" w:rsidR="00EF6539" w:rsidRDefault="00000000">
            <w:pPr>
              <w:rPr>
                <w:rFonts w:hint="eastAsia"/>
              </w:rPr>
            </w:pPr>
            <w:r>
              <w:rPr>
                <w:rFonts w:eastAsia="Sans Serif"/>
              </w:rPr>
              <w:t>L: Sandūrinė</w:t>
            </w:r>
            <w:r>
              <w:rPr>
                <w:rFonts w:eastAsia="Sans Serif"/>
              </w:rPr>
              <w:br/>
              <w:t>E: Butt</w:t>
            </w:r>
            <w:r>
              <w:rPr>
                <w:rFonts w:eastAsia="Sans Serif"/>
              </w:rPr>
              <w:br/>
              <w:t>F: Bout à bout</w:t>
            </w:r>
            <w:r>
              <w:rPr>
                <w:rFonts w:eastAsia="Sans Serif"/>
              </w:rPr>
              <w:br/>
              <w:t>D: Stumpfstoß</w:t>
            </w:r>
          </w:p>
        </w:tc>
        <w:tc>
          <w:tcPr>
            <w:tcW w:w="1607" w:type="dxa"/>
          </w:tcPr>
          <w:p w14:paraId="086E0D75" w14:textId="77777777" w:rsidR="00EF6539" w:rsidRDefault="00000000">
            <w:pPr>
              <w:rPr>
                <w:rFonts w:hint="eastAsia"/>
              </w:rPr>
            </w:pPr>
            <w:r>
              <w:rPr>
                <w:rFonts w:eastAsia="Sans Serif"/>
              </w:rPr>
              <w:t>L: Visiškai įvirinta</w:t>
            </w:r>
            <w:r>
              <w:rPr>
                <w:rFonts w:eastAsia="Sans Serif"/>
              </w:rPr>
              <w:br/>
              <w:t>E: Full penetration</w:t>
            </w:r>
            <w:r>
              <w:rPr>
                <w:rFonts w:eastAsia="Sans Serif"/>
              </w:rPr>
              <w:br/>
              <w:t>F: A pleine pénétration</w:t>
            </w:r>
            <w:r>
              <w:rPr>
                <w:rFonts w:eastAsia="Sans Serif"/>
              </w:rPr>
              <w:br/>
              <w:t>D: durchgeschweißt</w:t>
            </w:r>
          </w:p>
        </w:tc>
        <w:tc>
          <w:tcPr>
            <w:tcW w:w="1607" w:type="dxa"/>
          </w:tcPr>
          <w:p w14:paraId="0106EBD8" w14:textId="77777777" w:rsidR="00EF6539" w:rsidRDefault="00000000">
            <w:pPr>
              <w:rPr>
                <w:rFonts w:hint="eastAsia"/>
              </w:rPr>
            </w:pPr>
            <w:r>
              <w:rPr>
                <w:rFonts w:eastAsia="Sans Serif"/>
              </w:rPr>
              <w:t>L: Pusinė V nuosklemba, tarpelis</w:t>
            </w:r>
            <w:r>
              <w:rPr>
                <w:rFonts w:eastAsia="Sans Serif"/>
              </w:rPr>
              <w:br/>
              <w:t>E: Single-bevel with root face and root gap</w:t>
            </w:r>
            <w:r>
              <w:rPr>
                <w:rFonts w:eastAsia="Sans Serif"/>
              </w:rPr>
              <w:br/>
              <w:t>F: En demi V</w:t>
            </w:r>
            <w:r>
              <w:rPr>
                <w:rFonts w:eastAsia="Sans Serif"/>
              </w:rPr>
              <w:br/>
              <w:t>D: HV-Fuge</w:t>
            </w:r>
          </w:p>
        </w:tc>
      </w:tr>
      <w:tr w:rsidR="00EF6539" w14:paraId="455AA8A5" w14:textId="77777777">
        <w:trPr>
          <w:trHeight w:val="1098"/>
        </w:trPr>
        <w:tc>
          <w:tcPr>
            <w:tcW w:w="1607" w:type="dxa"/>
          </w:tcPr>
          <w:p w14:paraId="67DEBE49" w14:textId="77777777" w:rsidR="00EF6539" w:rsidRDefault="00000000">
            <w:pPr>
              <w:rPr>
                <w:rFonts w:hint="eastAsia"/>
              </w:rPr>
            </w:pPr>
            <w:r>
              <w:rPr>
                <w:rFonts w:eastAsia="Sans Serif"/>
              </w:rPr>
              <w:t>L: Sandūrinė</w:t>
            </w:r>
            <w:r>
              <w:rPr>
                <w:rFonts w:eastAsia="Sans Serif"/>
              </w:rPr>
              <w:br/>
              <w:t>E: Butt</w:t>
            </w:r>
            <w:r>
              <w:rPr>
                <w:rFonts w:eastAsia="Sans Serif"/>
              </w:rPr>
              <w:br/>
              <w:t xml:space="preserve">F: </w:t>
            </w:r>
            <w:r>
              <w:rPr>
                <w:rFonts w:eastAsia="Sans Serif"/>
              </w:rPr>
              <w:br/>
              <w:t xml:space="preserve">D: </w:t>
            </w:r>
          </w:p>
        </w:tc>
        <w:tc>
          <w:tcPr>
            <w:tcW w:w="1607" w:type="dxa"/>
          </w:tcPr>
          <w:p w14:paraId="6736EF43" w14:textId="77777777" w:rsidR="00EF6539" w:rsidRDefault="00000000">
            <w:pPr>
              <w:rPr>
                <w:rFonts w:hint="eastAsia"/>
              </w:rPr>
            </w:pPr>
            <w:r>
              <w:rPr>
                <w:rFonts w:eastAsia="Sans Serif"/>
              </w:rPr>
              <w:t>L: Visiškai įvirinta su šaknies pavirinimu</w:t>
            </w:r>
            <w:r>
              <w:rPr>
                <w:rFonts w:eastAsia="Sans Serif"/>
              </w:rPr>
              <w:br/>
              <w:t>E: Full penetration with sealing run</w:t>
            </w:r>
            <w:r>
              <w:rPr>
                <w:rFonts w:eastAsia="Sans Serif"/>
              </w:rPr>
              <w:br/>
              <w:t>F: A pleine pénétration avec reprise à l'envers</w:t>
            </w:r>
            <w:r>
              <w:rPr>
                <w:rFonts w:eastAsia="Sans Serif"/>
              </w:rPr>
              <w:br/>
              <w:t>D: durchgeschweißt mit Gegenlage</w:t>
            </w:r>
          </w:p>
        </w:tc>
        <w:tc>
          <w:tcPr>
            <w:tcW w:w="1607" w:type="dxa"/>
          </w:tcPr>
          <w:p w14:paraId="4185CEC8" w14:textId="77777777" w:rsidR="00EF6539" w:rsidRDefault="00000000">
            <w:pPr>
              <w:rPr>
                <w:rFonts w:hint="eastAsia"/>
              </w:rPr>
            </w:pPr>
            <w:r>
              <w:rPr>
                <w:rFonts w:eastAsia="Sans Serif"/>
              </w:rPr>
              <w:t>L: Pusinė Y nuosklemba, tarpelis, storesnė plokšte suploninta</w:t>
            </w:r>
            <w:r>
              <w:rPr>
                <w:rFonts w:eastAsia="Sans Serif"/>
              </w:rPr>
              <w:br/>
              <w:t>E: Single-bevel with root face and root gap; thicker plate tapered</w:t>
            </w:r>
            <w:r>
              <w:rPr>
                <w:rFonts w:eastAsia="Sans Serif"/>
              </w:rPr>
              <w:br/>
              <w:t>F: En demi Y avec délardage de la tôle la plus épaisse</w:t>
            </w:r>
            <w:r>
              <w:rPr>
                <w:rFonts w:eastAsia="Sans Serif"/>
              </w:rPr>
              <w:br/>
              <w:t>D: HV-Fuge, dickeres Blech verjüngt</w:t>
            </w:r>
          </w:p>
        </w:tc>
      </w:tr>
      <w:tr w:rsidR="00EF6539" w14:paraId="7DC4A61E" w14:textId="77777777">
        <w:trPr>
          <w:trHeight w:val="1098"/>
        </w:trPr>
        <w:tc>
          <w:tcPr>
            <w:tcW w:w="1607" w:type="dxa"/>
          </w:tcPr>
          <w:p w14:paraId="4204A18D" w14:textId="77777777" w:rsidR="00EF6539" w:rsidRDefault="00000000">
            <w:pPr>
              <w:rPr>
                <w:rFonts w:hint="eastAsia"/>
              </w:rPr>
            </w:pPr>
            <w:r>
              <w:rPr>
                <w:rFonts w:eastAsia="Sans Serif"/>
              </w:rPr>
              <w:t>L: Sandūrinė</w:t>
            </w:r>
            <w:r>
              <w:rPr>
                <w:rFonts w:eastAsia="Sans Serif"/>
              </w:rPr>
              <w:br/>
              <w:t>E: Butt</w:t>
            </w:r>
            <w:r>
              <w:rPr>
                <w:rFonts w:eastAsia="Sans Serif"/>
              </w:rPr>
              <w:br/>
              <w:t>F: Bout à bout</w:t>
            </w:r>
            <w:r>
              <w:rPr>
                <w:rFonts w:eastAsia="Sans Serif"/>
              </w:rPr>
              <w:br/>
              <w:t>D: Stumpfstoß</w:t>
            </w:r>
          </w:p>
        </w:tc>
        <w:tc>
          <w:tcPr>
            <w:tcW w:w="1607" w:type="dxa"/>
          </w:tcPr>
          <w:p w14:paraId="46B66F5F" w14:textId="77777777" w:rsidR="00EF6539" w:rsidRDefault="00000000">
            <w:pPr>
              <w:rPr>
                <w:rFonts w:hint="eastAsia"/>
              </w:rPr>
            </w:pPr>
            <w:r>
              <w:rPr>
                <w:rFonts w:eastAsia="Sans Serif"/>
              </w:rPr>
              <w:t>L: Sandūrinės, kampinės ir šaknies pavirinimo derinys</w:t>
            </w:r>
            <w:r>
              <w:rPr>
                <w:rFonts w:eastAsia="Sans Serif"/>
              </w:rPr>
              <w:br/>
              <w:t>E: Compound of butt and fillet with sealing run</w:t>
            </w:r>
            <w:r>
              <w:rPr>
                <w:rFonts w:eastAsia="Sans Serif"/>
              </w:rPr>
              <w:br/>
              <w:t>F: A pleine pénétration avec reprise à l'envers, plus soudure d'angle</w:t>
            </w:r>
            <w:r>
              <w:rPr>
                <w:rFonts w:eastAsia="Sans Serif"/>
              </w:rPr>
              <w:br/>
            </w:r>
            <w:r>
              <w:rPr>
                <w:rFonts w:eastAsia="Sans Serif"/>
              </w:rPr>
              <w:lastRenderedPageBreak/>
              <w:t>D: HV-Naht mit Gegenlage und Kehlnaht</w:t>
            </w:r>
          </w:p>
        </w:tc>
        <w:tc>
          <w:tcPr>
            <w:tcW w:w="1607" w:type="dxa"/>
          </w:tcPr>
          <w:p w14:paraId="5FDB5E7C" w14:textId="77777777" w:rsidR="00EF6539" w:rsidRDefault="00000000">
            <w:pPr>
              <w:rPr>
                <w:rFonts w:hint="eastAsia"/>
              </w:rPr>
            </w:pPr>
            <w:r>
              <w:rPr>
                <w:rFonts w:eastAsia="Sans Serif"/>
              </w:rPr>
              <w:lastRenderedPageBreak/>
              <w:t>L: Pusinė V nuosklemba, tarpelis</w:t>
            </w:r>
            <w:r>
              <w:rPr>
                <w:rFonts w:eastAsia="Sans Serif"/>
              </w:rPr>
              <w:br/>
              <w:t>E: Single-bevel with root face and root gap</w:t>
            </w:r>
            <w:r>
              <w:rPr>
                <w:rFonts w:eastAsia="Sans Serif"/>
              </w:rPr>
              <w:br/>
              <w:t>F: En demi V</w:t>
            </w:r>
            <w:r>
              <w:rPr>
                <w:rFonts w:eastAsia="Sans Serif"/>
              </w:rPr>
              <w:br/>
              <w:t>D: HV-Fuge</w:t>
            </w:r>
          </w:p>
        </w:tc>
      </w:tr>
      <w:tr w:rsidR="00EF6539" w14:paraId="301D8FC3" w14:textId="77777777">
        <w:trPr>
          <w:trHeight w:val="1098"/>
        </w:trPr>
        <w:tc>
          <w:tcPr>
            <w:tcW w:w="1607" w:type="dxa"/>
          </w:tcPr>
          <w:p w14:paraId="7C25BC63" w14:textId="77777777" w:rsidR="00EF6539" w:rsidRDefault="00000000">
            <w:pPr>
              <w:rPr>
                <w:rFonts w:hint="eastAsia"/>
              </w:rPr>
            </w:pPr>
            <w:r>
              <w:rPr>
                <w:rFonts w:eastAsia="Sans Serif"/>
              </w:rPr>
              <w:t>L: Sandūrinė</w:t>
            </w:r>
            <w:r>
              <w:rPr>
                <w:rFonts w:eastAsia="Sans Serif"/>
              </w:rPr>
              <w:br/>
              <w:t>E: Butt</w:t>
            </w:r>
            <w:r>
              <w:rPr>
                <w:rFonts w:eastAsia="Sans Serif"/>
              </w:rPr>
              <w:br/>
              <w:t>F: Bout à bout</w:t>
            </w:r>
            <w:r>
              <w:rPr>
                <w:rFonts w:eastAsia="Sans Serif"/>
              </w:rPr>
              <w:br/>
              <w:t>D: Stumpfstoß</w:t>
            </w:r>
          </w:p>
        </w:tc>
        <w:tc>
          <w:tcPr>
            <w:tcW w:w="1607" w:type="dxa"/>
          </w:tcPr>
          <w:p w14:paraId="4EB92CF5" w14:textId="77777777" w:rsidR="00EF6539" w:rsidRDefault="00000000">
            <w:pPr>
              <w:rPr>
                <w:rFonts w:hint="eastAsia"/>
              </w:rPr>
            </w:pPr>
            <w:r>
              <w:rPr>
                <w:rFonts w:eastAsia="Sans Serif"/>
              </w:rPr>
              <w:t>L: Visiškai įvirinta abipusė kampinė siūlė</w:t>
            </w:r>
            <w:r>
              <w:rPr>
                <w:rFonts w:eastAsia="Sans Serif"/>
              </w:rPr>
              <w:br/>
              <w:t>E: Full penetration welded from both sides</w:t>
            </w:r>
            <w:r>
              <w:rPr>
                <w:rFonts w:eastAsia="Sans Serif"/>
              </w:rPr>
              <w:br/>
              <w:t>F: A pleine pénétration plus deux soudures d'angle</w:t>
            </w:r>
            <w:r>
              <w:rPr>
                <w:rFonts w:eastAsia="Sans Serif"/>
              </w:rPr>
              <w:br/>
              <w:t>D: beidseitig geschweißt, durchgeschweißt und zwei Kehlnähte</w:t>
            </w:r>
          </w:p>
        </w:tc>
        <w:tc>
          <w:tcPr>
            <w:tcW w:w="1607" w:type="dxa"/>
          </w:tcPr>
          <w:p w14:paraId="30FE8ABF" w14:textId="77777777" w:rsidR="00EF6539" w:rsidRDefault="00000000">
            <w:pPr>
              <w:rPr>
                <w:rFonts w:hint="eastAsia"/>
              </w:rPr>
            </w:pPr>
            <w:r>
              <w:rPr>
                <w:rFonts w:eastAsia="Sans Serif"/>
              </w:rPr>
              <w:t>L: Pusinė V nuosklemba, tarpelis</w:t>
            </w:r>
            <w:r>
              <w:rPr>
                <w:rFonts w:eastAsia="Sans Serif"/>
              </w:rPr>
              <w:br/>
              <w:t>E: Single-bevel with root face and root gap</w:t>
            </w:r>
            <w:r>
              <w:rPr>
                <w:rFonts w:eastAsia="Sans Serif"/>
              </w:rPr>
              <w:br/>
              <w:t>F: En demi V</w:t>
            </w:r>
            <w:r>
              <w:rPr>
                <w:rFonts w:eastAsia="Sans Serif"/>
              </w:rPr>
              <w:br/>
              <w:t>D: HV-Fuge</w:t>
            </w:r>
          </w:p>
        </w:tc>
      </w:tr>
      <w:tr w:rsidR="00EF6539" w14:paraId="5013A798" w14:textId="77777777">
        <w:trPr>
          <w:trHeight w:val="1098"/>
        </w:trPr>
        <w:tc>
          <w:tcPr>
            <w:tcW w:w="1607" w:type="dxa"/>
          </w:tcPr>
          <w:p w14:paraId="79210587" w14:textId="77777777" w:rsidR="00EF6539" w:rsidRDefault="00000000">
            <w:pPr>
              <w:rPr>
                <w:rFonts w:hint="eastAsia"/>
              </w:rPr>
            </w:pPr>
            <w:r>
              <w:rPr>
                <w:rFonts w:eastAsia="Sans Serif"/>
              </w:rPr>
              <w:t>L: Tėjinė</w:t>
            </w:r>
            <w:r>
              <w:rPr>
                <w:rFonts w:eastAsia="Sans Serif"/>
              </w:rPr>
              <w:br/>
              <w:t>E: T</w:t>
            </w:r>
            <w:r>
              <w:rPr>
                <w:rFonts w:eastAsia="Sans Serif"/>
              </w:rPr>
              <w:br/>
              <w:t>F: En T</w:t>
            </w:r>
            <w:r>
              <w:rPr>
                <w:rFonts w:eastAsia="Sans Serif"/>
              </w:rPr>
              <w:br/>
              <w:t>D: T-Stoß</w:t>
            </w:r>
          </w:p>
        </w:tc>
        <w:tc>
          <w:tcPr>
            <w:tcW w:w="1607" w:type="dxa"/>
          </w:tcPr>
          <w:p w14:paraId="02DDF625" w14:textId="77777777" w:rsidR="00EF6539" w:rsidRDefault="00000000">
            <w:pPr>
              <w:rPr>
                <w:rFonts w:hint="eastAsia"/>
              </w:rPr>
            </w:pPr>
            <w:r>
              <w:rPr>
                <w:rFonts w:eastAsia="Sans Serif"/>
              </w:rPr>
              <w:t>L: Visiškai įvirinta</w:t>
            </w:r>
            <w:r>
              <w:rPr>
                <w:rFonts w:eastAsia="Sans Serif"/>
              </w:rPr>
              <w:br/>
              <w:t>E: Full penetration</w:t>
            </w:r>
            <w:r>
              <w:rPr>
                <w:rFonts w:eastAsia="Sans Serif"/>
              </w:rPr>
              <w:br/>
              <w:t>F: A pleine pénétration</w:t>
            </w:r>
            <w:r>
              <w:rPr>
                <w:rFonts w:eastAsia="Sans Serif"/>
              </w:rPr>
              <w:br/>
              <w:t>D: durchgeschweißt</w:t>
            </w:r>
          </w:p>
        </w:tc>
        <w:tc>
          <w:tcPr>
            <w:tcW w:w="1607" w:type="dxa"/>
          </w:tcPr>
          <w:p w14:paraId="1838A4B6" w14:textId="77777777" w:rsidR="00EF6539" w:rsidRDefault="00000000">
            <w:pPr>
              <w:rPr>
                <w:rFonts w:hint="eastAsia"/>
              </w:rPr>
            </w:pPr>
            <w:r>
              <w:rPr>
                <w:rFonts w:eastAsia="Sans Serif"/>
              </w:rPr>
              <w:t>L: Pusinė V nuosklemba, tarpelis</w:t>
            </w:r>
            <w:r>
              <w:rPr>
                <w:rFonts w:eastAsia="Sans Serif"/>
              </w:rPr>
              <w:br/>
              <w:t>E: Single-bevel with root face and root gap</w:t>
            </w:r>
            <w:r>
              <w:rPr>
                <w:rFonts w:eastAsia="Sans Serif"/>
              </w:rPr>
              <w:br/>
              <w:t>F: En demi V</w:t>
            </w:r>
            <w:r>
              <w:rPr>
                <w:rFonts w:eastAsia="Sans Serif"/>
              </w:rPr>
              <w:br/>
              <w:t>D: HV-Fuge</w:t>
            </w:r>
          </w:p>
        </w:tc>
      </w:tr>
      <w:tr w:rsidR="00EF6539" w14:paraId="0DCB2B16" w14:textId="77777777">
        <w:trPr>
          <w:trHeight w:val="1098"/>
        </w:trPr>
        <w:tc>
          <w:tcPr>
            <w:tcW w:w="1607" w:type="dxa"/>
          </w:tcPr>
          <w:p w14:paraId="1D115C05" w14:textId="77777777" w:rsidR="00EF6539" w:rsidRDefault="00000000">
            <w:pPr>
              <w:rPr>
                <w:rFonts w:hint="eastAsia"/>
              </w:rPr>
            </w:pPr>
            <w:r>
              <w:rPr>
                <w:rFonts w:eastAsia="Sans Serif"/>
              </w:rPr>
              <w:t>L: Tėjinė</w:t>
            </w:r>
            <w:r>
              <w:rPr>
                <w:rFonts w:eastAsia="Sans Serif"/>
              </w:rPr>
              <w:br/>
              <w:t>E: T</w:t>
            </w:r>
            <w:r>
              <w:rPr>
                <w:rFonts w:eastAsia="Sans Serif"/>
              </w:rPr>
              <w:br/>
              <w:t>F: En T</w:t>
            </w:r>
            <w:r>
              <w:rPr>
                <w:rFonts w:eastAsia="Sans Serif"/>
              </w:rPr>
              <w:br/>
              <w:t>D: T-Stoß</w:t>
            </w:r>
          </w:p>
        </w:tc>
        <w:tc>
          <w:tcPr>
            <w:tcW w:w="1607" w:type="dxa"/>
          </w:tcPr>
          <w:p w14:paraId="3E03F193" w14:textId="77777777" w:rsidR="00EF6539" w:rsidRDefault="00000000">
            <w:pPr>
              <w:rPr>
                <w:rFonts w:hint="eastAsia"/>
              </w:rPr>
            </w:pPr>
            <w:r>
              <w:rPr>
                <w:rFonts w:eastAsia="Sans Serif"/>
              </w:rPr>
              <w:t>L: Vienpusė kampinė</w:t>
            </w:r>
            <w:r>
              <w:rPr>
                <w:rFonts w:eastAsia="Sans Serif"/>
              </w:rPr>
              <w:br/>
              <w:t>E: Fillet welded from one side</w:t>
            </w:r>
            <w:r>
              <w:rPr>
                <w:rFonts w:eastAsia="Sans Serif"/>
              </w:rPr>
              <w:br/>
              <w:t>F: Soudure d'angle exécutée d'un seul côté</w:t>
            </w:r>
            <w:r>
              <w:rPr>
                <w:rFonts w:eastAsia="Sans Serif"/>
              </w:rPr>
              <w:br/>
              <w:t>D: Kehlnaht, von einer Seite geschweißt</w:t>
            </w:r>
          </w:p>
        </w:tc>
        <w:tc>
          <w:tcPr>
            <w:tcW w:w="1607" w:type="dxa"/>
          </w:tcPr>
          <w:p w14:paraId="3857725D" w14:textId="77777777" w:rsidR="00EF6539" w:rsidRDefault="00000000">
            <w:pPr>
              <w:rPr>
                <w:rFonts w:hint="eastAsia"/>
              </w:rPr>
            </w:pPr>
            <w:r>
              <w:rPr>
                <w:rFonts w:eastAsia="Sans Serif"/>
              </w:rPr>
              <w:t>L: I nuosklemba, be tarpelio</w:t>
            </w:r>
            <w:r>
              <w:rPr>
                <w:rFonts w:eastAsia="Sans Serif"/>
              </w:rPr>
              <w:br/>
              <w:t>E: Close square</w:t>
            </w:r>
            <w:r>
              <w:rPr>
                <w:rFonts w:eastAsia="Sans Serif"/>
              </w:rPr>
              <w:br/>
              <w:t>F: Bords droits</w:t>
            </w:r>
            <w:r>
              <w:rPr>
                <w:rFonts w:eastAsia="Sans Serif"/>
              </w:rPr>
              <w:br/>
              <w:t>D: Stirnfläche rechtwinklig</w:t>
            </w:r>
          </w:p>
        </w:tc>
      </w:tr>
    </w:tbl>
    <w:tbl>
      <w:tblPr>
        <w:tblStyle w:val="TableGrid"/>
        <w:tblpPr w:vertAnchor="page" w:horzAnchor="page" w:tblpX="11275" w:tblpY="1146"/>
        <w:tblW w:w="4776" w:type="dxa"/>
        <w:tblLayout w:type="fixed"/>
        <w:tblLook w:val="04A0" w:firstRow="1" w:lastRow="0" w:firstColumn="1" w:lastColumn="0" w:noHBand="0" w:noVBand="1"/>
      </w:tblPr>
      <w:tblGrid>
        <w:gridCol w:w="1592"/>
        <w:gridCol w:w="1592"/>
        <w:gridCol w:w="1592"/>
      </w:tblGrid>
      <w:tr w:rsidR="00EF6539" w14:paraId="755EEC41" w14:textId="77777777">
        <w:trPr>
          <w:trHeight w:val="306"/>
        </w:trPr>
        <w:tc>
          <w:tcPr>
            <w:tcW w:w="1592" w:type="dxa"/>
          </w:tcPr>
          <w:p w14:paraId="4640A18A" w14:textId="77777777" w:rsidR="00EF6539" w:rsidRDefault="00000000">
            <w:pPr>
              <w:rPr>
                <w:rFonts w:hint="eastAsia"/>
              </w:rPr>
            </w:pPr>
            <w:r>
              <w:rPr>
                <w:rFonts w:eastAsia="Sans Serif"/>
              </w:rPr>
              <w:t>L: Jungties tipas, E: Type of Joint, F: Type d'assemblage, D: lage Stoßart</w:t>
            </w:r>
          </w:p>
        </w:tc>
        <w:tc>
          <w:tcPr>
            <w:tcW w:w="1592" w:type="dxa"/>
          </w:tcPr>
          <w:p w14:paraId="38820DF7" w14:textId="77777777" w:rsidR="00EF6539" w:rsidRDefault="00000000">
            <w:pPr>
              <w:rPr>
                <w:rFonts w:hint="eastAsia"/>
              </w:rPr>
            </w:pPr>
            <w:r>
              <w:rPr>
                <w:rFonts w:eastAsia="Sans Serif"/>
              </w:rPr>
              <w:t>Siūlės tipas, Type of weld, Type de soudure, Nahtart</w:t>
            </w:r>
          </w:p>
        </w:tc>
        <w:tc>
          <w:tcPr>
            <w:tcW w:w="1592" w:type="dxa"/>
          </w:tcPr>
          <w:p w14:paraId="705E869B" w14:textId="77777777" w:rsidR="00EF6539" w:rsidRDefault="00000000">
            <w:pPr>
              <w:rPr>
                <w:rFonts w:hint="eastAsia"/>
              </w:rPr>
            </w:pPr>
            <w:r>
              <w:rPr>
                <w:rFonts w:eastAsia="Sans Serif"/>
              </w:rPr>
              <w:t>Paruošimas, Preparation, Préparation, Schweißnahtvorbereitung</w:t>
            </w:r>
          </w:p>
        </w:tc>
      </w:tr>
      <w:tr w:rsidR="00EF6539" w14:paraId="7939A130" w14:textId="77777777">
        <w:trPr>
          <w:trHeight w:val="306"/>
        </w:trPr>
        <w:tc>
          <w:tcPr>
            <w:tcW w:w="1592" w:type="dxa"/>
          </w:tcPr>
          <w:p w14:paraId="559A74DF" w14:textId="77777777" w:rsidR="00EF6539" w:rsidRDefault="00000000">
            <w:pPr>
              <w:rPr>
                <w:rFonts w:hint="eastAsia"/>
              </w:rPr>
            </w:pPr>
            <w:r>
              <w:rPr>
                <w:rFonts w:eastAsia="Sans Serif"/>
              </w:rPr>
              <w:t>Tėjinė</w:t>
            </w:r>
          </w:p>
        </w:tc>
        <w:tc>
          <w:tcPr>
            <w:tcW w:w="1592" w:type="dxa"/>
          </w:tcPr>
          <w:p w14:paraId="21826136" w14:textId="77777777" w:rsidR="00EF6539" w:rsidRDefault="00000000">
            <w:pPr>
              <w:rPr>
                <w:rFonts w:hint="eastAsia"/>
              </w:rPr>
            </w:pPr>
            <w:r>
              <w:rPr>
                <w:rFonts w:eastAsia="Sans Serif"/>
              </w:rPr>
              <w:t>Visiškai įvirinta abipuse kampinė</w:t>
            </w:r>
          </w:p>
        </w:tc>
        <w:tc>
          <w:tcPr>
            <w:tcW w:w="1592" w:type="dxa"/>
          </w:tcPr>
          <w:p w14:paraId="21D81210" w14:textId="77777777" w:rsidR="00EF6539" w:rsidRDefault="00000000">
            <w:pPr>
              <w:rPr>
                <w:rFonts w:hint="eastAsia"/>
              </w:rPr>
            </w:pPr>
            <w:r>
              <w:rPr>
                <w:rFonts w:eastAsia="Sans Serif"/>
              </w:rPr>
              <w:t>I nuosklemba, be tarpelio</w:t>
            </w:r>
          </w:p>
        </w:tc>
      </w:tr>
      <w:tr w:rsidR="00EF6539" w14:paraId="0DBDD5C9" w14:textId="77777777">
        <w:trPr>
          <w:trHeight w:val="306"/>
        </w:trPr>
        <w:tc>
          <w:tcPr>
            <w:tcW w:w="1592" w:type="dxa"/>
          </w:tcPr>
          <w:p w14:paraId="32E9A32D" w14:textId="77777777" w:rsidR="00EF6539" w:rsidRDefault="00000000">
            <w:pPr>
              <w:rPr>
                <w:rFonts w:hint="eastAsia"/>
              </w:rPr>
            </w:pPr>
            <w:r>
              <w:rPr>
                <w:rFonts w:eastAsia="Sans Serif"/>
              </w:rPr>
              <w:t>T</w:t>
            </w:r>
          </w:p>
        </w:tc>
        <w:tc>
          <w:tcPr>
            <w:tcW w:w="1592" w:type="dxa"/>
          </w:tcPr>
          <w:p w14:paraId="4825CF09" w14:textId="77777777" w:rsidR="00EF6539" w:rsidRDefault="00000000">
            <w:pPr>
              <w:rPr>
                <w:rFonts w:hint="eastAsia"/>
              </w:rPr>
            </w:pPr>
            <w:r>
              <w:rPr>
                <w:rFonts w:eastAsia="Sans Serif"/>
              </w:rPr>
              <w:t>Full penetration fillet welded from both sides</w:t>
            </w:r>
          </w:p>
        </w:tc>
        <w:tc>
          <w:tcPr>
            <w:tcW w:w="1592" w:type="dxa"/>
          </w:tcPr>
          <w:p w14:paraId="6D84765E" w14:textId="77777777" w:rsidR="00EF6539" w:rsidRDefault="00000000">
            <w:pPr>
              <w:rPr>
                <w:rFonts w:hint="eastAsia"/>
              </w:rPr>
            </w:pPr>
            <w:r>
              <w:rPr>
                <w:rFonts w:eastAsia="Sans Serif"/>
              </w:rPr>
              <w:t>Close square</w:t>
            </w:r>
          </w:p>
        </w:tc>
      </w:tr>
      <w:tr w:rsidR="00EF6539" w14:paraId="60EE13D3" w14:textId="77777777">
        <w:trPr>
          <w:trHeight w:val="306"/>
        </w:trPr>
        <w:tc>
          <w:tcPr>
            <w:tcW w:w="1592" w:type="dxa"/>
          </w:tcPr>
          <w:p w14:paraId="46BF2735" w14:textId="77777777" w:rsidR="00EF6539" w:rsidRDefault="00000000">
            <w:pPr>
              <w:rPr>
                <w:rFonts w:hint="eastAsia"/>
              </w:rPr>
            </w:pPr>
            <w:r>
              <w:rPr>
                <w:rFonts w:eastAsia="Sans Serif"/>
              </w:rPr>
              <w:t>En T</w:t>
            </w:r>
          </w:p>
        </w:tc>
        <w:tc>
          <w:tcPr>
            <w:tcW w:w="1592" w:type="dxa"/>
          </w:tcPr>
          <w:p w14:paraId="2E4FF605" w14:textId="77777777" w:rsidR="00EF6539" w:rsidRDefault="00000000">
            <w:pPr>
              <w:rPr>
                <w:rFonts w:hint="eastAsia"/>
              </w:rPr>
            </w:pPr>
            <w:r>
              <w:rPr>
                <w:rFonts w:eastAsia="Sans Serif"/>
              </w:rPr>
              <w:t>Double soudure d'angle à plein pénétration</w:t>
            </w:r>
          </w:p>
        </w:tc>
        <w:tc>
          <w:tcPr>
            <w:tcW w:w="1592" w:type="dxa"/>
          </w:tcPr>
          <w:p w14:paraId="4C9DE885" w14:textId="77777777" w:rsidR="00EF6539" w:rsidRDefault="00000000">
            <w:pPr>
              <w:rPr>
                <w:rFonts w:hint="eastAsia"/>
              </w:rPr>
            </w:pPr>
            <w:r>
              <w:rPr>
                <w:rFonts w:eastAsia="Sans Serif"/>
              </w:rPr>
              <w:t>Bords droits</w:t>
            </w:r>
          </w:p>
        </w:tc>
      </w:tr>
      <w:tr w:rsidR="00EF6539" w14:paraId="28F8D070" w14:textId="77777777">
        <w:trPr>
          <w:trHeight w:val="306"/>
        </w:trPr>
        <w:tc>
          <w:tcPr>
            <w:tcW w:w="1592" w:type="dxa"/>
          </w:tcPr>
          <w:p w14:paraId="287B79DE" w14:textId="77777777" w:rsidR="00EF6539" w:rsidRDefault="00000000">
            <w:pPr>
              <w:rPr>
                <w:rFonts w:hint="eastAsia"/>
              </w:rPr>
            </w:pPr>
            <w:r>
              <w:rPr>
                <w:rFonts w:eastAsia="Sans Serif"/>
              </w:rPr>
              <w:t>T-Stoß</w:t>
            </w:r>
          </w:p>
        </w:tc>
        <w:tc>
          <w:tcPr>
            <w:tcW w:w="1592" w:type="dxa"/>
          </w:tcPr>
          <w:p w14:paraId="23FF08ED" w14:textId="77777777" w:rsidR="00EF6539" w:rsidRDefault="00000000">
            <w:pPr>
              <w:rPr>
                <w:rFonts w:hint="eastAsia"/>
              </w:rPr>
            </w:pPr>
            <w:r>
              <w:rPr>
                <w:rFonts w:eastAsia="Sans Serif"/>
              </w:rPr>
              <w:t>Doppelkehlnaht mit tiefem Einbrand; durchgeschweißt</w:t>
            </w:r>
          </w:p>
        </w:tc>
        <w:tc>
          <w:tcPr>
            <w:tcW w:w="1592" w:type="dxa"/>
          </w:tcPr>
          <w:p w14:paraId="0A062652" w14:textId="77777777" w:rsidR="00EF6539" w:rsidRDefault="00000000">
            <w:pPr>
              <w:rPr>
                <w:rFonts w:hint="eastAsia"/>
              </w:rPr>
            </w:pPr>
            <w:r>
              <w:rPr>
                <w:rFonts w:eastAsia="Sans Serif"/>
              </w:rPr>
              <w:t>Stirnfläche rechtwinklig</w:t>
            </w:r>
          </w:p>
        </w:tc>
      </w:tr>
      <w:tr w:rsidR="00EF6539" w14:paraId="6114A9AC" w14:textId="77777777">
        <w:trPr>
          <w:trHeight w:val="306"/>
        </w:trPr>
        <w:tc>
          <w:tcPr>
            <w:tcW w:w="1592" w:type="dxa"/>
          </w:tcPr>
          <w:p w14:paraId="6C611873" w14:textId="77777777" w:rsidR="00EF6539" w:rsidRDefault="00000000">
            <w:pPr>
              <w:rPr>
                <w:rFonts w:hint="eastAsia"/>
              </w:rPr>
            </w:pPr>
            <w:r>
              <w:rPr>
                <w:rFonts w:eastAsia="Sans Serif"/>
              </w:rPr>
              <w:t>Tėjinė</w:t>
            </w:r>
          </w:p>
        </w:tc>
        <w:tc>
          <w:tcPr>
            <w:tcW w:w="1592" w:type="dxa"/>
          </w:tcPr>
          <w:p w14:paraId="63F3E3B8" w14:textId="77777777" w:rsidR="00EF6539" w:rsidRDefault="00000000">
            <w:pPr>
              <w:rPr>
                <w:rFonts w:hint="eastAsia"/>
              </w:rPr>
            </w:pPr>
            <w:r>
              <w:rPr>
                <w:rFonts w:eastAsia="Sans Serif"/>
              </w:rPr>
              <w:t>Abipusė kampinė</w:t>
            </w:r>
          </w:p>
        </w:tc>
        <w:tc>
          <w:tcPr>
            <w:tcW w:w="1592" w:type="dxa"/>
          </w:tcPr>
          <w:p w14:paraId="1E73F1EC" w14:textId="77777777" w:rsidR="00EF6539" w:rsidRDefault="00000000">
            <w:pPr>
              <w:rPr>
                <w:rFonts w:hint="eastAsia"/>
              </w:rPr>
            </w:pPr>
            <w:r>
              <w:rPr>
                <w:rFonts w:eastAsia="Sans Serif"/>
              </w:rPr>
              <w:t>I nuosklemba, be tarpelio</w:t>
            </w:r>
          </w:p>
        </w:tc>
      </w:tr>
      <w:tr w:rsidR="00EF6539" w14:paraId="15B1EA3E" w14:textId="77777777">
        <w:trPr>
          <w:trHeight w:val="306"/>
        </w:trPr>
        <w:tc>
          <w:tcPr>
            <w:tcW w:w="1592" w:type="dxa"/>
          </w:tcPr>
          <w:p w14:paraId="70BE1B80" w14:textId="77777777" w:rsidR="00EF6539" w:rsidRDefault="00000000">
            <w:pPr>
              <w:rPr>
                <w:rFonts w:hint="eastAsia"/>
              </w:rPr>
            </w:pPr>
            <w:r>
              <w:rPr>
                <w:rFonts w:eastAsia="Sans Serif"/>
              </w:rPr>
              <w:t>T</w:t>
            </w:r>
          </w:p>
        </w:tc>
        <w:tc>
          <w:tcPr>
            <w:tcW w:w="1592" w:type="dxa"/>
          </w:tcPr>
          <w:p w14:paraId="4831EC8B" w14:textId="77777777" w:rsidR="00EF6539" w:rsidRDefault="00000000">
            <w:pPr>
              <w:rPr>
                <w:rFonts w:hint="eastAsia"/>
              </w:rPr>
            </w:pPr>
            <w:r>
              <w:rPr>
                <w:rFonts w:eastAsia="Sans Serif"/>
              </w:rPr>
              <w:t>Fillet welded from both sides</w:t>
            </w:r>
          </w:p>
        </w:tc>
        <w:tc>
          <w:tcPr>
            <w:tcW w:w="1592" w:type="dxa"/>
          </w:tcPr>
          <w:p w14:paraId="3E4C71AE" w14:textId="77777777" w:rsidR="00EF6539" w:rsidRDefault="00000000">
            <w:pPr>
              <w:rPr>
                <w:rFonts w:hint="eastAsia"/>
              </w:rPr>
            </w:pPr>
            <w:r>
              <w:rPr>
                <w:rFonts w:eastAsia="Sans Serif"/>
              </w:rPr>
              <w:t>Close square</w:t>
            </w:r>
          </w:p>
        </w:tc>
      </w:tr>
      <w:tr w:rsidR="00EF6539" w14:paraId="7BCB2B73" w14:textId="77777777">
        <w:trPr>
          <w:trHeight w:val="306"/>
        </w:trPr>
        <w:tc>
          <w:tcPr>
            <w:tcW w:w="1592" w:type="dxa"/>
          </w:tcPr>
          <w:p w14:paraId="657411AE" w14:textId="77777777" w:rsidR="00EF6539" w:rsidRDefault="00000000">
            <w:pPr>
              <w:rPr>
                <w:rFonts w:hint="eastAsia"/>
              </w:rPr>
            </w:pPr>
            <w:r>
              <w:rPr>
                <w:rFonts w:eastAsia="Sans Serif"/>
              </w:rPr>
              <w:t>En T</w:t>
            </w:r>
          </w:p>
        </w:tc>
        <w:tc>
          <w:tcPr>
            <w:tcW w:w="1592" w:type="dxa"/>
          </w:tcPr>
          <w:p w14:paraId="30D73327" w14:textId="77777777" w:rsidR="00EF6539" w:rsidRDefault="00000000">
            <w:pPr>
              <w:rPr>
                <w:rFonts w:hint="eastAsia"/>
              </w:rPr>
            </w:pPr>
            <w:r>
              <w:rPr>
                <w:rFonts w:eastAsia="Sans Serif"/>
              </w:rPr>
              <w:t>Double soudure d'angle à pénétration partielle</w:t>
            </w:r>
          </w:p>
        </w:tc>
        <w:tc>
          <w:tcPr>
            <w:tcW w:w="1592" w:type="dxa"/>
          </w:tcPr>
          <w:p w14:paraId="4AD22B12" w14:textId="77777777" w:rsidR="00EF6539" w:rsidRDefault="00000000">
            <w:pPr>
              <w:rPr>
                <w:rFonts w:hint="eastAsia"/>
              </w:rPr>
            </w:pPr>
            <w:r>
              <w:rPr>
                <w:rFonts w:eastAsia="Sans Serif"/>
              </w:rPr>
              <w:t>Bords droits</w:t>
            </w:r>
          </w:p>
        </w:tc>
      </w:tr>
      <w:tr w:rsidR="00EF6539" w14:paraId="192E0127" w14:textId="77777777">
        <w:trPr>
          <w:trHeight w:val="306"/>
        </w:trPr>
        <w:tc>
          <w:tcPr>
            <w:tcW w:w="1592" w:type="dxa"/>
          </w:tcPr>
          <w:p w14:paraId="3C4ED9C8" w14:textId="77777777" w:rsidR="00EF6539" w:rsidRDefault="00000000">
            <w:pPr>
              <w:rPr>
                <w:rFonts w:hint="eastAsia"/>
              </w:rPr>
            </w:pPr>
            <w:r>
              <w:rPr>
                <w:rFonts w:eastAsia="Sans Serif"/>
              </w:rPr>
              <w:t>T-Stoß</w:t>
            </w:r>
          </w:p>
        </w:tc>
        <w:tc>
          <w:tcPr>
            <w:tcW w:w="1592" w:type="dxa"/>
          </w:tcPr>
          <w:p w14:paraId="3805A300" w14:textId="77777777" w:rsidR="00EF6539" w:rsidRDefault="00000000">
            <w:pPr>
              <w:rPr>
                <w:rFonts w:hint="eastAsia"/>
              </w:rPr>
            </w:pPr>
            <w:r>
              <w:rPr>
                <w:rFonts w:eastAsia="Sans Serif"/>
              </w:rPr>
              <w:t>Doppelkehlnaht,nicht durchgeschweißt</w:t>
            </w:r>
          </w:p>
        </w:tc>
        <w:tc>
          <w:tcPr>
            <w:tcW w:w="1592" w:type="dxa"/>
          </w:tcPr>
          <w:p w14:paraId="4B4B0C91" w14:textId="77777777" w:rsidR="00EF6539" w:rsidRDefault="00000000">
            <w:pPr>
              <w:rPr>
                <w:rFonts w:hint="eastAsia"/>
              </w:rPr>
            </w:pPr>
            <w:r>
              <w:rPr>
                <w:rFonts w:eastAsia="Sans Serif"/>
              </w:rPr>
              <w:t>Stirnfläche rechtwinklig</w:t>
            </w:r>
          </w:p>
        </w:tc>
      </w:tr>
      <w:tr w:rsidR="00EF6539" w14:paraId="1C958A62" w14:textId="77777777">
        <w:trPr>
          <w:trHeight w:val="306"/>
        </w:trPr>
        <w:tc>
          <w:tcPr>
            <w:tcW w:w="1592" w:type="dxa"/>
          </w:tcPr>
          <w:p w14:paraId="14EEECEB" w14:textId="77777777" w:rsidR="00EF6539" w:rsidRDefault="00000000">
            <w:pPr>
              <w:rPr>
                <w:rFonts w:hint="eastAsia"/>
              </w:rPr>
            </w:pPr>
            <w:r>
              <w:rPr>
                <w:rFonts w:eastAsia="Sans Serif"/>
              </w:rPr>
              <w:t>Tėjinė</w:t>
            </w:r>
          </w:p>
        </w:tc>
        <w:tc>
          <w:tcPr>
            <w:tcW w:w="1592" w:type="dxa"/>
          </w:tcPr>
          <w:p w14:paraId="2D03AC3E" w14:textId="77777777" w:rsidR="00EF6539" w:rsidRDefault="00000000">
            <w:pPr>
              <w:rPr>
                <w:rFonts w:hint="eastAsia"/>
              </w:rPr>
            </w:pPr>
            <w:r>
              <w:rPr>
                <w:rFonts w:eastAsia="Sans Serif"/>
              </w:rPr>
              <w:t>Visiškai įvirinta abipuse</w:t>
            </w:r>
          </w:p>
        </w:tc>
        <w:tc>
          <w:tcPr>
            <w:tcW w:w="1592" w:type="dxa"/>
          </w:tcPr>
          <w:p w14:paraId="00F39B32" w14:textId="77777777" w:rsidR="00EF6539" w:rsidRDefault="00000000">
            <w:pPr>
              <w:rPr>
                <w:rFonts w:hint="eastAsia"/>
              </w:rPr>
            </w:pPr>
            <w:r>
              <w:rPr>
                <w:rFonts w:eastAsia="Sans Serif"/>
              </w:rPr>
              <w:t>K nuosklemba, tarpelis</w:t>
            </w:r>
          </w:p>
        </w:tc>
      </w:tr>
      <w:tr w:rsidR="00EF6539" w14:paraId="608A2CCF" w14:textId="77777777">
        <w:trPr>
          <w:trHeight w:val="306"/>
        </w:trPr>
        <w:tc>
          <w:tcPr>
            <w:tcW w:w="1592" w:type="dxa"/>
          </w:tcPr>
          <w:p w14:paraId="2FEA9471" w14:textId="77777777" w:rsidR="00EF6539" w:rsidRDefault="00000000">
            <w:pPr>
              <w:rPr>
                <w:rFonts w:hint="eastAsia"/>
              </w:rPr>
            </w:pPr>
            <w:r>
              <w:rPr>
                <w:rFonts w:eastAsia="Sans Serif"/>
              </w:rPr>
              <w:t>T</w:t>
            </w:r>
          </w:p>
        </w:tc>
        <w:tc>
          <w:tcPr>
            <w:tcW w:w="1592" w:type="dxa"/>
          </w:tcPr>
          <w:p w14:paraId="554D72ED" w14:textId="77777777" w:rsidR="00EF6539" w:rsidRDefault="00000000">
            <w:pPr>
              <w:rPr>
                <w:rFonts w:hint="eastAsia"/>
              </w:rPr>
            </w:pPr>
            <w:r>
              <w:rPr>
                <w:rFonts w:eastAsia="Sans Serif"/>
              </w:rPr>
              <w:t>Full penetration welded from both sides</w:t>
            </w:r>
          </w:p>
        </w:tc>
        <w:tc>
          <w:tcPr>
            <w:tcW w:w="1592" w:type="dxa"/>
          </w:tcPr>
          <w:p w14:paraId="173ED550" w14:textId="77777777" w:rsidR="00EF6539" w:rsidRDefault="00000000">
            <w:pPr>
              <w:rPr>
                <w:rFonts w:hint="eastAsia"/>
              </w:rPr>
            </w:pPr>
            <w:r>
              <w:rPr>
                <w:rFonts w:eastAsia="Sans Serif"/>
              </w:rPr>
              <w:t>Double bevel with root gap</w:t>
            </w:r>
          </w:p>
        </w:tc>
      </w:tr>
      <w:tr w:rsidR="00EF6539" w14:paraId="510D60AD" w14:textId="77777777">
        <w:trPr>
          <w:trHeight w:val="306"/>
        </w:trPr>
        <w:tc>
          <w:tcPr>
            <w:tcW w:w="1592" w:type="dxa"/>
          </w:tcPr>
          <w:p w14:paraId="2FE5FDBB" w14:textId="77777777" w:rsidR="00EF6539" w:rsidRDefault="00000000">
            <w:pPr>
              <w:rPr>
                <w:rFonts w:hint="eastAsia"/>
              </w:rPr>
            </w:pPr>
            <w:r>
              <w:rPr>
                <w:rFonts w:eastAsia="Sans Serif"/>
              </w:rPr>
              <w:t>En T</w:t>
            </w:r>
          </w:p>
        </w:tc>
        <w:tc>
          <w:tcPr>
            <w:tcW w:w="1592" w:type="dxa"/>
          </w:tcPr>
          <w:p w14:paraId="2543C46E" w14:textId="77777777" w:rsidR="00EF6539" w:rsidRDefault="00000000">
            <w:pPr>
              <w:rPr>
                <w:rFonts w:hint="eastAsia"/>
              </w:rPr>
            </w:pPr>
            <w:r>
              <w:rPr>
                <w:rFonts w:eastAsia="Sans Serif"/>
              </w:rPr>
              <w:t>A pleine pénétration exécutée des deux côtés</w:t>
            </w:r>
          </w:p>
        </w:tc>
        <w:tc>
          <w:tcPr>
            <w:tcW w:w="1592" w:type="dxa"/>
          </w:tcPr>
          <w:p w14:paraId="33D36D1A" w14:textId="77777777" w:rsidR="00EF6539" w:rsidRDefault="00000000">
            <w:pPr>
              <w:rPr>
                <w:rFonts w:hint="eastAsia"/>
              </w:rPr>
            </w:pPr>
            <w:r>
              <w:rPr>
                <w:rFonts w:eastAsia="Sans Serif"/>
              </w:rPr>
              <w:t>En K</w:t>
            </w:r>
          </w:p>
        </w:tc>
      </w:tr>
      <w:tr w:rsidR="00EF6539" w14:paraId="16BCFAA0" w14:textId="77777777">
        <w:trPr>
          <w:trHeight w:val="306"/>
        </w:trPr>
        <w:tc>
          <w:tcPr>
            <w:tcW w:w="1592" w:type="dxa"/>
          </w:tcPr>
          <w:p w14:paraId="0942ABB6" w14:textId="77777777" w:rsidR="00EF6539" w:rsidRDefault="00000000">
            <w:pPr>
              <w:rPr>
                <w:rFonts w:hint="eastAsia"/>
              </w:rPr>
            </w:pPr>
            <w:r>
              <w:rPr>
                <w:rFonts w:eastAsia="Sans Serif"/>
              </w:rPr>
              <w:t>T-Stoß</w:t>
            </w:r>
          </w:p>
        </w:tc>
        <w:tc>
          <w:tcPr>
            <w:tcW w:w="1592" w:type="dxa"/>
          </w:tcPr>
          <w:p w14:paraId="5DC216F1" w14:textId="77777777" w:rsidR="00EF6539" w:rsidRDefault="00000000">
            <w:pPr>
              <w:rPr>
                <w:rFonts w:hint="eastAsia"/>
              </w:rPr>
            </w:pPr>
            <w:r>
              <w:rPr>
                <w:rFonts w:eastAsia="Sans Serif"/>
              </w:rPr>
              <w:t>beidseitig geschweißt, durchgeschweißt</w:t>
            </w:r>
          </w:p>
        </w:tc>
        <w:tc>
          <w:tcPr>
            <w:tcW w:w="1592" w:type="dxa"/>
          </w:tcPr>
          <w:p w14:paraId="79F713BC" w14:textId="77777777" w:rsidR="00EF6539" w:rsidRDefault="00000000">
            <w:pPr>
              <w:rPr>
                <w:rFonts w:hint="eastAsia"/>
              </w:rPr>
            </w:pPr>
            <w:r>
              <w:rPr>
                <w:rFonts w:eastAsia="Sans Serif"/>
              </w:rPr>
              <w:t>Doppel-HV Fuge</w:t>
            </w:r>
          </w:p>
        </w:tc>
      </w:tr>
      <w:tr w:rsidR="00EF6539" w14:paraId="5E3EBBE4" w14:textId="77777777">
        <w:trPr>
          <w:trHeight w:val="306"/>
        </w:trPr>
        <w:tc>
          <w:tcPr>
            <w:tcW w:w="1592" w:type="dxa"/>
          </w:tcPr>
          <w:p w14:paraId="6AE7922E" w14:textId="77777777" w:rsidR="00EF6539" w:rsidRDefault="00000000">
            <w:pPr>
              <w:rPr>
                <w:rFonts w:hint="eastAsia"/>
              </w:rPr>
            </w:pPr>
            <w:r>
              <w:rPr>
                <w:rFonts w:eastAsia="Sans Serif"/>
              </w:rPr>
              <w:t>Tėjinė</w:t>
            </w:r>
          </w:p>
        </w:tc>
        <w:tc>
          <w:tcPr>
            <w:tcW w:w="1592" w:type="dxa"/>
          </w:tcPr>
          <w:p w14:paraId="50DFE88B" w14:textId="77777777" w:rsidR="00EF6539" w:rsidRDefault="00000000">
            <w:pPr>
              <w:rPr>
                <w:rFonts w:hint="eastAsia"/>
              </w:rPr>
            </w:pPr>
            <w:r>
              <w:rPr>
                <w:rFonts w:eastAsia="Sans Serif"/>
              </w:rPr>
              <w:t>Visiškai įvirinta abipuse, sandūrinės ir kampinės siūlės derinys</w:t>
            </w:r>
          </w:p>
        </w:tc>
        <w:tc>
          <w:tcPr>
            <w:tcW w:w="1592" w:type="dxa"/>
          </w:tcPr>
          <w:p w14:paraId="38E903AC" w14:textId="77777777" w:rsidR="00EF6539" w:rsidRDefault="00000000">
            <w:pPr>
              <w:rPr>
                <w:rFonts w:hint="eastAsia"/>
              </w:rPr>
            </w:pPr>
            <w:r>
              <w:rPr>
                <w:rFonts w:eastAsia="Sans Serif"/>
              </w:rPr>
              <w:t>K nuosklemba, tarpelis</w:t>
            </w:r>
          </w:p>
        </w:tc>
      </w:tr>
      <w:tr w:rsidR="00EF6539" w14:paraId="3D7DAFF8" w14:textId="77777777">
        <w:trPr>
          <w:trHeight w:val="306"/>
        </w:trPr>
        <w:tc>
          <w:tcPr>
            <w:tcW w:w="1592" w:type="dxa"/>
          </w:tcPr>
          <w:p w14:paraId="27BB14F0" w14:textId="77777777" w:rsidR="00EF6539" w:rsidRDefault="00000000">
            <w:pPr>
              <w:rPr>
                <w:rFonts w:hint="eastAsia"/>
              </w:rPr>
            </w:pPr>
            <w:r>
              <w:rPr>
                <w:rFonts w:eastAsia="Sans Serif"/>
              </w:rPr>
              <w:t>T</w:t>
            </w:r>
          </w:p>
        </w:tc>
        <w:tc>
          <w:tcPr>
            <w:tcW w:w="1592" w:type="dxa"/>
          </w:tcPr>
          <w:p w14:paraId="4F1EFF5F" w14:textId="77777777" w:rsidR="00EF6539" w:rsidRDefault="00000000">
            <w:pPr>
              <w:rPr>
                <w:rFonts w:hint="eastAsia"/>
              </w:rPr>
            </w:pPr>
            <w:r>
              <w:rPr>
                <w:rFonts w:eastAsia="Sans Serif"/>
              </w:rPr>
              <w:t>Full penetration welded from both sides Combined butt and fillets</w:t>
            </w:r>
          </w:p>
        </w:tc>
        <w:tc>
          <w:tcPr>
            <w:tcW w:w="1592" w:type="dxa"/>
          </w:tcPr>
          <w:p w14:paraId="7337C496" w14:textId="77777777" w:rsidR="00EF6539" w:rsidRDefault="00000000">
            <w:pPr>
              <w:rPr>
                <w:rFonts w:hint="eastAsia"/>
              </w:rPr>
            </w:pPr>
            <w:r>
              <w:rPr>
                <w:rFonts w:eastAsia="Sans Serif"/>
              </w:rPr>
              <w:t>Double bevel with root gap</w:t>
            </w:r>
          </w:p>
        </w:tc>
      </w:tr>
      <w:tr w:rsidR="00EF6539" w14:paraId="3527D94B" w14:textId="77777777">
        <w:trPr>
          <w:trHeight w:val="306"/>
        </w:trPr>
        <w:tc>
          <w:tcPr>
            <w:tcW w:w="1592" w:type="dxa"/>
          </w:tcPr>
          <w:p w14:paraId="19D49224" w14:textId="77777777" w:rsidR="00EF6539" w:rsidRDefault="00000000">
            <w:pPr>
              <w:rPr>
                <w:rFonts w:hint="eastAsia"/>
              </w:rPr>
            </w:pPr>
            <w:r>
              <w:rPr>
                <w:rFonts w:eastAsia="Sans Serif"/>
              </w:rPr>
              <w:t>En T</w:t>
            </w:r>
          </w:p>
        </w:tc>
        <w:tc>
          <w:tcPr>
            <w:tcW w:w="1592" w:type="dxa"/>
          </w:tcPr>
          <w:p w14:paraId="0AF728C7" w14:textId="77777777" w:rsidR="00EF6539" w:rsidRDefault="00000000">
            <w:pPr>
              <w:rPr>
                <w:rFonts w:hint="eastAsia"/>
              </w:rPr>
            </w:pPr>
            <w:r>
              <w:rPr>
                <w:rFonts w:eastAsia="Sans Serif"/>
              </w:rPr>
              <w:t>Double soudure d'angle à pleine pénétration, plus soudures d'angle</w:t>
            </w:r>
          </w:p>
        </w:tc>
        <w:tc>
          <w:tcPr>
            <w:tcW w:w="1592" w:type="dxa"/>
          </w:tcPr>
          <w:p w14:paraId="46E40886" w14:textId="77777777" w:rsidR="00EF6539" w:rsidRDefault="00000000">
            <w:pPr>
              <w:rPr>
                <w:rFonts w:hint="eastAsia"/>
              </w:rPr>
            </w:pPr>
            <w:r>
              <w:rPr>
                <w:rFonts w:eastAsia="Sans Serif"/>
              </w:rPr>
              <w:t>En K</w:t>
            </w:r>
          </w:p>
        </w:tc>
      </w:tr>
      <w:tr w:rsidR="00EF6539" w14:paraId="0D8914F0" w14:textId="77777777">
        <w:trPr>
          <w:trHeight w:val="306"/>
        </w:trPr>
        <w:tc>
          <w:tcPr>
            <w:tcW w:w="1592" w:type="dxa"/>
          </w:tcPr>
          <w:p w14:paraId="54C7D934" w14:textId="77777777" w:rsidR="00EF6539" w:rsidRDefault="00000000">
            <w:pPr>
              <w:rPr>
                <w:rFonts w:hint="eastAsia"/>
              </w:rPr>
            </w:pPr>
            <w:r>
              <w:rPr>
                <w:rFonts w:eastAsia="Sans Serif"/>
              </w:rPr>
              <w:t>T-Stoß</w:t>
            </w:r>
          </w:p>
        </w:tc>
        <w:tc>
          <w:tcPr>
            <w:tcW w:w="1592" w:type="dxa"/>
          </w:tcPr>
          <w:p w14:paraId="11E47A42" w14:textId="77777777" w:rsidR="00EF6539" w:rsidRDefault="00000000">
            <w:pPr>
              <w:rPr>
                <w:rFonts w:hint="eastAsia"/>
              </w:rPr>
            </w:pPr>
            <w:r>
              <w:rPr>
                <w:rFonts w:eastAsia="Sans Serif"/>
              </w:rPr>
              <w:t xml:space="preserve">beidseitig geschweißt, </w:t>
            </w:r>
            <w:r>
              <w:rPr>
                <w:rFonts w:eastAsia="Sans Serif"/>
              </w:rPr>
              <w:lastRenderedPageBreak/>
              <w:t>durchgeschweißt mit Kehlnähten</w:t>
            </w:r>
          </w:p>
        </w:tc>
        <w:tc>
          <w:tcPr>
            <w:tcW w:w="1592" w:type="dxa"/>
          </w:tcPr>
          <w:p w14:paraId="0532EBB4" w14:textId="77777777" w:rsidR="00EF6539" w:rsidRDefault="00000000">
            <w:pPr>
              <w:rPr>
                <w:rFonts w:hint="eastAsia"/>
              </w:rPr>
            </w:pPr>
            <w:r>
              <w:rPr>
                <w:rFonts w:eastAsia="Sans Serif"/>
              </w:rPr>
              <w:lastRenderedPageBreak/>
              <w:t>Doppel-HV-Fuge</w:t>
            </w:r>
          </w:p>
        </w:tc>
      </w:tr>
      <w:tr w:rsidR="00EF6539" w14:paraId="2DC31CAA" w14:textId="77777777">
        <w:trPr>
          <w:trHeight w:val="306"/>
        </w:trPr>
        <w:tc>
          <w:tcPr>
            <w:tcW w:w="1592" w:type="dxa"/>
          </w:tcPr>
          <w:p w14:paraId="5EF4E5AC" w14:textId="77777777" w:rsidR="00EF6539" w:rsidRDefault="00000000">
            <w:pPr>
              <w:rPr>
                <w:rFonts w:hint="eastAsia"/>
              </w:rPr>
            </w:pPr>
            <w:r>
              <w:rPr>
                <w:rFonts w:eastAsia="Sans Serif"/>
              </w:rPr>
              <w:t>Tėjinė</w:t>
            </w:r>
          </w:p>
        </w:tc>
        <w:tc>
          <w:tcPr>
            <w:tcW w:w="1592" w:type="dxa"/>
          </w:tcPr>
          <w:p w14:paraId="741BD0F2" w14:textId="77777777" w:rsidR="00EF6539" w:rsidRDefault="00000000">
            <w:pPr>
              <w:rPr>
                <w:rFonts w:hint="eastAsia"/>
              </w:rPr>
            </w:pPr>
            <w:r>
              <w:rPr>
                <w:rFonts w:eastAsia="Sans Serif"/>
              </w:rPr>
              <w:t>Dalinai įvirinta abipusė</w:t>
            </w:r>
          </w:p>
        </w:tc>
        <w:tc>
          <w:tcPr>
            <w:tcW w:w="1592" w:type="dxa"/>
          </w:tcPr>
          <w:p w14:paraId="6A2BCF78" w14:textId="77777777" w:rsidR="00EF6539" w:rsidRDefault="00000000">
            <w:pPr>
              <w:rPr>
                <w:rFonts w:hint="eastAsia"/>
              </w:rPr>
            </w:pPr>
            <w:r>
              <w:rPr>
                <w:rFonts w:eastAsia="Sans Serif"/>
              </w:rPr>
              <w:t>Dvipusė pusinė Y nuosklemba</w:t>
            </w:r>
          </w:p>
        </w:tc>
      </w:tr>
      <w:tr w:rsidR="00EF6539" w14:paraId="1FF5FFF3" w14:textId="77777777">
        <w:trPr>
          <w:trHeight w:val="306"/>
        </w:trPr>
        <w:tc>
          <w:tcPr>
            <w:tcW w:w="1592" w:type="dxa"/>
          </w:tcPr>
          <w:p w14:paraId="312F7914" w14:textId="77777777" w:rsidR="00EF6539" w:rsidRDefault="00000000">
            <w:pPr>
              <w:rPr>
                <w:rFonts w:hint="eastAsia"/>
              </w:rPr>
            </w:pPr>
            <w:r>
              <w:rPr>
                <w:rFonts w:eastAsia="Sans Serif"/>
              </w:rPr>
              <w:t>T</w:t>
            </w:r>
          </w:p>
        </w:tc>
        <w:tc>
          <w:tcPr>
            <w:tcW w:w="1592" w:type="dxa"/>
          </w:tcPr>
          <w:p w14:paraId="0544CD82" w14:textId="77777777" w:rsidR="00EF6539" w:rsidRDefault="00000000">
            <w:pPr>
              <w:rPr>
                <w:rFonts w:hint="eastAsia"/>
              </w:rPr>
            </w:pPr>
            <w:r>
              <w:rPr>
                <w:rFonts w:eastAsia="Sans Serif"/>
              </w:rPr>
              <w:t>Partial penetration welded from both sides</w:t>
            </w:r>
          </w:p>
        </w:tc>
        <w:tc>
          <w:tcPr>
            <w:tcW w:w="1592" w:type="dxa"/>
          </w:tcPr>
          <w:p w14:paraId="3B8CB484" w14:textId="77777777" w:rsidR="00EF6539" w:rsidRDefault="00000000">
            <w:pPr>
              <w:rPr>
                <w:rFonts w:hint="eastAsia"/>
              </w:rPr>
            </w:pPr>
            <w:r>
              <w:rPr>
                <w:rFonts w:eastAsia="Sans Serif"/>
              </w:rPr>
              <w:t>Double bevel</w:t>
            </w:r>
          </w:p>
        </w:tc>
      </w:tr>
      <w:tr w:rsidR="00EF6539" w14:paraId="566217A5" w14:textId="77777777">
        <w:trPr>
          <w:trHeight w:val="306"/>
        </w:trPr>
        <w:tc>
          <w:tcPr>
            <w:tcW w:w="1592" w:type="dxa"/>
          </w:tcPr>
          <w:p w14:paraId="3B68D882" w14:textId="77777777" w:rsidR="00EF6539" w:rsidRDefault="00000000">
            <w:pPr>
              <w:rPr>
                <w:rFonts w:hint="eastAsia"/>
              </w:rPr>
            </w:pPr>
            <w:r>
              <w:rPr>
                <w:rFonts w:eastAsia="Sans Serif"/>
              </w:rPr>
              <w:t>En T</w:t>
            </w:r>
          </w:p>
        </w:tc>
        <w:tc>
          <w:tcPr>
            <w:tcW w:w="1592" w:type="dxa"/>
          </w:tcPr>
          <w:p w14:paraId="4046B4CA" w14:textId="77777777" w:rsidR="00EF6539" w:rsidRDefault="00000000">
            <w:pPr>
              <w:rPr>
                <w:rFonts w:hint="eastAsia"/>
              </w:rPr>
            </w:pPr>
            <w:r>
              <w:rPr>
                <w:rFonts w:eastAsia="Sans Serif"/>
              </w:rPr>
              <w:t>Double soudure d'angle à pénétration partielle</w:t>
            </w:r>
          </w:p>
        </w:tc>
        <w:tc>
          <w:tcPr>
            <w:tcW w:w="1592" w:type="dxa"/>
          </w:tcPr>
          <w:p w14:paraId="739280BF" w14:textId="77777777" w:rsidR="00EF6539" w:rsidRDefault="00000000">
            <w:pPr>
              <w:rPr>
                <w:rFonts w:hint="eastAsia"/>
              </w:rPr>
            </w:pPr>
            <w:r>
              <w:rPr>
                <w:rFonts w:eastAsia="Sans Serif"/>
              </w:rPr>
              <w:t>En demi-Y double</w:t>
            </w:r>
          </w:p>
        </w:tc>
      </w:tr>
      <w:tr w:rsidR="00EF6539" w14:paraId="4C38FD24" w14:textId="77777777">
        <w:trPr>
          <w:trHeight w:val="306"/>
        </w:trPr>
        <w:tc>
          <w:tcPr>
            <w:tcW w:w="1592" w:type="dxa"/>
          </w:tcPr>
          <w:p w14:paraId="0C320350" w14:textId="77777777" w:rsidR="00EF6539" w:rsidRDefault="00000000">
            <w:pPr>
              <w:rPr>
                <w:rFonts w:hint="eastAsia"/>
              </w:rPr>
            </w:pPr>
            <w:r>
              <w:rPr>
                <w:rFonts w:eastAsia="Sans Serif"/>
              </w:rPr>
              <w:t>T-Stoß</w:t>
            </w:r>
          </w:p>
        </w:tc>
        <w:tc>
          <w:tcPr>
            <w:tcW w:w="1592" w:type="dxa"/>
          </w:tcPr>
          <w:p w14:paraId="75B5DCE4" w14:textId="77777777" w:rsidR="00EF6539" w:rsidRDefault="00000000">
            <w:pPr>
              <w:rPr>
                <w:rFonts w:hint="eastAsia"/>
              </w:rPr>
            </w:pPr>
            <w:r>
              <w:rPr>
                <w:rFonts w:eastAsia="Sans Serif"/>
              </w:rPr>
              <w:t>beidseitig geschweißt; nicht durchgeschweißt</w:t>
            </w:r>
          </w:p>
        </w:tc>
        <w:tc>
          <w:tcPr>
            <w:tcW w:w="1592" w:type="dxa"/>
          </w:tcPr>
          <w:p w14:paraId="5CE805F2" w14:textId="77777777" w:rsidR="00EF6539" w:rsidRDefault="00000000">
            <w:pPr>
              <w:rPr>
                <w:rFonts w:hint="eastAsia"/>
              </w:rPr>
            </w:pPr>
            <w:r>
              <w:rPr>
                <w:rFonts w:eastAsia="Sans Serif"/>
              </w:rPr>
              <w:t>Doppel-HV-Fugo mit Steg</w:t>
            </w:r>
          </w:p>
        </w:tc>
      </w:tr>
      <w:tr w:rsidR="00EF6539" w14:paraId="0C20681D" w14:textId="77777777">
        <w:trPr>
          <w:trHeight w:val="306"/>
        </w:trPr>
        <w:tc>
          <w:tcPr>
            <w:tcW w:w="1592" w:type="dxa"/>
          </w:tcPr>
          <w:p w14:paraId="41541AF4" w14:textId="77777777" w:rsidR="00EF6539" w:rsidRDefault="00000000">
            <w:pPr>
              <w:rPr>
                <w:rFonts w:hint="eastAsia"/>
              </w:rPr>
            </w:pPr>
            <w:r>
              <w:rPr>
                <w:rFonts w:eastAsia="Sans Serif"/>
              </w:rPr>
              <w:t>Tėjinė, mažai pasvirtusi</w:t>
            </w:r>
          </w:p>
        </w:tc>
        <w:tc>
          <w:tcPr>
            <w:tcW w:w="1592" w:type="dxa"/>
          </w:tcPr>
          <w:p w14:paraId="529AEA6A" w14:textId="77777777" w:rsidR="00EF6539" w:rsidRDefault="00000000">
            <w:pPr>
              <w:rPr>
                <w:rFonts w:hint="eastAsia"/>
              </w:rPr>
            </w:pPr>
            <w:r>
              <w:rPr>
                <w:rFonts w:eastAsia="Sans Serif"/>
              </w:rPr>
              <w:t>Visiškai įvirinta</w:t>
            </w:r>
          </w:p>
        </w:tc>
        <w:tc>
          <w:tcPr>
            <w:tcW w:w="1592" w:type="dxa"/>
          </w:tcPr>
          <w:p w14:paraId="1C1FD44E" w14:textId="77777777" w:rsidR="00EF6539" w:rsidRDefault="00000000">
            <w:pPr>
              <w:rPr>
                <w:rFonts w:hint="eastAsia"/>
              </w:rPr>
            </w:pPr>
            <w:r>
              <w:rPr>
                <w:rFonts w:eastAsia="Sans Serif"/>
              </w:rPr>
              <w:t>Pusinė V nuosklemba, tarpelis</w:t>
            </w:r>
          </w:p>
        </w:tc>
      </w:tr>
      <w:tr w:rsidR="00EF6539" w14:paraId="0D111CFD" w14:textId="77777777">
        <w:trPr>
          <w:trHeight w:val="306"/>
        </w:trPr>
        <w:tc>
          <w:tcPr>
            <w:tcW w:w="1592" w:type="dxa"/>
          </w:tcPr>
          <w:p w14:paraId="5246E7B7" w14:textId="77777777" w:rsidR="00EF6539" w:rsidRDefault="00000000">
            <w:pPr>
              <w:rPr>
                <w:rFonts w:hint="eastAsia"/>
              </w:rPr>
            </w:pPr>
            <w:r>
              <w:rPr>
                <w:rFonts w:eastAsia="Sans Serif"/>
              </w:rPr>
              <w:t>Angle</w:t>
            </w:r>
          </w:p>
        </w:tc>
        <w:tc>
          <w:tcPr>
            <w:tcW w:w="1592" w:type="dxa"/>
          </w:tcPr>
          <w:p w14:paraId="053446C1" w14:textId="77777777" w:rsidR="00EF6539" w:rsidRDefault="00000000">
            <w:pPr>
              <w:rPr>
                <w:rFonts w:hint="eastAsia"/>
              </w:rPr>
            </w:pPr>
            <w:r>
              <w:rPr>
                <w:rFonts w:eastAsia="Sans Serif"/>
              </w:rPr>
              <w:t>Full penetration</w:t>
            </w:r>
          </w:p>
        </w:tc>
        <w:tc>
          <w:tcPr>
            <w:tcW w:w="1592" w:type="dxa"/>
          </w:tcPr>
          <w:p w14:paraId="418B0379" w14:textId="77777777" w:rsidR="00EF6539" w:rsidRDefault="00000000">
            <w:pPr>
              <w:rPr>
                <w:rFonts w:hint="eastAsia"/>
              </w:rPr>
            </w:pPr>
            <w:r>
              <w:rPr>
                <w:rFonts w:eastAsia="Sans Serif"/>
              </w:rPr>
              <w:t>Single-bevel with root gap</w:t>
            </w:r>
          </w:p>
        </w:tc>
      </w:tr>
      <w:tr w:rsidR="00EF6539" w14:paraId="0EC7256E" w14:textId="77777777">
        <w:trPr>
          <w:trHeight w:val="306"/>
        </w:trPr>
        <w:tc>
          <w:tcPr>
            <w:tcW w:w="1592" w:type="dxa"/>
          </w:tcPr>
          <w:p w14:paraId="6491DC31" w14:textId="77777777" w:rsidR="00EF6539" w:rsidRDefault="00000000">
            <w:pPr>
              <w:rPr>
                <w:rFonts w:hint="eastAsia"/>
              </w:rPr>
            </w:pPr>
            <w:r>
              <w:rPr>
                <w:rFonts w:eastAsia="Sans Serif"/>
              </w:rPr>
              <w:t>En angle à faible inclinaison</w:t>
            </w:r>
          </w:p>
        </w:tc>
        <w:tc>
          <w:tcPr>
            <w:tcW w:w="1592" w:type="dxa"/>
          </w:tcPr>
          <w:p w14:paraId="4AB92C2D" w14:textId="77777777" w:rsidR="00EF6539" w:rsidRDefault="00000000">
            <w:pPr>
              <w:rPr>
                <w:rFonts w:hint="eastAsia"/>
              </w:rPr>
            </w:pPr>
            <w:r>
              <w:rPr>
                <w:rFonts w:eastAsia="Sans Serif"/>
              </w:rPr>
              <w:t>A pleine pénétration dans l'angle ouvert</w:t>
            </w:r>
          </w:p>
        </w:tc>
        <w:tc>
          <w:tcPr>
            <w:tcW w:w="1592" w:type="dxa"/>
          </w:tcPr>
          <w:p w14:paraId="3CE09529" w14:textId="77777777" w:rsidR="00EF6539" w:rsidRDefault="00000000">
            <w:pPr>
              <w:rPr>
                <w:rFonts w:hint="eastAsia"/>
              </w:rPr>
            </w:pPr>
            <w:r>
              <w:rPr>
                <w:rFonts w:eastAsia="Sans Serif"/>
              </w:rPr>
              <w:t>En demi-V</w:t>
            </w:r>
          </w:p>
        </w:tc>
      </w:tr>
      <w:tr w:rsidR="00EF6539" w14:paraId="3BE9CB3A" w14:textId="77777777">
        <w:trPr>
          <w:trHeight w:val="306"/>
        </w:trPr>
        <w:tc>
          <w:tcPr>
            <w:tcW w:w="1592" w:type="dxa"/>
          </w:tcPr>
          <w:p w14:paraId="08F3B725" w14:textId="77777777" w:rsidR="00EF6539" w:rsidRDefault="00000000">
            <w:pPr>
              <w:rPr>
                <w:rFonts w:hint="eastAsia"/>
              </w:rPr>
            </w:pPr>
            <w:r>
              <w:rPr>
                <w:rFonts w:eastAsia="Sans Serif"/>
              </w:rPr>
              <w:t>Schrägstoß</w:t>
            </w:r>
          </w:p>
        </w:tc>
        <w:tc>
          <w:tcPr>
            <w:tcW w:w="1592" w:type="dxa"/>
          </w:tcPr>
          <w:p w14:paraId="08C5B32D" w14:textId="77777777" w:rsidR="00EF6539" w:rsidRDefault="00000000">
            <w:pPr>
              <w:rPr>
                <w:rFonts w:hint="eastAsia"/>
              </w:rPr>
            </w:pPr>
            <w:r>
              <w:rPr>
                <w:rFonts w:eastAsia="Sans Serif"/>
              </w:rPr>
              <w:t>durchgeschweißt</w:t>
            </w:r>
          </w:p>
        </w:tc>
        <w:tc>
          <w:tcPr>
            <w:tcW w:w="1592" w:type="dxa"/>
          </w:tcPr>
          <w:p w14:paraId="237789AF" w14:textId="77777777" w:rsidR="00EF6539" w:rsidRDefault="00000000">
            <w:pPr>
              <w:rPr>
                <w:rFonts w:hint="eastAsia"/>
              </w:rPr>
            </w:pPr>
            <w:r>
              <w:rPr>
                <w:rFonts w:eastAsia="Sans Serif"/>
              </w:rPr>
              <w:t>HV-Fuge</w:t>
            </w:r>
          </w:p>
        </w:tc>
      </w:tr>
      <w:tr w:rsidR="00EF6539" w14:paraId="43FC924B" w14:textId="77777777">
        <w:trPr>
          <w:trHeight w:val="306"/>
        </w:trPr>
        <w:tc>
          <w:tcPr>
            <w:tcW w:w="1592" w:type="dxa"/>
          </w:tcPr>
          <w:p w14:paraId="132642F2" w14:textId="77777777" w:rsidR="00EF6539" w:rsidRDefault="00000000">
            <w:pPr>
              <w:rPr>
                <w:rFonts w:hint="eastAsia"/>
              </w:rPr>
            </w:pPr>
            <w:r>
              <w:rPr>
                <w:rFonts w:eastAsia="Sans Serif"/>
              </w:rPr>
              <w:t>Tėjinė, labai pasvirtusi</w:t>
            </w:r>
          </w:p>
        </w:tc>
        <w:tc>
          <w:tcPr>
            <w:tcW w:w="1592" w:type="dxa"/>
          </w:tcPr>
          <w:p w14:paraId="3DE2ED58" w14:textId="77777777" w:rsidR="00EF6539" w:rsidRDefault="00000000">
            <w:pPr>
              <w:rPr>
                <w:rFonts w:hint="eastAsia"/>
              </w:rPr>
            </w:pPr>
            <w:r>
              <w:rPr>
                <w:rFonts w:eastAsia="Sans Serif"/>
              </w:rPr>
              <w:t>Kampinė</w:t>
            </w:r>
          </w:p>
        </w:tc>
        <w:tc>
          <w:tcPr>
            <w:tcW w:w="1592" w:type="dxa"/>
          </w:tcPr>
          <w:p w14:paraId="45B821FC" w14:textId="77777777" w:rsidR="00EF6539" w:rsidRDefault="00000000">
            <w:pPr>
              <w:rPr>
                <w:rFonts w:hint="eastAsia"/>
              </w:rPr>
            </w:pPr>
            <w:r>
              <w:rPr>
                <w:rFonts w:eastAsia="Sans Serif"/>
              </w:rPr>
              <w:t>I nuosklemba be tarpelio</w:t>
            </w:r>
          </w:p>
        </w:tc>
      </w:tr>
      <w:tr w:rsidR="00EF6539" w14:paraId="3DB152AC" w14:textId="77777777">
        <w:trPr>
          <w:trHeight w:val="306"/>
        </w:trPr>
        <w:tc>
          <w:tcPr>
            <w:tcW w:w="1592" w:type="dxa"/>
          </w:tcPr>
          <w:p w14:paraId="4B85279A" w14:textId="77777777" w:rsidR="00EF6539" w:rsidRDefault="00000000">
            <w:pPr>
              <w:rPr>
                <w:rFonts w:hint="eastAsia"/>
              </w:rPr>
            </w:pPr>
            <w:r>
              <w:rPr>
                <w:rFonts w:eastAsia="Sans Serif"/>
              </w:rPr>
              <w:t>Angle</w:t>
            </w:r>
          </w:p>
        </w:tc>
        <w:tc>
          <w:tcPr>
            <w:tcW w:w="1592" w:type="dxa"/>
          </w:tcPr>
          <w:p w14:paraId="4E4D2F6A" w14:textId="77777777" w:rsidR="00EF6539" w:rsidRDefault="00000000">
            <w:pPr>
              <w:rPr>
                <w:rFonts w:hint="eastAsia"/>
              </w:rPr>
            </w:pPr>
            <w:r>
              <w:rPr>
                <w:rFonts w:eastAsia="Sans Serif"/>
              </w:rPr>
              <w:t>Fillet</w:t>
            </w:r>
          </w:p>
        </w:tc>
        <w:tc>
          <w:tcPr>
            <w:tcW w:w="1592" w:type="dxa"/>
          </w:tcPr>
          <w:p w14:paraId="0220C1A4" w14:textId="77777777" w:rsidR="00EF6539" w:rsidRDefault="00000000">
            <w:pPr>
              <w:rPr>
                <w:rFonts w:hint="eastAsia"/>
              </w:rPr>
            </w:pPr>
            <w:r>
              <w:rPr>
                <w:rFonts w:eastAsia="Sans Serif"/>
              </w:rPr>
              <w:t>Close square</w:t>
            </w:r>
          </w:p>
        </w:tc>
      </w:tr>
      <w:tr w:rsidR="00EF6539" w14:paraId="72D66EF4" w14:textId="77777777">
        <w:trPr>
          <w:trHeight w:val="306"/>
        </w:trPr>
        <w:tc>
          <w:tcPr>
            <w:tcW w:w="1592" w:type="dxa"/>
          </w:tcPr>
          <w:p w14:paraId="56BD5CC3" w14:textId="77777777" w:rsidR="00EF6539" w:rsidRDefault="00000000">
            <w:pPr>
              <w:rPr>
                <w:rFonts w:hint="eastAsia"/>
              </w:rPr>
            </w:pPr>
            <w:r>
              <w:rPr>
                <w:rFonts w:eastAsia="Sans Serif"/>
              </w:rPr>
              <w:t>En angle à forte inclinaison</w:t>
            </w:r>
          </w:p>
        </w:tc>
        <w:tc>
          <w:tcPr>
            <w:tcW w:w="1592" w:type="dxa"/>
          </w:tcPr>
          <w:p w14:paraId="399C923C" w14:textId="77777777" w:rsidR="00EF6539" w:rsidRDefault="00000000">
            <w:pPr>
              <w:rPr>
                <w:rFonts w:hint="eastAsia"/>
              </w:rPr>
            </w:pPr>
            <w:r>
              <w:rPr>
                <w:rFonts w:eastAsia="Sans Serif"/>
              </w:rPr>
              <w:t>A pleine pénétration dans l'angle ouvert</w:t>
            </w:r>
          </w:p>
        </w:tc>
        <w:tc>
          <w:tcPr>
            <w:tcW w:w="1592" w:type="dxa"/>
          </w:tcPr>
          <w:p w14:paraId="46A2E921" w14:textId="77777777" w:rsidR="00EF6539" w:rsidRDefault="00000000">
            <w:pPr>
              <w:rPr>
                <w:rFonts w:hint="eastAsia"/>
              </w:rPr>
            </w:pPr>
            <w:r>
              <w:rPr>
                <w:rFonts w:eastAsia="Sans Serif"/>
              </w:rPr>
              <w:t>A bord droit</w:t>
            </w:r>
          </w:p>
        </w:tc>
      </w:tr>
      <w:tr w:rsidR="00EF6539" w14:paraId="55DD1971" w14:textId="77777777">
        <w:trPr>
          <w:trHeight w:val="306"/>
        </w:trPr>
        <w:tc>
          <w:tcPr>
            <w:tcW w:w="1592" w:type="dxa"/>
          </w:tcPr>
          <w:p w14:paraId="276B69EC" w14:textId="77777777" w:rsidR="00EF6539" w:rsidRDefault="00000000">
            <w:pPr>
              <w:rPr>
                <w:rFonts w:hint="eastAsia"/>
              </w:rPr>
            </w:pPr>
            <w:r>
              <w:rPr>
                <w:rFonts w:eastAsia="Sans Serif"/>
              </w:rPr>
              <w:t>Schrägstoß</w:t>
            </w:r>
          </w:p>
        </w:tc>
        <w:tc>
          <w:tcPr>
            <w:tcW w:w="1592" w:type="dxa"/>
          </w:tcPr>
          <w:p w14:paraId="5ECB5022" w14:textId="77777777" w:rsidR="00EF6539" w:rsidRDefault="00000000">
            <w:pPr>
              <w:rPr>
                <w:rFonts w:hint="eastAsia"/>
              </w:rPr>
            </w:pPr>
            <w:r>
              <w:rPr>
                <w:rFonts w:eastAsia="Sans Serif"/>
              </w:rPr>
              <w:t>Kehlnaht</w:t>
            </w:r>
          </w:p>
        </w:tc>
        <w:tc>
          <w:tcPr>
            <w:tcW w:w="1592" w:type="dxa"/>
          </w:tcPr>
          <w:p w14:paraId="38CE1A8B" w14:textId="77777777" w:rsidR="00EF6539" w:rsidRDefault="00000000">
            <w:pPr>
              <w:rPr>
                <w:rFonts w:hint="eastAsia"/>
              </w:rPr>
            </w:pPr>
            <w:r>
              <w:rPr>
                <w:rFonts w:eastAsia="Sans Serif"/>
              </w:rPr>
              <w:t>Stirnfläche rechtwinklig</w:t>
            </w:r>
          </w:p>
        </w:tc>
      </w:tr>
    </w:tbl>
    <w:p w14:paraId="1E25E0D0" w14:textId="77777777" w:rsidR="00EF6539" w:rsidRDefault="00EF6539">
      <w:pPr>
        <w:rPr>
          <w:rFonts w:hint="eastAsia"/>
        </w:rPr>
        <w:sectPr w:rsidR="00EF6539">
          <w:pgSz w:w="16838" w:h="11906"/>
          <w:pgMar w:top="0" w:right="0" w:bottom="0" w:left="0" w:header="0" w:footer="0" w:gutter="0"/>
          <w:cols w:space="720"/>
          <w:docGrid w:linePitch="360"/>
        </w:sectPr>
      </w:pPr>
    </w:p>
    <w:p w14:paraId="2E2E6075" w14:textId="77777777" w:rsidR="00EF6539" w:rsidRDefault="00EF6539">
      <w:pPr>
        <w:rPr>
          <w:rFonts w:hint="eastAsia"/>
        </w:rPr>
      </w:pPr>
    </w:p>
    <w:tbl>
      <w:tblPr>
        <w:tblStyle w:val="TableGrid"/>
        <w:tblpPr w:vertAnchor="page" w:horzAnchor="page" w:tblpX="3022" w:tblpY="1051"/>
        <w:tblW w:w="4425" w:type="dxa"/>
        <w:tblLayout w:type="fixed"/>
        <w:tblLook w:val="04A0" w:firstRow="1" w:lastRow="0" w:firstColumn="1" w:lastColumn="0" w:noHBand="0" w:noVBand="1"/>
      </w:tblPr>
      <w:tblGrid>
        <w:gridCol w:w="1475"/>
        <w:gridCol w:w="1475"/>
        <w:gridCol w:w="1475"/>
      </w:tblGrid>
      <w:tr w:rsidR="00EF6539" w14:paraId="51EA026F" w14:textId="77777777">
        <w:trPr>
          <w:trHeight w:val="1005"/>
        </w:trPr>
        <w:tc>
          <w:tcPr>
            <w:tcW w:w="1475" w:type="dxa"/>
          </w:tcPr>
          <w:p w14:paraId="44373AA0" w14:textId="77777777" w:rsidR="00EF6539" w:rsidRDefault="00000000">
            <w:pPr>
              <w:rPr>
                <w:rFonts w:hint="eastAsia"/>
              </w:rPr>
            </w:pPr>
            <w:r>
              <w:rPr>
                <w:rFonts w:eastAsia="Sans Serif"/>
              </w:rPr>
              <w:t>L: Jungties tipas, E: Type of joint, F: Type d'assembl-, D: lage Stoßart</w:t>
            </w:r>
          </w:p>
        </w:tc>
        <w:tc>
          <w:tcPr>
            <w:tcW w:w="1475" w:type="dxa"/>
          </w:tcPr>
          <w:p w14:paraId="15D0E8F7" w14:textId="77777777" w:rsidR="00EF6539" w:rsidRDefault="00000000">
            <w:pPr>
              <w:rPr>
                <w:rFonts w:hint="eastAsia"/>
              </w:rPr>
            </w:pPr>
            <w:r>
              <w:rPr>
                <w:rFonts w:eastAsia="Sans Serif"/>
              </w:rPr>
              <w:t>Siūlės tipas, Type of weld, Type de soudure, Nahtart</w:t>
            </w:r>
          </w:p>
        </w:tc>
        <w:tc>
          <w:tcPr>
            <w:tcW w:w="1475" w:type="dxa"/>
          </w:tcPr>
          <w:p w14:paraId="0A86013C" w14:textId="77777777" w:rsidR="00EF6539" w:rsidRDefault="00000000">
            <w:pPr>
              <w:rPr>
                <w:rFonts w:hint="eastAsia"/>
              </w:rPr>
            </w:pPr>
            <w:r>
              <w:rPr>
                <w:rFonts w:eastAsia="Sans Serif"/>
              </w:rPr>
              <w:t>Paruošimas, Preparation, Préparation, Schweiinahtvorbereitung</w:t>
            </w:r>
          </w:p>
        </w:tc>
      </w:tr>
      <w:tr w:rsidR="00EF6539" w14:paraId="10A3338C" w14:textId="77777777">
        <w:trPr>
          <w:trHeight w:val="1005"/>
        </w:trPr>
        <w:tc>
          <w:tcPr>
            <w:tcW w:w="1475" w:type="dxa"/>
          </w:tcPr>
          <w:p w14:paraId="196C398A" w14:textId="77777777" w:rsidR="00EF6539" w:rsidRDefault="00000000">
            <w:pPr>
              <w:rPr>
                <w:rFonts w:hint="eastAsia"/>
              </w:rPr>
            </w:pPr>
            <w:r>
              <w:rPr>
                <w:rFonts w:eastAsia="Sans Serif"/>
              </w:rPr>
              <w:t>L: Kryžminė, E: Cruciform, F: En croix, D: Doppel-T-Stoß</w:t>
            </w:r>
          </w:p>
        </w:tc>
        <w:tc>
          <w:tcPr>
            <w:tcW w:w="1475" w:type="dxa"/>
          </w:tcPr>
          <w:p w14:paraId="67E8151C" w14:textId="77777777" w:rsidR="00EF6539" w:rsidRDefault="00000000">
            <w:pPr>
              <w:rPr>
                <w:rFonts w:hint="eastAsia"/>
              </w:rPr>
            </w:pPr>
            <w:r>
              <w:rPr>
                <w:rFonts w:eastAsia="Sans Serif"/>
              </w:rPr>
              <w:t>Visiškai įvirinta abipusė sandūrinė, Full penetration butt welded from both sides, Doubles soudures d'angle à pleine pénétration exécutées des deux côtés, Doppel-HV-Nähte (beidseitig geschweißt; durchgeschweißt)</w:t>
            </w:r>
          </w:p>
        </w:tc>
        <w:tc>
          <w:tcPr>
            <w:tcW w:w="1475" w:type="dxa"/>
          </w:tcPr>
          <w:p w14:paraId="4D7EB2EE" w14:textId="77777777" w:rsidR="00EF6539" w:rsidRDefault="00000000">
            <w:pPr>
              <w:rPr>
                <w:rFonts w:hint="eastAsia"/>
              </w:rPr>
            </w:pPr>
            <w:r>
              <w:rPr>
                <w:rFonts w:eastAsia="Sans Serif"/>
              </w:rPr>
              <w:t>Dvipusė K nuosklėmba, Double bevel, En double K, Doppel HY-Fugen</w:t>
            </w:r>
          </w:p>
        </w:tc>
      </w:tr>
      <w:tr w:rsidR="00EF6539" w14:paraId="5548FA64" w14:textId="77777777">
        <w:trPr>
          <w:trHeight w:val="1005"/>
        </w:trPr>
        <w:tc>
          <w:tcPr>
            <w:tcW w:w="1475" w:type="dxa"/>
          </w:tcPr>
          <w:p w14:paraId="5FFD4897" w14:textId="77777777" w:rsidR="00EF6539" w:rsidRDefault="00000000">
            <w:pPr>
              <w:rPr>
                <w:rFonts w:hint="eastAsia"/>
              </w:rPr>
            </w:pPr>
            <w:r>
              <w:rPr>
                <w:rFonts w:eastAsia="Sans Serif"/>
              </w:rPr>
              <w:t>L: Kryžminė, E: Cruciform, F: En croix, D: Doppel-T-Stoß</w:t>
            </w:r>
          </w:p>
        </w:tc>
        <w:tc>
          <w:tcPr>
            <w:tcW w:w="1475" w:type="dxa"/>
          </w:tcPr>
          <w:p w14:paraId="12D6B4AE" w14:textId="77777777" w:rsidR="00EF6539" w:rsidRDefault="00000000">
            <w:pPr>
              <w:rPr>
                <w:rFonts w:hint="eastAsia"/>
              </w:rPr>
            </w:pPr>
            <w:r>
              <w:rPr>
                <w:rFonts w:eastAsia="Sans Serif"/>
              </w:rPr>
              <w:t>Abipusė kampinė, Fillet welded from both sides, Doubles soudures d'angle à pénétration partielle exécutées des deux côtés, Vier Kehlnähte</w:t>
            </w:r>
          </w:p>
        </w:tc>
        <w:tc>
          <w:tcPr>
            <w:tcW w:w="1475" w:type="dxa"/>
          </w:tcPr>
          <w:p w14:paraId="51DE394C" w14:textId="77777777" w:rsidR="00EF6539" w:rsidRDefault="00000000">
            <w:pPr>
              <w:rPr>
                <w:rFonts w:hint="eastAsia"/>
              </w:rPr>
            </w:pPr>
            <w:r>
              <w:rPr>
                <w:rFonts w:eastAsia="Sans Serif"/>
              </w:rPr>
              <w:t>Nuosklėmba, be tarpelio, Close square, A bord droit, Stirnfläche rechtwinklig</w:t>
            </w:r>
          </w:p>
        </w:tc>
      </w:tr>
      <w:tr w:rsidR="00EF6539" w14:paraId="28EA90A5" w14:textId="77777777">
        <w:trPr>
          <w:trHeight w:val="1005"/>
        </w:trPr>
        <w:tc>
          <w:tcPr>
            <w:tcW w:w="1475" w:type="dxa"/>
          </w:tcPr>
          <w:p w14:paraId="6BBAA9BD" w14:textId="77777777" w:rsidR="00EF6539" w:rsidRDefault="00000000">
            <w:pPr>
              <w:rPr>
                <w:rFonts w:hint="eastAsia"/>
              </w:rPr>
            </w:pPr>
            <w:r>
              <w:rPr>
                <w:rFonts w:eastAsia="Sans Serif"/>
              </w:rPr>
              <w:t>L: Užleistinė, E: Lap, F: A recouvrement partiel, D: Überlappstoß</w:t>
            </w:r>
          </w:p>
        </w:tc>
        <w:tc>
          <w:tcPr>
            <w:tcW w:w="1475" w:type="dxa"/>
          </w:tcPr>
          <w:p w14:paraId="730EA893" w14:textId="77777777" w:rsidR="00EF6539" w:rsidRDefault="00000000">
            <w:pPr>
              <w:rPr>
                <w:rFonts w:hint="eastAsia"/>
              </w:rPr>
            </w:pPr>
            <w:r>
              <w:rPr>
                <w:rFonts w:eastAsia="Sans Serif"/>
              </w:rPr>
              <w:t>Kampinė, Fillet, Soudure d'angle a pleine pénétration, Kehlnaht</w:t>
            </w:r>
          </w:p>
        </w:tc>
        <w:tc>
          <w:tcPr>
            <w:tcW w:w="1475" w:type="dxa"/>
          </w:tcPr>
          <w:p w14:paraId="1466056B" w14:textId="77777777" w:rsidR="00EF6539" w:rsidRDefault="00000000">
            <w:pPr>
              <w:rPr>
                <w:rFonts w:hint="eastAsia"/>
              </w:rPr>
            </w:pPr>
            <w:r>
              <w:rPr>
                <w:rFonts w:eastAsia="Sans Serif"/>
              </w:rPr>
              <w:t>Nuosklėmba, Square edge, Bords droits, Stirnfläche rechtwinklig</w:t>
            </w:r>
          </w:p>
        </w:tc>
      </w:tr>
      <w:tr w:rsidR="00EF6539" w14:paraId="39F58798" w14:textId="77777777">
        <w:trPr>
          <w:trHeight w:val="1005"/>
        </w:trPr>
        <w:tc>
          <w:tcPr>
            <w:tcW w:w="1475" w:type="dxa"/>
          </w:tcPr>
          <w:p w14:paraId="49BBDB50" w14:textId="77777777" w:rsidR="00EF6539" w:rsidRDefault="00000000">
            <w:pPr>
              <w:rPr>
                <w:rFonts w:hint="eastAsia"/>
              </w:rPr>
            </w:pPr>
            <w:r>
              <w:rPr>
                <w:rFonts w:eastAsia="Sans Serif"/>
              </w:rPr>
              <w:t>L: Užleistinė arba lygiagrečioji, E: Lap or parallel, F: A recouvrement total ou partiel, D: Überlapp-bzw. Parallelstoß</w:t>
            </w:r>
          </w:p>
        </w:tc>
        <w:tc>
          <w:tcPr>
            <w:tcW w:w="1475" w:type="dxa"/>
          </w:tcPr>
          <w:p w14:paraId="46D96FF1" w14:textId="77777777" w:rsidR="00EF6539" w:rsidRDefault="00000000">
            <w:pPr>
              <w:rPr>
                <w:rFonts w:hint="eastAsia"/>
              </w:rPr>
            </w:pPr>
            <w:r>
              <w:rPr>
                <w:rFonts w:eastAsia="Sans Serif"/>
              </w:rPr>
              <w:t>Virintinė kniedinė, Plug, En bouchon, Lochschweißung</w:t>
            </w:r>
          </w:p>
        </w:tc>
        <w:tc>
          <w:tcPr>
            <w:tcW w:w="1475" w:type="dxa"/>
          </w:tcPr>
          <w:p w14:paraId="1EA84F43" w14:textId="77777777" w:rsidR="00EF6539" w:rsidRDefault="00000000">
            <w:pPr>
              <w:rPr>
                <w:rFonts w:hint="eastAsia"/>
              </w:rPr>
            </w:pPr>
            <w:r>
              <w:rPr>
                <w:rFonts w:eastAsia="Sans Serif"/>
              </w:rPr>
              <w:t>Skylė(ės) vienoje plokštėje, Hole(s) in one plate, Trou(s) dans l'une des tôles, Loch in einem der Bleche</w:t>
            </w:r>
          </w:p>
        </w:tc>
      </w:tr>
      <w:tr w:rsidR="00EF6539" w14:paraId="2BB94081" w14:textId="77777777">
        <w:trPr>
          <w:trHeight w:val="1005"/>
        </w:trPr>
        <w:tc>
          <w:tcPr>
            <w:tcW w:w="1475" w:type="dxa"/>
          </w:tcPr>
          <w:p w14:paraId="1B5FAC49" w14:textId="77777777" w:rsidR="00EF6539" w:rsidRDefault="00000000">
            <w:pPr>
              <w:rPr>
                <w:rFonts w:hint="eastAsia"/>
              </w:rPr>
            </w:pPr>
            <w:r>
              <w:rPr>
                <w:rFonts w:eastAsia="Sans Serif"/>
              </w:rPr>
              <w:lastRenderedPageBreak/>
              <w:t>L: Užleistinė arba lygiagrečioji, E: Lap or parallel, F: A recouvrement total ou partiel, D: Überlapp-bzw. Parallelstoß</w:t>
            </w:r>
          </w:p>
        </w:tc>
        <w:tc>
          <w:tcPr>
            <w:tcW w:w="1475" w:type="dxa"/>
          </w:tcPr>
          <w:p w14:paraId="40612CBC" w14:textId="77777777" w:rsidR="00EF6539" w:rsidRDefault="00000000">
            <w:pPr>
              <w:rPr>
                <w:rFonts w:hint="eastAsia"/>
              </w:rPr>
            </w:pPr>
            <w:r>
              <w:rPr>
                <w:rFonts w:eastAsia="Sans Serif"/>
              </w:rPr>
              <w:t>Kampinė apskritiminė siūlė, Fillet welded all round, En entaille, Kehinaht. umlaufend</w:t>
            </w:r>
          </w:p>
        </w:tc>
        <w:tc>
          <w:tcPr>
            <w:tcW w:w="1475" w:type="dxa"/>
          </w:tcPr>
          <w:p w14:paraId="6AFDF552" w14:textId="77777777" w:rsidR="00EF6539" w:rsidRDefault="00000000">
            <w:pPr>
              <w:rPr>
                <w:rFonts w:hint="eastAsia"/>
              </w:rPr>
            </w:pPr>
            <w:r>
              <w:rPr>
                <w:rFonts w:eastAsia="Sans Serif"/>
              </w:rPr>
              <w:t>Skylė(es) vienoje plokštėje, Hole(s) in one plate, Trou(s) dans l'une des tôles, Loch in einem der Bleche</w:t>
            </w:r>
          </w:p>
        </w:tc>
      </w:tr>
      <w:tr w:rsidR="00EF6539" w14:paraId="71DD429B" w14:textId="77777777">
        <w:trPr>
          <w:trHeight w:val="1005"/>
        </w:trPr>
        <w:tc>
          <w:tcPr>
            <w:tcW w:w="1475" w:type="dxa"/>
          </w:tcPr>
          <w:p w14:paraId="7CEC561F" w14:textId="77777777" w:rsidR="00EF6539" w:rsidRDefault="00000000">
            <w:pPr>
              <w:rPr>
                <w:rFonts w:hint="eastAsia"/>
              </w:rPr>
            </w:pPr>
            <w:r>
              <w:rPr>
                <w:rFonts w:eastAsia="Sans Serif"/>
              </w:rPr>
              <w:t>L: Užleistinė arba lygiagrečioji, E: Lap or parallel, F: A recouvrement total ou partiel, D: Überlapp-bzw. Parallelstoß</w:t>
            </w:r>
          </w:p>
        </w:tc>
        <w:tc>
          <w:tcPr>
            <w:tcW w:w="1475" w:type="dxa"/>
          </w:tcPr>
          <w:p w14:paraId="11B0EB7C" w14:textId="77777777" w:rsidR="00EF6539" w:rsidRDefault="00000000">
            <w:pPr>
              <w:rPr>
                <w:rFonts w:hint="eastAsia"/>
              </w:rPr>
            </w:pPr>
            <w:r>
              <w:rPr>
                <w:rFonts w:eastAsia="Sans Serif"/>
              </w:rPr>
              <w:t>Lydytinis taškas, Fusion spot, Par points par fusion, Schmelzpunktschweiß-Bung</w:t>
            </w:r>
          </w:p>
        </w:tc>
        <w:tc>
          <w:tcPr>
            <w:tcW w:w="1475" w:type="dxa"/>
          </w:tcPr>
          <w:p w14:paraId="4B46B010" w14:textId="77777777" w:rsidR="00EF6539" w:rsidRDefault="00000000">
            <w:pPr>
              <w:rPr>
                <w:rFonts w:hint="eastAsia"/>
              </w:rPr>
            </w:pPr>
            <w:r>
              <w:rPr>
                <w:rFonts w:eastAsia="Sans Serif"/>
              </w:rPr>
              <w:t>Jokio, None, Aucune, Keine</w:t>
            </w:r>
          </w:p>
        </w:tc>
      </w:tr>
      <w:tr w:rsidR="00EF6539" w14:paraId="7FAFA948" w14:textId="77777777">
        <w:trPr>
          <w:trHeight w:val="1005"/>
        </w:trPr>
        <w:tc>
          <w:tcPr>
            <w:tcW w:w="1475" w:type="dxa"/>
          </w:tcPr>
          <w:p w14:paraId="50512A9F" w14:textId="77777777" w:rsidR="00EF6539" w:rsidRDefault="00000000">
            <w:pPr>
              <w:rPr>
                <w:rFonts w:hint="eastAsia"/>
              </w:rPr>
            </w:pPr>
            <w:r>
              <w:rPr>
                <w:rFonts w:eastAsia="Sans Serif"/>
              </w:rPr>
              <w:t>L: Kampinė, E: Corner, F: En angle extérieur, D: Echstoß</w:t>
            </w:r>
          </w:p>
        </w:tc>
        <w:tc>
          <w:tcPr>
            <w:tcW w:w="1475" w:type="dxa"/>
          </w:tcPr>
          <w:p w14:paraId="54DCE868" w14:textId="77777777" w:rsidR="00EF6539" w:rsidRDefault="00000000">
            <w:pPr>
              <w:rPr>
                <w:rFonts w:hint="eastAsia"/>
              </w:rPr>
            </w:pPr>
            <w:r>
              <w:rPr>
                <w:rFonts w:eastAsia="Sans Serif"/>
              </w:rPr>
              <w:t>Visiškai įvirinta sandūrinė, Full penetration butt welded, A pleine pénétration, HV-Naht durchgeschweißt</w:t>
            </w:r>
          </w:p>
        </w:tc>
        <w:tc>
          <w:tcPr>
            <w:tcW w:w="1475" w:type="dxa"/>
          </w:tcPr>
          <w:p w14:paraId="39CCC508" w14:textId="77777777" w:rsidR="00EF6539" w:rsidRDefault="00000000">
            <w:pPr>
              <w:rPr>
                <w:rFonts w:hint="eastAsia"/>
              </w:rPr>
            </w:pPr>
            <w:r>
              <w:rPr>
                <w:rFonts w:eastAsia="Sans Serif"/>
              </w:rPr>
              <w:t>Pusinė V nuosklėmba, tarpelis, Single level with root face and root gap, En demi V, HV-Fuge</w:t>
            </w:r>
          </w:p>
        </w:tc>
      </w:tr>
    </w:tbl>
    <w:tbl>
      <w:tblPr>
        <w:tblStyle w:val="TableGrid"/>
        <w:tblpPr w:vertAnchor="page" w:horzAnchor="page" w:tblpX="11317" w:tblpY="1126"/>
        <w:tblW w:w="4781" w:type="dxa"/>
        <w:tblLayout w:type="fixed"/>
        <w:tblLook w:val="04A0" w:firstRow="1" w:lastRow="0" w:firstColumn="1" w:lastColumn="0" w:noHBand="0" w:noVBand="1"/>
      </w:tblPr>
      <w:tblGrid>
        <w:gridCol w:w="1593"/>
        <w:gridCol w:w="1594"/>
        <w:gridCol w:w="1594"/>
      </w:tblGrid>
      <w:tr w:rsidR="00EF6539" w14:paraId="034D7F76" w14:textId="77777777">
        <w:trPr>
          <w:trHeight w:val="1098"/>
        </w:trPr>
        <w:tc>
          <w:tcPr>
            <w:tcW w:w="1594" w:type="dxa"/>
          </w:tcPr>
          <w:p w14:paraId="10FE2625" w14:textId="77777777" w:rsidR="00EF6539" w:rsidRDefault="00000000">
            <w:pPr>
              <w:rPr>
                <w:rFonts w:hint="eastAsia"/>
              </w:rPr>
            </w:pPr>
            <w:r>
              <w:rPr>
                <w:rFonts w:eastAsia="Sans Serif"/>
              </w:rPr>
              <w:t>Jungties tipas</w:t>
            </w:r>
            <w:r>
              <w:rPr>
                <w:rFonts w:eastAsia="Sans Serif"/>
              </w:rPr>
              <w:br/>
              <w:t>Type of joint</w:t>
            </w:r>
            <w:r>
              <w:rPr>
                <w:rFonts w:eastAsia="Sans Serif"/>
              </w:rPr>
              <w:br/>
              <w:t>Type d'assemblage</w:t>
            </w:r>
            <w:r>
              <w:rPr>
                <w:rFonts w:eastAsia="Sans Serif"/>
              </w:rPr>
              <w:br/>
              <w:t>Stoßart</w:t>
            </w:r>
          </w:p>
        </w:tc>
        <w:tc>
          <w:tcPr>
            <w:tcW w:w="1594" w:type="dxa"/>
          </w:tcPr>
          <w:p w14:paraId="010A1E01" w14:textId="77777777" w:rsidR="00EF6539" w:rsidRDefault="00000000">
            <w:pPr>
              <w:rPr>
                <w:rFonts w:hint="eastAsia"/>
              </w:rPr>
            </w:pPr>
            <w:r>
              <w:rPr>
                <w:rFonts w:eastAsia="Sans Serif"/>
              </w:rPr>
              <w:t>Siūlės tipas</w:t>
            </w:r>
            <w:r>
              <w:rPr>
                <w:rFonts w:eastAsia="Sans Serif"/>
              </w:rPr>
              <w:br/>
              <w:t>Type of weld</w:t>
            </w:r>
            <w:r>
              <w:rPr>
                <w:rFonts w:eastAsia="Sans Serif"/>
              </w:rPr>
              <w:br/>
              <w:t>Type de soudure</w:t>
            </w:r>
            <w:r>
              <w:rPr>
                <w:rFonts w:eastAsia="Sans Serif"/>
              </w:rPr>
              <w:br/>
              <w:t>Nahtart</w:t>
            </w:r>
          </w:p>
        </w:tc>
        <w:tc>
          <w:tcPr>
            <w:tcW w:w="1594" w:type="dxa"/>
          </w:tcPr>
          <w:p w14:paraId="7C2DC78E" w14:textId="77777777" w:rsidR="00EF6539" w:rsidRDefault="00000000">
            <w:pPr>
              <w:rPr>
                <w:rFonts w:hint="eastAsia"/>
              </w:rPr>
            </w:pPr>
            <w:r>
              <w:rPr>
                <w:rFonts w:eastAsia="Sans Serif"/>
              </w:rPr>
              <w:t>Paruošimas</w:t>
            </w:r>
            <w:r>
              <w:rPr>
                <w:rFonts w:eastAsia="Sans Serif"/>
              </w:rPr>
              <w:br/>
              <w:t>Preparation</w:t>
            </w:r>
            <w:r>
              <w:rPr>
                <w:rFonts w:eastAsia="Sans Serif"/>
              </w:rPr>
              <w:br/>
              <w:t>Préparation</w:t>
            </w:r>
            <w:r>
              <w:rPr>
                <w:rFonts w:eastAsia="Sans Serif"/>
              </w:rPr>
              <w:br/>
              <w:t>Schweißnahtvorbereitung</w:t>
            </w:r>
          </w:p>
        </w:tc>
      </w:tr>
      <w:tr w:rsidR="00EF6539" w14:paraId="04EDC5BC" w14:textId="77777777">
        <w:trPr>
          <w:trHeight w:val="1098"/>
        </w:trPr>
        <w:tc>
          <w:tcPr>
            <w:tcW w:w="1594" w:type="dxa"/>
          </w:tcPr>
          <w:p w14:paraId="4F1F8DE2" w14:textId="77777777" w:rsidR="00EF6539" w:rsidRDefault="00000000">
            <w:pPr>
              <w:rPr>
                <w:rFonts w:hint="eastAsia"/>
              </w:rPr>
            </w:pPr>
            <w:r>
              <w:rPr>
                <w:rFonts w:eastAsia="Sans Serif"/>
              </w:rPr>
              <w:t>Kampinė</w:t>
            </w:r>
            <w:r>
              <w:rPr>
                <w:rFonts w:eastAsia="Sans Serif"/>
              </w:rPr>
              <w:br/>
              <w:t>Corner</w:t>
            </w:r>
            <w:r>
              <w:rPr>
                <w:rFonts w:eastAsia="Sans Serif"/>
              </w:rPr>
              <w:br/>
              <w:t>En angle extérieur</w:t>
            </w:r>
            <w:r>
              <w:rPr>
                <w:rFonts w:eastAsia="Sans Serif"/>
              </w:rPr>
              <w:br/>
              <w:t>Echstoß</w:t>
            </w:r>
          </w:p>
        </w:tc>
        <w:tc>
          <w:tcPr>
            <w:tcW w:w="1594" w:type="dxa"/>
          </w:tcPr>
          <w:p w14:paraId="089303E7" w14:textId="77777777" w:rsidR="00EF6539" w:rsidRDefault="00000000">
            <w:pPr>
              <w:rPr>
                <w:rFonts w:hint="eastAsia"/>
              </w:rPr>
            </w:pPr>
            <w:r>
              <w:rPr>
                <w:rFonts w:eastAsia="Sans Serif"/>
              </w:rPr>
              <w:t>Kampinė</w:t>
            </w:r>
            <w:r>
              <w:rPr>
                <w:rFonts w:eastAsia="Sans Serif"/>
              </w:rPr>
              <w:br/>
              <w:t>Fillet</w:t>
            </w:r>
            <w:r>
              <w:rPr>
                <w:rFonts w:eastAsia="Sans Serif"/>
              </w:rPr>
              <w:br/>
              <w:t>Soudure d'angle a pleine pénétration</w:t>
            </w:r>
            <w:r>
              <w:rPr>
                <w:rFonts w:eastAsia="Sans Serif"/>
              </w:rPr>
              <w:br/>
              <w:t>Kehlnaht</w:t>
            </w:r>
          </w:p>
        </w:tc>
        <w:tc>
          <w:tcPr>
            <w:tcW w:w="1594" w:type="dxa"/>
          </w:tcPr>
          <w:p w14:paraId="0B097582" w14:textId="77777777" w:rsidR="00EF6539" w:rsidRDefault="00000000">
            <w:pPr>
              <w:rPr>
                <w:rFonts w:hint="eastAsia"/>
              </w:rPr>
            </w:pPr>
            <w:r>
              <w:rPr>
                <w:rFonts w:eastAsia="Sans Serif"/>
              </w:rPr>
              <w:t>I nuosklemba</w:t>
            </w:r>
            <w:r>
              <w:rPr>
                <w:rFonts w:eastAsia="Sans Serif"/>
              </w:rPr>
              <w:br/>
              <w:t>Edges prepared as necessary</w:t>
            </w:r>
            <w:r>
              <w:rPr>
                <w:rFonts w:eastAsia="Sans Serif"/>
              </w:rPr>
              <w:br/>
              <w:t>Bords droits</w:t>
            </w:r>
            <w:r>
              <w:rPr>
                <w:rFonts w:eastAsia="Sans Serif"/>
              </w:rPr>
              <w:br/>
              <w:t>Stirnflächen rechtwinklig</w:t>
            </w:r>
          </w:p>
        </w:tc>
      </w:tr>
      <w:tr w:rsidR="00EF6539" w14:paraId="15498323" w14:textId="77777777">
        <w:trPr>
          <w:trHeight w:val="1098"/>
        </w:trPr>
        <w:tc>
          <w:tcPr>
            <w:tcW w:w="1594" w:type="dxa"/>
          </w:tcPr>
          <w:p w14:paraId="30C7780B" w14:textId="77777777" w:rsidR="00EF6539" w:rsidRDefault="00000000">
            <w:pPr>
              <w:rPr>
                <w:rFonts w:hint="eastAsia"/>
              </w:rPr>
            </w:pPr>
            <w:r>
              <w:rPr>
                <w:rFonts w:eastAsia="Sans Serif"/>
              </w:rPr>
              <w:t>Kampinė</w:t>
            </w:r>
            <w:r>
              <w:rPr>
                <w:rFonts w:eastAsia="Sans Serif"/>
              </w:rPr>
              <w:br/>
              <w:t>Corner</w:t>
            </w:r>
            <w:r>
              <w:rPr>
                <w:rFonts w:eastAsia="Sans Serif"/>
              </w:rPr>
              <w:br/>
              <w:t>En angle extérieur</w:t>
            </w:r>
          </w:p>
        </w:tc>
        <w:tc>
          <w:tcPr>
            <w:tcW w:w="1594" w:type="dxa"/>
          </w:tcPr>
          <w:p w14:paraId="6F55010E" w14:textId="77777777" w:rsidR="00EF6539" w:rsidRDefault="00000000">
            <w:pPr>
              <w:rPr>
                <w:rFonts w:hint="eastAsia"/>
              </w:rPr>
            </w:pPr>
            <w:r>
              <w:rPr>
                <w:rFonts w:eastAsia="Sans Serif"/>
              </w:rPr>
              <w:t>Visiškai įvirinta abipusė kampinė</w:t>
            </w:r>
            <w:r>
              <w:rPr>
                <w:rFonts w:eastAsia="Sans Serif"/>
              </w:rPr>
              <w:br/>
              <w:t>Full penetration fillet welded from both sides</w:t>
            </w:r>
            <w:r>
              <w:rPr>
                <w:rFonts w:eastAsia="Sans Serif"/>
              </w:rPr>
              <w:br/>
              <w:t>Double soudure d'angle a pleine pénétration</w:t>
            </w:r>
            <w:r>
              <w:rPr>
                <w:rFonts w:eastAsia="Sans Serif"/>
              </w:rPr>
              <w:br/>
              <w:t>beidseitig Kehlnähte; durchgeschweißt</w:t>
            </w:r>
          </w:p>
        </w:tc>
        <w:tc>
          <w:tcPr>
            <w:tcW w:w="1594" w:type="dxa"/>
          </w:tcPr>
          <w:p w14:paraId="2B1665BB" w14:textId="77777777" w:rsidR="00EF6539" w:rsidRDefault="00000000">
            <w:pPr>
              <w:rPr>
                <w:rFonts w:hint="eastAsia"/>
              </w:rPr>
            </w:pPr>
            <w:r>
              <w:rPr>
                <w:rFonts w:eastAsia="Sans Serif"/>
              </w:rPr>
              <w:t>I nuosklemba</w:t>
            </w:r>
            <w:r>
              <w:rPr>
                <w:rFonts w:eastAsia="Sans Serif"/>
              </w:rPr>
              <w:br/>
              <w:t>Square edge</w:t>
            </w:r>
            <w:r>
              <w:rPr>
                <w:rFonts w:eastAsia="Sans Serif"/>
              </w:rPr>
              <w:br/>
              <w:t>Bords droits</w:t>
            </w:r>
            <w:r>
              <w:rPr>
                <w:rFonts w:eastAsia="Sans Serif"/>
              </w:rPr>
              <w:br/>
              <w:t>Stirnflächen rechtwinklig</w:t>
            </w:r>
          </w:p>
        </w:tc>
      </w:tr>
      <w:tr w:rsidR="00EF6539" w14:paraId="700A0D30" w14:textId="77777777">
        <w:trPr>
          <w:trHeight w:val="1098"/>
        </w:trPr>
        <w:tc>
          <w:tcPr>
            <w:tcW w:w="1594" w:type="dxa"/>
          </w:tcPr>
          <w:p w14:paraId="4038A524" w14:textId="77777777" w:rsidR="00EF6539" w:rsidRDefault="00000000">
            <w:pPr>
              <w:rPr>
                <w:rFonts w:hint="eastAsia"/>
              </w:rPr>
            </w:pPr>
            <w:r>
              <w:rPr>
                <w:rFonts w:eastAsia="Sans Serif"/>
              </w:rPr>
              <w:t>Kampinė</w:t>
            </w:r>
            <w:r>
              <w:rPr>
                <w:rFonts w:eastAsia="Sans Serif"/>
              </w:rPr>
              <w:br/>
              <w:t>Corner</w:t>
            </w:r>
            <w:r>
              <w:rPr>
                <w:rFonts w:eastAsia="Sans Serif"/>
              </w:rPr>
              <w:br/>
              <w:t>En angle extérieur</w:t>
            </w:r>
          </w:p>
        </w:tc>
        <w:tc>
          <w:tcPr>
            <w:tcW w:w="1594" w:type="dxa"/>
          </w:tcPr>
          <w:p w14:paraId="58241E3C" w14:textId="77777777" w:rsidR="00EF6539" w:rsidRDefault="00000000">
            <w:pPr>
              <w:rPr>
                <w:rFonts w:hint="eastAsia"/>
              </w:rPr>
            </w:pPr>
            <w:r>
              <w:rPr>
                <w:rFonts w:eastAsia="Sans Serif"/>
              </w:rPr>
              <w:t>Dalimai įvirinta abipusė kampinė</w:t>
            </w:r>
            <w:r>
              <w:rPr>
                <w:rFonts w:eastAsia="Sans Serif"/>
              </w:rPr>
              <w:br/>
              <w:t>Partial fillet welded from both sides</w:t>
            </w:r>
            <w:r>
              <w:rPr>
                <w:rFonts w:eastAsia="Sans Serif"/>
              </w:rPr>
              <w:br/>
              <w:t>Double soudure d'angle à pénétration partielle</w:t>
            </w:r>
            <w:r>
              <w:rPr>
                <w:rFonts w:eastAsia="Sans Serif"/>
              </w:rPr>
              <w:br/>
              <w:t>beidseitig Kehlnähte, nicht durchgeschweißt</w:t>
            </w:r>
          </w:p>
        </w:tc>
        <w:tc>
          <w:tcPr>
            <w:tcW w:w="1594" w:type="dxa"/>
          </w:tcPr>
          <w:p w14:paraId="7CA8BA8F" w14:textId="77777777" w:rsidR="00EF6539" w:rsidRDefault="00000000">
            <w:pPr>
              <w:rPr>
                <w:rFonts w:hint="eastAsia"/>
              </w:rPr>
            </w:pPr>
            <w:r>
              <w:rPr>
                <w:rFonts w:eastAsia="Sans Serif"/>
              </w:rPr>
              <w:t>I nuosklemba</w:t>
            </w:r>
            <w:r>
              <w:rPr>
                <w:rFonts w:eastAsia="Sans Serif"/>
              </w:rPr>
              <w:br/>
              <w:t>Square edge</w:t>
            </w:r>
            <w:r>
              <w:rPr>
                <w:rFonts w:eastAsia="Sans Serif"/>
              </w:rPr>
              <w:br/>
              <w:t>Bords droits avec chevauchement partiel des pièces</w:t>
            </w:r>
            <w:r>
              <w:rPr>
                <w:rFonts w:eastAsia="Sans Serif"/>
              </w:rPr>
              <w:br/>
              <w:t>Stirnflächen rechtwinklig teilweise überdeckend</w:t>
            </w:r>
          </w:p>
        </w:tc>
      </w:tr>
      <w:tr w:rsidR="00EF6539" w14:paraId="51D33BD6" w14:textId="77777777">
        <w:trPr>
          <w:trHeight w:val="1098"/>
        </w:trPr>
        <w:tc>
          <w:tcPr>
            <w:tcW w:w="1594" w:type="dxa"/>
          </w:tcPr>
          <w:p w14:paraId="4CA8D369" w14:textId="77777777" w:rsidR="00EF6539" w:rsidRDefault="00000000">
            <w:pPr>
              <w:rPr>
                <w:rFonts w:hint="eastAsia"/>
              </w:rPr>
            </w:pPr>
            <w:r>
              <w:rPr>
                <w:rFonts w:eastAsia="Sans Serif"/>
              </w:rPr>
              <w:t>Briauninė</w:t>
            </w:r>
            <w:r>
              <w:rPr>
                <w:rFonts w:eastAsia="Sans Serif"/>
              </w:rPr>
              <w:br/>
              <w:t>Edge</w:t>
            </w:r>
            <w:r>
              <w:rPr>
                <w:rFonts w:eastAsia="Sans Serif"/>
              </w:rPr>
              <w:br/>
              <w:t>Sur chant</w:t>
            </w:r>
            <w:r>
              <w:rPr>
                <w:rFonts w:eastAsia="Sans Serif"/>
              </w:rPr>
              <w:br/>
              <w:t>Strinstoß</w:t>
            </w:r>
          </w:p>
        </w:tc>
        <w:tc>
          <w:tcPr>
            <w:tcW w:w="1594" w:type="dxa"/>
          </w:tcPr>
          <w:p w14:paraId="03C34F6B" w14:textId="77777777" w:rsidR="00EF6539" w:rsidRDefault="00000000">
            <w:pPr>
              <w:rPr>
                <w:rFonts w:hint="eastAsia"/>
              </w:rPr>
            </w:pPr>
            <w:r>
              <w:rPr>
                <w:rFonts w:eastAsia="Sans Serif"/>
              </w:rPr>
              <w:t>Briauninė</w:t>
            </w:r>
            <w:r>
              <w:rPr>
                <w:rFonts w:eastAsia="Sans Serif"/>
              </w:rPr>
              <w:br/>
              <w:t>Edges fully covered</w:t>
            </w:r>
            <w:r>
              <w:rPr>
                <w:rFonts w:eastAsia="Sans Serif"/>
              </w:rPr>
              <w:br/>
              <w:t>Recouvrement total des deux chants</w:t>
            </w:r>
            <w:r>
              <w:rPr>
                <w:rFonts w:eastAsia="Sans Serif"/>
              </w:rPr>
              <w:br/>
              <w:t>Stirnflachnaht</w:t>
            </w:r>
          </w:p>
        </w:tc>
        <w:tc>
          <w:tcPr>
            <w:tcW w:w="1594" w:type="dxa"/>
          </w:tcPr>
          <w:p w14:paraId="76CA8167" w14:textId="77777777" w:rsidR="00EF6539" w:rsidRDefault="00000000">
            <w:pPr>
              <w:rPr>
                <w:rFonts w:hint="eastAsia"/>
              </w:rPr>
            </w:pPr>
            <w:r>
              <w:rPr>
                <w:rFonts w:eastAsia="Sans Serif"/>
              </w:rPr>
              <w:t>I nuosklemba</w:t>
            </w:r>
            <w:r>
              <w:rPr>
                <w:rFonts w:eastAsia="Sans Serif"/>
              </w:rPr>
              <w:br/>
              <w:t>Square edges</w:t>
            </w:r>
            <w:r>
              <w:rPr>
                <w:rFonts w:eastAsia="Sans Serif"/>
              </w:rPr>
              <w:br/>
              <w:t>Bords droits</w:t>
            </w:r>
            <w:r>
              <w:rPr>
                <w:rFonts w:eastAsia="Sans Serif"/>
              </w:rPr>
              <w:br/>
              <w:t>Stirnflächen rechtwinklig</w:t>
            </w:r>
          </w:p>
        </w:tc>
      </w:tr>
    </w:tbl>
    <w:p w14:paraId="2FAB5E7B" w14:textId="77777777" w:rsidR="00EF6539" w:rsidRDefault="00EF6539">
      <w:pPr>
        <w:rPr>
          <w:rFonts w:hint="eastAsia"/>
        </w:rPr>
        <w:sectPr w:rsidR="00EF6539">
          <w:pgSz w:w="16838" w:h="11906"/>
          <w:pgMar w:top="0" w:right="0" w:bottom="0" w:left="0" w:header="0" w:footer="0" w:gutter="0"/>
          <w:cols w:space="720"/>
          <w:docGrid w:linePitch="360"/>
        </w:sectPr>
      </w:pPr>
    </w:p>
    <w:tbl>
      <w:tblPr>
        <w:tblStyle w:val="TableGrid"/>
        <w:tblpPr w:vertAnchor="page" w:horzAnchor="page" w:tblpX="8784" w:tblpY="721"/>
        <w:tblW w:w="5134" w:type="dxa"/>
        <w:tblLayout w:type="fixed"/>
        <w:tblLook w:val="04A0" w:firstRow="1" w:lastRow="0" w:firstColumn="1" w:lastColumn="0" w:noHBand="0" w:noVBand="1"/>
      </w:tblPr>
      <w:tblGrid>
        <w:gridCol w:w="738"/>
        <w:gridCol w:w="4396"/>
      </w:tblGrid>
      <w:tr w:rsidR="00EF6539" w14:paraId="26F1F16D" w14:textId="77777777" w:rsidTr="00B354BF">
        <w:trPr>
          <w:trHeight w:val="233"/>
        </w:trPr>
        <w:tc>
          <w:tcPr>
            <w:tcW w:w="738" w:type="dxa"/>
          </w:tcPr>
          <w:p w14:paraId="56F79A51" w14:textId="77777777" w:rsidR="00EF6539" w:rsidRDefault="00000000">
            <w:pPr>
              <w:rPr>
                <w:rFonts w:hint="eastAsia"/>
              </w:rPr>
            </w:pPr>
            <w:r>
              <w:rPr>
                <w:rFonts w:eastAsia="Sans Serif"/>
              </w:rPr>
              <w:lastRenderedPageBreak/>
              <w:t>241</w:t>
            </w:r>
          </w:p>
        </w:tc>
        <w:tc>
          <w:tcPr>
            <w:tcW w:w="4396" w:type="dxa"/>
          </w:tcPr>
          <w:p w14:paraId="73E80418" w14:textId="77777777" w:rsidR="00EF6539" w:rsidRDefault="00000000">
            <w:pPr>
              <w:rPr>
                <w:rFonts w:hint="eastAsia"/>
              </w:rPr>
            </w:pPr>
            <w:r>
              <w:rPr>
                <w:rFonts w:eastAsia="Sans Serif"/>
              </w:rPr>
              <w:t>Kontaktinis aplydomasis suvirinimas su pakaitinimu</w:t>
            </w:r>
          </w:p>
        </w:tc>
      </w:tr>
      <w:tr w:rsidR="00EF6539" w14:paraId="2F1CE1CC" w14:textId="77777777" w:rsidTr="00B354BF">
        <w:trPr>
          <w:trHeight w:val="233"/>
        </w:trPr>
        <w:tc>
          <w:tcPr>
            <w:tcW w:w="738" w:type="dxa"/>
          </w:tcPr>
          <w:p w14:paraId="2AC79ADF" w14:textId="77777777" w:rsidR="00EF6539" w:rsidRDefault="00000000">
            <w:pPr>
              <w:rPr>
                <w:rFonts w:hint="eastAsia"/>
              </w:rPr>
            </w:pPr>
            <w:r>
              <w:rPr>
                <w:rFonts w:eastAsia="Sans Serif"/>
              </w:rPr>
              <w:t>242</w:t>
            </w:r>
          </w:p>
        </w:tc>
        <w:tc>
          <w:tcPr>
            <w:tcW w:w="4396" w:type="dxa"/>
          </w:tcPr>
          <w:p w14:paraId="468D204C" w14:textId="77777777" w:rsidR="00EF6539" w:rsidRDefault="00000000">
            <w:pPr>
              <w:rPr>
                <w:rFonts w:hint="eastAsia"/>
              </w:rPr>
            </w:pPr>
            <w:r>
              <w:rPr>
                <w:rFonts w:eastAsia="Sans Serif"/>
              </w:rPr>
              <w:t>Kontaktinis aplydomasis suvirinimas be pakaitinimo</w:t>
            </w:r>
          </w:p>
        </w:tc>
      </w:tr>
      <w:tr w:rsidR="00EF6539" w14:paraId="77D2929B" w14:textId="77777777" w:rsidTr="00B354BF">
        <w:trPr>
          <w:trHeight w:val="233"/>
        </w:trPr>
        <w:tc>
          <w:tcPr>
            <w:tcW w:w="738" w:type="dxa"/>
          </w:tcPr>
          <w:p w14:paraId="020F0EF4" w14:textId="77777777" w:rsidR="00EF6539" w:rsidRDefault="00000000">
            <w:pPr>
              <w:rPr>
                <w:rFonts w:hint="eastAsia"/>
              </w:rPr>
            </w:pPr>
            <w:r>
              <w:rPr>
                <w:rFonts w:eastAsia="Sans Serif"/>
              </w:rPr>
              <w:t>25</w:t>
            </w:r>
          </w:p>
        </w:tc>
        <w:tc>
          <w:tcPr>
            <w:tcW w:w="4396" w:type="dxa"/>
          </w:tcPr>
          <w:p w14:paraId="16BD50D4" w14:textId="77777777" w:rsidR="00EF6539" w:rsidRDefault="00000000">
            <w:pPr>
              <w:rPr>
                <w:rFonts w:hint="eastAsia"/>
              </w:rPr>
            </w:pPr>
            <w:r>
              <w:rPr>
                <w:rFonts w:eastAsia="Sans Serif"/>
              </w:rPr>
              <w:t>Kontaktinis sandūrinis suvirinimas</w:t>
            </w:r>
          </w:p>
        </w:tc>
      </w:tr>
      <w:tr w:rsidR="00EF6539" w14:paraId="0B759DDF" w14:textId="77777777" w:rsidTr="00B354BF">
        <w:trPr>
          <w:trHeight w:val="233"/>
        </w:trPr>
        <w:tc>
          <w:tcPr>
            <w:tcW w:w="738" w:type="dxa"/>
          </w:tcPr>
          <w:p w14:paraId="644F40FD" w14:textId="77777777" w:rsidR="00EF6539" w:rsidRDefault="00000000">
            <w:pPr>
              <w:rPr>
                <w:rFonts w:hint="eastAsia"/>
              </w:rPr>
            </w:pPr>
            <w:r>
              <w:rPr>
                <w:rFonts w:eastAsia="Sans Serif"/>
              </w:rPr>
              <w:t>29</w:t>
            </w:r>
          </w:p>
        </w:tc>
        <w:tc>
          <w:tcPr>
            <w:tcW w:w="4396" w:type="dxa"/>
          </w:tcPr>
          <w:p w14:paraId="4F7D0D57" w14:textId="77777777" w:rsidR="00EF6539" w:rsidRDefault="00000000">
            <w:pPr>
              <w:rPr>
                <w:rFonts w:hint="eastAsia"/>
              </w:rPr>
            </w:pPr>
            <w:r>
              <w:rPr>
                <w:rFonts w:eastAsia="Sans Serif"/>
              </w:rPr>
              <w:t>Kiti kontaktinio suvirinimo procesai</w:t>
            </w:r>
          </w:p>
        </w:tc>
      </w:tr>
      <w:tr w:rsidR="00EF6539" w14:paraId="7A524DAD" w14:textId="77777777" w:rsidTr="00B354BF">
        <w:trPr>
          <w:trHeight w:val="233"/>
        </w:trPr>
        <w:tc>
          <w:tcPr>
            <w:tcW w:w="738" w:type="dxa"/>
          </w:tcPr>
          <w:p w14:paraId="3A3630A1" w14:textId="77777777" w:rsidR="00EF6539" w:rsidRDefault="00000000">
            <w:pPr>
              <w:rPr>
                <w:rFonts w:hint="eastAsia"/>
              </w:rPr>
            </w:pPr>
            <w:r>
              <w:rPr>
                <w:rFonts w:eastAsia="Sans Serif"/>
              </w:rPr>
              <w:t>291</w:t>
            </w:r>
          </w:p>
        </w:tc>
        <w:tc>
          <w:tcPr>
            <w:tcW w:w="4396" w:type="dxa"/>
          </w:tcPr>
          <w:p w14:paraId="4BF4684E" w14:textId="77777777" w:rsidR="00EF6539" w:rsidRDefault="00000000">
            <w:pPr>
              <w:rPr>
                <w:rFonts w:hint="eastAsia"/>
              </w:rPr>
            </w:pPr>
            <w:r>
              <w:rPr>
                <w:rFonts w:eastAsia="Sans Serif"/>
              </w:rPr>
              <w:t>Kontaktinis aukštadažnis suvirinimas</w:t>
            </w:r>
          </w:p>
        </w:tc>
      </w:tr>
      <w:tr w:rsidR="00EF6539" w14:paraId="1B303251" w14:textId="77777777" w:rsidTr="00B354BF">
        <w:trPr>
          <w:trHeight w:val="233"/>
        </w:trPr>
        <w:tc>
          <w:tcPr>
            <w:tcW w:w="738" w:type="dxa"/>
          </w:tcPr>
          <w:p w14:paraId="427AE1C7" w14:textId="77777777" w:rsidR="00EF6539" w:rsidRDefault="00000000">
            <w:pPr>
              <w:rPr>
                <w:rFonts w:hint="eastAsia"/>
              </w:rPr>
            </w:pPr>
            <w:r>
              <w:rPr>
                <w:rFonts w:eastAsia="Sans Serif"/>
              </w:rPr>
              <w:t>3</w:t>
            </w:r>
          </w:p>
        </w:tc>
        <w:tc>
          <w:tcPr>
            <w:tcW w:w="4396" w:type="dxa"/>
          </w:tcPr>
          <w:p w14:paraId="7F3479C3" w14:textId="77777777" w:rsidR="00EF6539" w:rsidRDefault="00000000">
            <w:pPr>
              <w:rPr>
                <w:rFonts w:hint="eastAsia"/>
              </w:rPr>
            </w:pPr>
            <w:r>
              <w:rPr>
                <w:rFonts w:eastAsia="Sans Serif"/>
              </w:rPr>
              <w:t>Dujinis suvirinimas</w:t>
            </w:r>
          </w:p>
        </w:tc>
      </w:tr>
      <w:tr w:rsidR="00EF6539" w14:paraId="35259560" w14:textId="77777777" w:rsidTr="00B354BF">
        <w:trPr>
          <w:trHeight w:val="233"/>
        </w:trPr>
        <w:tc>
          <w:tcPr>
            <w:tcW w:w="738" w:type="dxa"/>
          </w:tcPr>
          <w:p w14:paraId="2307064C" w14:textId="77777777" w:rsidR="00EF6539" w:rsidRDefault="00000000">
            <w:pPr>
              <w:rPr>
                <w:rFonts w:hint="eastAsia"/>
              </w:rPr>
            </w:pPr>
            <w:r>
              <w:rPr>
                <w:rFonts w:eastAsia="Sans Serif"/>
              </w:rPr>
              <w:t>31</w:t>
            </w:r>
          </w:p>
        </w:tc>
        <w:tc>
          <w:tcPr>
            <w:tcW w:w="4396" w:type="dxa"/>
          </w:tcPr>
          <w:p w14:paraId="5F896647" w14:textId="77777777" w:rsidR="00EF6539" w:rsidRDefault="00000000">
            <w:pPr>
              <w:rPr>
                <w:rFonts w:hint="eastAsia"/>
              </w:rPr>
            </w:pPr>
            <w:r>
              <w:rPr>
                <w:rFonts w:eastAsia="Sans Serif"/>
              </w:rPr>
              <w:t>Dujinis deguoninis suvirinimas</w:t>
            </w:r>
          </w:p>
        </w:tc>
      </w:tr>
      <w:tr w:rsidR="00EF6539" w14:paraId="10464034" w14:textId="77777777" w:rsidTr="00B354BF">
        <w:trPr>
          <w:trHeight w:val="233"/>
        </w:trPr>
        <w:tc>
          <w:tcPr>
            <w:tcW w:w="738" w:type="dxa"/>
          </w:tcPr>
          <w:p w14:paraId="7DE046B5" w14:textId="77777777" w:rsidR="00EF6539" w:rsidRDefault="00000000">
            <w:pPr>
              <w:rPr>
                <w:rFonts w:hint="eastAsia"/>
              </w:rPr>
            </w:pPr>
            <w:r>
              <w:rPr>
                <w:rFonts w:eastAsia="Sans Serif"/>
              </w:rPr>
              <w:t>311</w:t>
            </w:r>
          </w:p>
        </w:tc>
        <w:tc>
          <w:tcPr>
            <w:tcW w:w="4396" w:type="dxa"/>
          </w:tcPr>
          <w:p w14:paraId="20058EDC" w14:textId="77777777" w:rsidR="00EF6539" w:rsidRDefault="00000000">
            <w:pPr>
              <w:rPr>
                <w:rFonts w:hint="eastAsia"/>
              </w:rPr>
            </w:pPr>
            <w:r>
              <w:rPr>
                <w:rFonts w:eastAsia="Sans Serif"/>
              </w:rPr>
              <w:t>Acetileninis deguoninis suvirinimas</w:t>
            </w:r>
          </w:p>
        </w:tc>
      </w:tr>
      <w:tr w:rsidR="00EF6539" w14:paraId="04F12F6D" w14:textId="77777777" w:rsidTr="00B354BF">
        <w:trPr>
          <w:trHeight w:val="233"/>
        </w:trPr>
        <w:tc>
          <w:tcPr>
            <w:tcW w:w="738" w:type="dxa"/>
          </w:tcPr>
          <w:p w14:paraId="7219B9CB" w14:textId="77777777" w:rsidR="00EF6539" w:rsidRDefault="00000000">
            <w:pPr>
              <w:rPr>
                <w:rFonts w:hint="eastAsia"/>
              </w:rPr>
            </w:pPr>
            <w:r>
              <w:rPr>
                <w:rFonts w:eastAsia="Sans Serif"/>
              </w:rPr>
              <w:t>312</w:t>
            </w:r>
          </w:p>
        </w:tc>
        <w:tc>
          <w:tcPr>
            <w:tcW w:w="4396" w:type="dxa"/>
          </w:tcPr>
          <w:p w14:paraId="5FF995B5" w14:textId="77777777" w:rsidR="00EF6539" w:rsidRDefault="00000000">
            <w:pPr>
              <w:rPr>
                <w:rFonts w:hint="eastAsia"/>
              </w:rPr>
            </w:pPr>
            <w:r>
              <w:rPr>
                <w:rFonts w:eastAsia="Sans Serif"/>
              </w:rPr>
              <w:t>Propaninis deguoninis suvirinimas</w:t>
            </w:r>
          </w:p>
        </w:tc>
      </w:tr>
      <w:tr w:rsidR="00EF6539" w14:paraId="6BD098F0" w14:textId="77777777" w:rsidTr="00B354BF">
        <w:trPr>
          <w:trHeight w:val="233"/>
        </w:trPr>
        <w:tc>
          <w:tcPr>
            <w:tcW w:w="738" w:type="dxa"/>
          </w:tcPr>
          <w:p w14:paraId="33B526F0" w14:textId="77777777" w:rsidR="00EF6539" w:rsidRDefault="00000000">
            <w:pPr>
              <w:rPr>
                <w:rFonts w:hint="eastAsia"/>
              </w:rPr>
            </w:pPr>
            <w:r>
              <w:rPr>
                <w:rFonts w:eastAsia="Sans Serif"/>
              </w:rPr>
              <w:t>313</w:t>
            </w:r>
          </w:p>
        </w:tc>
        <w:tc>
          <w:tcPr>
            <w:tcW w:w="4396" w:type="dxa"/>
          </w:tcPr>
          <w:p w14:paraId="47A3A3D2" w14:textId="77777777" w:rsidR="00EF6539" w:rsidRDefault="00000000">
            <w:pPr>
              <w:rPr>
                <w:rFonts w:hint="eastAsia"/>
              </w:rPr>
            </w:pPr>
            <w:r>
              <w:rPr>
                <w:rFonts w:eastAsia="Sans Serif"/>
              </w:rPr>
              <w:t>Vandenilinis deguoninis suvirinimas</w:t>
            </w:r>
          </w:p>
        </w:tc>
      </w:tr>
      <w:tr w:rsidR="00EF6539" w14:paraId="267DABE7" w14:textId="77777777" w:rsidTr="00B354BF">
        <w:trPr>
          <w:trHeight w:val="233"/>
        </w:trPr>
        <w:tc>
          <w:tcPr>
            <w:tcW w:w="738" w:type="dxa"/>
          </w:tcPr>
          <w:p w14:paraId="3C880D5F" w14:textId="77777777" w:rsidR="00EF6539" w:rsidRDefault="00000000">
            <w:pPr>
              <w:rPr>
                <w:rFonts w:hint="eastAsia"/>
              </w:rPr>
            </w:pPr>
            <w:r>
              <w:rPr>
                <w:rFonts w:eastAsia="Sans Serif"/>
              </w:rPr>
              <w:t>4</w:t>
            </w:r>
          </w:p>
        </w:tc>
        <w:tc>
          <w:tcPr>
            <w:tcW w:w="4396" w:type="dxa"/>
          </w:tcPr>
          <w:p w14:paraId="4A75DBCA" w14:textId="77777777" w:rsidR="00EF6539" w:rsidRDefault="00000000">
            <w:pPr>
              <w:rPr>
                <w:rFonts w:hint="eastAsia"/>
              </w:rPr>
            </w:pPr>
            <w:r>
              <w:rPr>
                <w:rFonts w:eastAsia="Sans Serif"/>
              </w:rPr>
              <w:t>Slėginis suvirinimas</w:t>
            </w:r>
          </w:p>
        </w:tc>
      </w:tr>
      <w:tr w:rsidR="00EF6539" w14:paraId="257B746E" w14:textId="77777777" w:rsidTr="00B354BF">
        <w:trPr>
          <w:trHeight w:val="233"/>
        </w:trPr>
        <w:tc>
          <w:tcPr>
            <w:tcW w:w="738" w:type="dxa"/>
          </w:tcPr>
          <w:p w14:paraId="3E387663" w14:textId="77777777" w:rsidR="00EF6539" w:rsidRDefault="00000000">
            <w:pPr>
              <w:rPr>
                <w:rFonts w:hint="eastAsia"/>
              </w:rPr>
            </w:pPr>
            <w:r>
              <w:rPr>
                <w:rFonts w:eastAsia="Sans Serif"/>
              </w:rPr>
              <w:t>41</w:t>
            </w:r>
          </w:p>
        </w:tc>
        <w:tc>
          <w:tcPr>
            <w:tcW w:w="4396" w:type="dxa"/>
          </w:tcPr>
          <w:p w14:paraId="17229A05" w14:textId="77777777" w:rsidR="00EF6539" w:rsidRDefault="00000000">
            <w:pPr>
              <w:rPr>
                <w:rFonts w:hint="eastAsia"/>
              </w:rPr>
            </w:pPr>
            <w:r>
              <w:rPr>
                <w:rFonts w:eastAsia="Sans Serif"/>
              </w:rPr>
              <w:t>Ultragarsinis suvirinimas</w:t>
            </w:r>
          </w:p>
        </w:tc>
      </w:tr>
      <w:tr w:rsidR="00EF6539" w14:paraId="13C11707" w14:textId="77777777" w:rsidTr="00B354BF">
        <w:trPr>
          <w:trHeight w:val="233"/>
        </w:trPr>
        <w:tc>
          <w:tcPr>
            <w:tcW w:w="738" w:type="dxa"/>
          </w:tcPr>
          <w:p w14:paraId="0C2E65CC" w14:textId="77777777" w:rsidR="00EF6539" w:rsidRDefault="00000000">
            <w:pPr>
              <w:rPr>
                <w:rFonts w:hint="eastAsia"/>
              </w:rPr>
            </w:pPr>
            <w:r>
              <w:rPr>
                <w:rFonts w:eastAsia="Sans Serif"/>
              </w:rPr>
              <w:t>42</w:t>
            </w:r>
          </w:p>
        </w:tc>
        <w:tc>
          <w:tcPr>
            <w:tcW w:w="4396" w:type="dxa"/>
          </w:tcPr>
          <w:p w14:paraId="6B0401AC" w14:textId="77777777" w:rsidR="00EF6539" w:rsidRDefault="00000000">
            <w:pPr>
              <w:rPr>
                <w:rFonts w:hint="eastAsia"/>
              </w:rPr>
            </w:pPr>
            <w:r>
              <w:rPr>
                <w:rFonts w:eastAsia="Sans Serif"/>
              </w:rPr>
              <w:t>Trintinis suvirinimas</w:t>
            </w:r>
          </w:p>
        </w:tc>
      </w:tr>
      <w:tr w:rsidR="00EF6539" w14:paraId="19837BC6" w14:textId="77777777" w:rsidTr="00B354BF">
        <w:trPr>
          <w:trHeight w:val="233"/>
        </w:trPr>
        <w:tc>
          <w:tcPr>
            <w:tcW w:w="738" w:type="dxa"/>
          </w:tcPr>
          <w:p w14:paraId="719D1E76" w14:textId="77777777" w:rsidR="00EF6539" w:rsidRDefault="00000000">
            <w:pPr>
              <w:rPr>
                <w:rFonts w:hint="eastAsia"/>
              </w:rPr>
            </w:pPr>
            <w:r>
              <w:rPr>
                <w:rFonts w:eastAsia="Sans Serif"/>
              </w:rPr>
              <w:t>44</w:t>
            </w:r>
          </w:p>
        </w:tc>
        <w:tc>
          <w:tcPr>
            <w:tcW w:w="4396" w:type="dxa"/>
          </w:tcPr>
          <w:p w14:paraId="33A69A8A" w14:textId="77777777" w:rsidR="00EF6539" w:rsidRDefault="00000000">
            <w:pPr>
              <w:rPr>
                <w:rFonts w:hint="eastAsia"/>
              </w:rPr>
            </w:pPr>
            <w:r>
              <w:rPr>
                <w:rFonts w:eastAsia="Sans Serif"/>
              </w:rPr>
              <w:t>Suvirinimas didele mechanine energija</w:t>
            </w:r>
          </w:p>
        </w:tc>
      </w:tr>
      <w:tr w:rsidR="00EF6539" w14:paraId="106BAA55" w14:textId="77777777" w:rsidTr="00B354BF">
        <w:trPr>
          <w:trHeight w:val="233"/>
        </w:trPr>
        <w:tc>
          <w:tcPr>
            <w:tcW w:w="738" w:type="dxa"/>
          </w:tcPr>
          <w:p w14:paraId="64301406" w14:textId="77777777" w:rsidR="00EF6539" w:rsidRDefault="00000000">
            <w:pPr>
              <w:rPr>
                <w:rFonts w:hint="eastAsia"/>
              </w:rPr>
            </w:pPr>
            <w:r>
              <w:rPr>
                <w:rFonts w:eastAsia="Sans Serif"/>
              </w:rPr>
              <w:t>441</w:t>
            </w:r>
          </w:p>
        </w:tc>
        <w:tc>
          <w:tcPr>
            <w:tcW w:w="4396" w:type="dxa"/>
          </w:tcPr>
          <w:p w14:paraId="237D13C1" w14:textId="77777777" w:rsidR="00EF6539" w:rsidRDefault="00000000">
            <w:pPr>
              <w:rPr>
                <w:rFonts w:hint="eastAsia"/>
              </w:rPr>
            </w:pPr>
            <w:r>
              <w:rPr>
                <w:rFonts w:eastAsia="Sans Serif"/>
              </w:rPr>
              <w:t>Suvirinimas sprogimu</w:t>
            </w:r>
          </w:p>
        </w:tc>
      </w:tr>
      <w:tr w:rsidR="00EF6539" w14:paraId="51134545" w14:textId="77777777" w:rsidTr="00B354BF">
        <w:trPr>
          <w:trHeight w:val="233"/>
        </w:trPr>
        <w:tc>
          <w:tcPr>
            <w:tcW w:w="738" w:type="dxa"/>
          </w:tcPr>
          <w:p w14:paraId="0D7242D8" w14:textId="77777777" w:rsidR="00EF6539" w:rsidRDefault="00000000">
            <w:pPr>
              <w:rPr>
                <w:rFonts w:hint="eastAsia"/>
              </w:rPr>
            </w:pPr>
            <w:r>
              <w:rPr>
                <w:rFonts w:eastAsia="Sans Serif"/>
              </w:rPr>
              <w:t>45</w:t>
            </w:r>
          </w:p>
        </w:tc>
        <w:tc>
          <w:tcPr>
            <w:tcW w:w="4396" w:type="dxa"/>
          </w:tcPr>
          <w:p w14:paraId="737B0247" w14:textId="77777777" w:rsidR="00EF6539" w:rsidRDefault="00000000">
            <w:pPr>
              <w:rPr>
                <w:rFonts w:hint="eastAsia"/>
              </w:rPr>
            </w:pPr>
            <w:r>
              <w:rPr>
                <w:rFonts w:eastAsia="Sans Serif"/>
              </w:rPr>
              <w:t>Difuzinis suvirinimas</w:t>
            </w:r>
          </w:p>
        </w:tc>
      </w:tr>
      <w:tr w:rsidR="00EF6539" w14:paraId="2811508F" w14:textId="77777777" w:rsidTr="00B354BF">
        <w:trPr>
          <w:trHeight w:val="233"/>
        </w:trPr>
        <w:tc>
          <w:tcPr>
            <w:tcW w:w="738" w:type="dxa"/>
          </w:tcPr>
          <w:p w14:paraId="6B553C0F" w14:textId="77777777" w:rsidR="00EF6539" w:rsidRDefault="00000000">
            <w:pPr>
              <w:rPr>
                <w:rFonts w:hint="eastAsia"/>
              </w:rPr>
            </w:pPr>
            <w:r>
              <w:rPr>
                <w:rFonts w:eastAsia="Sans Serif"/>
              </w:rPr>
              <w:t>47</w:t>
            </w:r>
          </w:p>
        </w:tc>
        <w:tc>
          <w:tcPr>
            <w:tcW w:w="4396" w:type="dxa"/>
          </w:tcPr>
          <w:p w14:paraId="3FEDFD0A" w14:textId="77777777" w:rsidR="00EF6539" w:rsidRDefault="00000000">
            <w:pPr>
              <w:rPr>
                <w:rFonts w:hint="eastAsia"/>
              </w:rPr>
            </w:pPr>
            <w:r>
              <w:rPr>
                <w:rFonts w:eastAsia="Sans Serif"/>
              </w:rPr>
              <w:t>Dujinis slėginis suvirinimas</w:t>
            </w:r>
          </w:p>
        </w:tc>
      </w:tr>
      <w:tr w:rsidR="00EF6539" w14:paraId="7C37F615" w14:textId="77777777" w:rsidTr="00B354BF">
        <w:trPr>
          <w:trHeight w:val="233"/>
        </w:trPr>
        <w:tc>
          <w:tcPr>
            <w:tcW w:w="738" w:type="dxa"/>
          </w:tcPr>
          <w:p w14:paraId="3B4C5551" w14:textId="77777777" w:rsidR="00EF6539" w:rsidRDefault="00000000">
            <w:pPr>
              <w:rPr>
                <w:rFonts w:hint="eastAsia"/>
              </w:rPr>
            </w:pPr>
            <w:r>
              <w:rPr>
                <w:rFonts w:eastAsia="Sans Serif"/>
              </w:rPr>
              <w:t>48</w:t>
            </w:r>
          </w:p>
        </w:tc>
        <w:tc>
          <w:tcPr>
            <w:tcW w:w="4396" w:type="dxa"/>
          </w:tcPr>
          <w:p w14:paraId="7A71D652" w14:textId="77777777" w:rsidR="00EF6539" w:rsidRDefault="00000000">
            <w:pPr>
              <w:rPr>
                <w:rFonts w:hint="eastAsia"/>
              </w:rPr>
            </w:pPr>
            <w:r>
              <w:rPr>
                <w:rFonts w:eastAsia="Sans Serif"/>
              </w:rPr>
              <w:t>Šaltasis suvirinimas</w:t>
            </w:r>
          </w:p>
        </w:tc>
      </w:tr>
      <w:tr w:rsidR="00EF6539" w14:paraId="73A1D2F8" w14:textId="77777777" w:rsidTr="00B354BF">
        <w:trPr>
          <w:trHeight w:val="233"/>
        </w:trPr>
        <w:tc>
          <w:tcPr>
            <w:tcW w:w="738" w:type="dxa"/>
          </w:tcPr>
          <w:p w14:paraId="09E86BDC" w14:textId="77777777" w:rsidR="00EF6539" w:rsidRDefault="00000000">
            <w:pPr>
              <w:rPr>
                <w:rFonts w:hint="eastAsia"/>
              </w:rPr>
            </w:pPr>
            <w:r>
              <w:rPr>
                <w:rFonts w:eastAsia="Sans Serif"/>
              </w:rPr>
              <w:t>5</w:t>
            </w:r>
          </w:p>
        </w:tc>
        <w:tc>
          <w:tcPr>
            <w:tcW w:w="4396" w:type="dxa"/>
          </w:tcPr>
          <w:p w14:paraId="347E7D83" w14:textId="77777777" w:rsidR="00EF6539" w:rsidRDefault="00000000">
            <w:pPr>
              <w:rPr>
                <w:rFonts w:hint="eastAsia"/>
              </w:rPr>
            </w:pPr>
            <w:r>
              <w:rPr>
                <w:rFonts w:eastAsia="Sans Serif"/>
              </w:rPr>
              <w:t>Pluoštinis suvirinimas</w:t>
            </w:r>
          </w:p>
        </w:tc>
      </w:tr>
      <w:tr w:rsidR="00EF6539" w14:paraId="01048261" w14:textId="77777777" w:rsidTr="00B354BF">
        <w:trPr>
          <w:trHeight w:val="233"/>
        </w:trPr>
        <w:tc>
          <w:tcPr>
            <w:tcW w:w="738" w:type="dxa"/>
          </w:tcPr>
          <w:p w14:paraId="22275FC5" w14:textId="77777777" w:rsidR="00EF6539" w:rsidRDefault="00000000">
            <w:pPr>
              <w:rPr>
                <w:rFonts w:hint="eastAsia"/>
              </w:rPr>
            </w:pPr>
            <w:r>
              <w:rPr>
                <w:rFonts w:eastAsia="Sans Serif"/>
              </w:rPr>
              <w:t>51</w:t>
            </w:r>
          </w:p>
        </w:tc>
        <w:tc>
          <w:tcPr>
            <w:tcW w:w="4396" w:type="dxa"/>
          </w:tcPr>
          <w:p w14:paraId="5B91BCCA" w14:textId="77777777" w:rsidR="00EF6539" w:rsidRDefault="00000000">
            <w:pPr>
              <w:rPr>
                <w:rFonts w:hint="eastAsia"/>
              </w:rPr>
            </w:pPr>
            <w:r>
              <w:rPr>
                <w:rFonts w:eastAsia="Sans Serif"/>
              </w:rPr>
              <w:t>Elektronpluoštinis suvirinimas</w:t>
            </w:r>
          </w:p>
        </w:tc>
      </w:tr>
      <w:tr w:rsidR="00EF6539" w14:paraId="561FB5DE" w14:textId="77777777" w:rsidTr="00B354BF">
        <w:trPr>
          <w:trHeight w:val="233"/>
        </w:trPr>
        <w:tc>
          <w:tcPr>
            <w:tcW w:w="738" w:type="dxa"/>
          </w:tcPr>
          <w:p w14:paraId="250A736B" w14:textId="77777777" w:rsidR="00EF6539" w:rsidRDefault="00000000">
            <w:pPr>
              <w:rPr>
                <w:rFonts w:hint="eastAsia"/>
              </w:rPr>
            </w:pPr>
            <w:r>
              <w:rPr>
                <w:rFonts w:eastAsia="Sans Serif"/>
              </w:rPr>
              <w:t>511</w:t>
            </w:r>
          </w:p>
        </w:tc>
        <w:tc>
          <w:tcPr>
            <w:tcW w:w="4396" w:type="dxa"/>
          </w:tcPr>
          <w:p w14:paraId="1CFAA1D9" w14:textId="77777777" w:rsidR="00EF6539" w:rsidRDefault="00000000">
            <w:pPr>
              <w:rPr>
                <w:rFonts w:hint="eastAsia"/>
              </w:rPr>
            </w:pPr>
            <w:r>
              <w:rPr>
                <w:rFonts w:eastAsia="Sans Serif"/>
              </w:rPr>
              <w:t>Elektronpluoštis suvirinimas vakuumu</w:t>
            </w:r>
          </w:p>
        </w:tc>
      </w:tr>
      <w:tr w:rsidR="00EF6539" w14:paraId="474C4799" w14:textId="77777777" w:rsidTr="00B354BF">
        <w:trPr>
          <w:trHeight w:val="233"/>
        </w:trPr>
        <w:tc>
          <w:tcPr>
            <w:tcW w:w="738" w:type="dxa"/>
          </w:tcPr>
          <w:p w14:paraId="1990F867" w14:textId="77777777" w:rsidR="00EF6539" w:rsidRDefault="00000000">
            <w:pPr>
              <w:rPr>
                <w:rFonts w:hint="eastAsia"/>
              </w:rPr>
            </w:pPr>
            <w:r>
              <w:rPr>
                <w:rFonts w:eastAsia="Sans Serif"/>
              </w:rPr>
              <w:t>512</w:t>
            </w:r>
          </w:p>
        </w:tc>
        <w:tc>
          <w:tcPr>
            <w:tcW w:w="4396" w:type="dxa"/>
          </w:tcPr>
          <w:p w14:paraId="6996551E" w14:textId="77777777" w:rsidR="00EF6539" w:rsidRDefault="00000000">
            <w:pPr>
              <w:rPr>
                <w:rFonts w:hint="eastAsia"/>
              </w:rPr>
            </w:pPr>
            <w:r>
              <w:rPr>
                <w:rFonts w:eastAsia="Sans Serif"/>
              </w:rPr>
              <w:t>Elektronpluoštis suvirinimas ore</w:t>
            </w:r>
          </w:p>
        </w:tc>
      </w:tr>
      <w:tr w:rsidR="00EF6539" w14:paraId="1CB2F9CE" w14:textId="77777777" w:rsidTr="00B354BF">
        <w:trPr>
          <w:trHeight w:val="233"/>
        </w:trPr>
        <w:tc>
          <w:tcPr>
            <w:tcW w:w="738" w:type="dxa"/>
          </w:tcPr>
          <w:p w14:paraId="5463A168" w14:textId="77777777" w:rsidR="00EF6539" w:rsidRDefault="00000000">
            <w:pPr>
              <w:rPr>
                <w:rFonts w:hint="eastAsia"/>
              </w:rPr>
            </w:pPr>
            <w:r>
              <w:rPr>
                <w:rFonts w:eastAsia="Sans Serif"/>
              </w:rPr>
              <w:t>52</w:t>
            </w:r>
          </w:p>
        </w:tc>
        <w:tc>
          <w:tcPr>
            <w:tcW w:w="4396" w:type="dxa"/>
          </w:tcPr>
          <w:p w14:paraId="0D33F10B" w14:textId="77777777" w:rsidR="00EF6539" w:rsidRDefault="00000000">
            <w:pPr>
              <w:rPr>
                <w:rFonts w:hint="eastAsia"/>
              </w:rPr>
            </w:pPr>
            <w:r>
              <w:rPr>
                <w:rFonts w:eastAsia="Sans Serif"/>
              </w:rPr>
              <w:t>Lazerinis suvirinimas</w:t>
            </w:r>
          </w:p>
        </w:tc>
      </w:tr>
      <w:tr w:rsidR="00EF6539" w14:paraId="1E5E1848" w14:textId="77777777" w:rsidTr="00B354BF">
        <w:trPr>
          <w:trHeight w:val="233"/>
        </w:trPr>
        <w:tc>
          <w:tcPr>
            <w:tcW w:w="738" w:type="dxa"/>
          </w:tcPr>
          <w:p w14:paraId="19262044" w14:textId="77777777" w:rsidR="00EF6539" w:rsidRDefault="00000000">
            <w:pPr>
              <w:rPr>
                <w:rFonts w:hint="eastAsia"/>
              </w:rPr>
            </w:pPr>
            <w:r>
              <w:rPr>
                <w:rFonts w:eastAsia="Sans Serif"/>
              </w:rPr>
              <w:t>521</w:t>
            </w:r>
          </w:p>
        </w:tc>
        <w:tc>
          <w:tcPr>
            <w:tcW w:w="4396" w:type="dxa"/>
          </w:tcPr>
          <w:p w14:paraId="66B08EAB" w14:textId="77777777" w:rsidR="00EF6539" w:rsidRDefault="00000000">
            <w:pPr>
              <w:rPr>
                <w:rFonts w:hint="eastAsia"/>
              </w:rPr>
            </w:pPr>
            <w:r>
              <w:rPr>
                <w:rFonts w:eastAsia="Sans Serif"/>
              </w:rPr>
              <w:t>Suvirinimas</w:t>
            </w:r>
          </w:p>
        </w:tc>
      </w:tr>
      <w:tr w:rsidR="00EF6539" w14:paraId="085481EA" w14:textId="77777777" w:rsidTr="00B354BF">
        <w:trPr>
          <w:trHeight w:val="233"/>
        </w:trPr>
        <w:tc>
          <w:tcPr>
            <w:tcW w:w="738" w:type="dxa"/>
          </w:tcPr>
          <w:p w14:paraId="1AD633B0" w14:textId="77777777" w:rsidR="00EF6539" w:rsidRDefault="00000000">
            <w:pPr>
              <w:rPr>
                <w:rFonts w:hint="eastAsia"/>
              </w:rPr>
            </w:pPr>
            <w:r>
              <w:rPr>
                <w:rFonts w:eastAsia="Sans Serif"/>
              </w:rPr>
              <w:t>522</w:t>
            </w:r>
          </w:p>
        </w:tc>
        <w:tc>
          <w:tcPr>
            <w:tcW w:w="4396" w:type="dxa"/>
          </w:tcPr>
          <w:p w14:paraId="26899CE3" w14:textId="77777777" w:rsidR="00EF6539" w:rsidRDefault="00000000">
            <w:pPr>
              <w:rPr>
                <w:rFonts w:hint="eastAsia"/>
              </w:rPr>
            </w:pPr>
            <w:r>
              <w:rPr>
                <w:rFonts w:eastAsia="Sans Serif"/>
              </w:rPr>
              <w:t>Suvirinimas dujiniu lazeriu</w:t>
            </w:r>
          </w:p>
        </w:tc>
      </w:tr>
      <w:tr w:rsidR="00EF6539" w14:paraId="40C7C86A" w14:textId="77777777" w:rsidTr="00B354BF">
        <w:trPr>
          <w:trHeight w:val="233"/>
        </w:trPr>
        <w:tc>
          <w:tcPr>
            <w:tcW w:w="738" w:type="dxa"/>
          </w:tcPr>
          <w:p w14:paraId="2D08B27E" w14:textId="77777777" w:rsidR="00EF6539" w:rsidRDefault="00000000">
            <w:pPr>
              <w:rPr>
                <w:rFonts w:hint="eastAsia"/>
              </w:rPr>
            </w:pPr>
            <w:r>
              <w:rPr>
                <w:rFonts w:eastAsia="Sans Serif"/>
              </w:rPr>
              <w:t>7</w:t>
            </w:r>
          </w:p>
        </w:tc>
        <w:tc>
          <w:tcPr>
            <w:tcW w:w="4396" w:type="dxa"/>
          </w:tcPr>
          <w:p w14:paraId="41B4665D" w14:textId="77777777" w:rsidR="00EF6539" w:rsidRDefault="00000000">
            <w:pPr>
              <w:rPr>
                <w:rFonts w:hint="eastAsia"/>
              </w:rPr>
            </w:pPr>
            <w:r>
              <w:rPr>
                <w:rFonts w:eastAsia="Sans Serif"/>
              </w:rPr>
              <w:t>Kiti suvirinimo procesai</w:t>
            </w:r>
          </w:p>
        </w:tc>
      </w:tr>
      <w:tr w:rsidR="00EF6539" w14:paraId="55E5D890" w14:textId="77777777" w:rsidTr="00B354BF">
        <w:trPr>
          <w:trHeight w:val="233"/>
        </w:trPr>
        <w:tc>
          <w:tcPr>
            <w:tcW w:w="738" w:type="dxa"/>
          </w:tcPr>
          <w:p w14:paraId="4B60610D" w14:textId="77777777" w:rsidR="00EF6539" w:rsidRDefault="00000000">
            <w:pPr>
              <w:rPr>
                <w:rFonts w:hint="eastAsia"/>
              </w:rPr>
            </w:pPr>
            <w:r>
              <w:rPr>
                <w:rFonts w:eastAsia="Sans Serif"/>
              </w:rPr>
              <w:t>71</w:t>
            </w:r>
          </w:p>
        </w:tc>
        <w:tc>
          <w:tcPr>
            <w:tcW w:w="4396" w:type="dxa"/>
          </w:tcPr>
          <w:p w14:paraId="4B7801B2" w14:textId="77777777" w:rsidR="00EF6539" w:rsidRDefault="00000000">
            <w:pPr>
              <w:rPr>
                <w:rFonts w:hint="eastAsia"/>
              </w:rPr>
            </w:pPr>
            <w:r>
              <w:rPr>
                <w:rFonts w:eastAsia="Sans Serif"/>
              </w:rPr>
              <w:t>Termitinis suvirinimas</w:t>
            </w:r>
          </w:p>
        </w:tc>
      </w:tr>
      <w:tr w:rsidR="00EF6539" w14:paraId="4B34B797" w14:textId="77777777" w:rsidTr="00B354BF">
        <w:trPr>
          <w:trHeight w:val="233"/>
        </w:trPr>
        <w:tc>
          <w:tcPr>
            <w:tcW w:w="738" w:type="dxa"/>
          </w:tcPr>
          <w:p w14:paraId="6DB1F06A" w14:textId="77777777" w:rsidR="00EF6539" w:rsidRDefault="00000000">
            <w:pPr>
              <w:rPr>
                <w:rFonts w:hint="eastAsia"/>
              </w:rPr>
            </w:pPr>
            <w:r>
              <w:rPr>
                <w:rFonts w:eastAsia="Sans Serif"/>
              </w:rPr>
              <w:t>72</w:t>
            </w:r>
          </w:p>
        </w:tc>
        <w:tc>
          <w:tcPr>
            <w:tcW w:w="4396" w:type="dxa"/>
          </w:tcPr>
          <w:p w14:paraId="5E61061F" w14:textId="77777777" w:rsidR="00EF6539" w:rsidRDefault="00000000">
            <w:pPr>
              <w:rPr>
                <w:rFonts w:hint="eastAsia"/>
              </w:rPr>
            </w:pPr>
            <w:r>
              <w:rPr>
                <w:rFonts w:eastAsia="Sans Serif"/>
              </w:rPr>
              <w:t>Elektrošlakinis suvirinimas</w:t>
            </w:r>
          </w:p>
        </w:tc>
      </w:tr>
      <w:tr w:rsidR="00EF6539" w14:paraId="279AC97F" w14:textId="77777777" w:rsidTr="00B354BF">
        <w:trPr>
          <w:trHeight w:val="233"/>
        </w:trPr>
        <w:tc>
          <w:tcPr>
            <w:tcW w:w="738" w:type="dxa"/>
          </w:tcPr>
          <w:p w14:paraId="4073FE03" w14:textId="77777777" w:rsidR="00EF6539" w:rsidRDefault="00000000">
            <w:pPr>
              <w:rPr>
                <w:rFonts w:hint="eastAsia"/>
              </w:rPr>
            </w:pPr>
            <w:r>
              <w:rPr>
                <w:rFonts w:eastAsia="Sans Serif"/>
              </w:rPr>
              <w:t>73</w:t>
            </w:r>
          </w:p>
        </w:tc>
        <w:tc>
          <w:tcPr>
            <w:tcW w:w="4396" w:type="dxa"/>
          </w:tcPr>
          <w:p w14:paraId="3CE490FB" w14:textId="77777777" w:rsidR="00EF6539" w:rsidRDefault="00000000">
            <w:pPr>
              <w:rPr>
                <w:rFonts w:hint="eastAsia"/>
              </w:rPr>
            </w:pPr>
            <w:r>
              <w:rPr>
                <w:rFonts w:eastAsia="Sans Serif"/>
              </w:rPr>
              <w:t>Elektrodujinis suvirinimas</w:t>
            </w:r>
          </w:p>
        </w:tc>
      </w:tr>
      <w:tr w:rsidR="00EF6539" w14:paraId="46782569" w14:textId="77777777" w:rsidTr="00B354BF">
        <w:trPr>
          <w:trHeight w:val="233"/>
        </w:trPr>
        <w:tc>
          <w:tcPr>
            <w:tcW w:w="738" w:type="dxa"/>
          </w:tcPr>
          <w:p w14:paraId="7830DE95" w14:textId="77777777" w:rsidR="00EF6539" w:rsidRDefault="00000000">
            <w:pPr>
              <w:rPr>
                <w:rFonts w:hint="eastAsia"/>
              </w:rPr>
            </w:pPr>
            <w:r>
              <w:rPr>
                <w:rFonts w:eastAsia="Sans Serif"/>
              </w:rPr>
              <w:t>74</w:t>
            </w:r>
          </w:p>
        </w:tc>
        <w:tc>
          <w:tcPr>
            <w:tcW w:w="4396" w:type="dxa"/>
          </w:tcPr>
          <w:p w14:paraId="05D7E4FB" w14:textId="77777777" w:rsidR="00EF6539" w:rsidRDefault="00000000">
            <w:pPr>
              <w:rPr>
                <w:rFonts w:hint="eastAsia"/>
              </w:rPr>
            </w:pPr>
            <w:r>
              <w:rPr>
                <w:rFonts w:eastAsia="Sans Serif"/>
              </w:rPr>
              <w:t>Indukcinis suvirinimas</w:t>
            </w:r>
          </w:p>
        </w:tc>
      </w:tr>
      <w:tr w:rsidR="00EF6539" w14:paraId="57701CED" w14:textId="77777777" w:rsidTr="00B354BF">
        <w:trPr>
          <w:trHeight w:val="233"/>
        </w:trPr>
        <w:tc>
          <w:tcPr>
            <w:tcW w:w="738" w:type="dxa"/>
          </w:tcPr>
          <w:p w14:paraId="0A3FF7C7" w14:textId="77777777" w:rsidR="00EF6539" w:rsidRDefault="00000000">
            <w:pPr>
              <w:rPr>
                <w:rFonts w:hint="eastAsia"/>
              </w:rPr>
            </w:pPr>
            <w:r>
              <w:rPr>
                <w:rFonts w:eastAsia="Sans Serif"/>
              </w:rPr>
              <w:t>741</w:t>
            </w:r>
          </w:p>
        </w:tc>
        <w:tc>
          <w:tcPr>
            <w:tcW w:w="4396" w:type="dxa"/>
          </w:tcPr>
          <w:p w14:paraId="53113D79" w14:textId="77777777" w:rsidR="00EF6539" w:rsidRDefault="00000000">
            <w:pPr>
              <w:rPr>
                <w:rFonts w:hint="eastAsia"/>
              </w:rPr>
            </w:pPr>
            <w:r>
              <w:rPr>
                <w:rFonts w:eastAsia="Sans Serif"/>
              </w:rPr>
              <w:t>Indukcinis sandūrinis suvirinimas</w:t>
            </w:r>
          </w:p>
        </w:tc>
      </w:tr>
      <w:tr w:rsidR="00EF6539" w14:paraId="31F46E4C" w14:textId="77777777" w:rsidTr="00B354BF">
        <w:trPr>
          <w:trHeight w:val="233"/>
        </w:trPr>
        <w:tc>
          <w:tcPr>
            <w:tcW w:w="738" w:type="dxa"/>
          </w:tcPr>
          <w:p w14:paraId="0312A55D" w14:textId="77777777" w:rsidR="00EF6539" w:rsidRDefault="00000000">
            <w:pPr>
              <w:rPr>
                <w:rFonts w:hint="eastAsia"/>
              </w:rPr>
            </w:pPr>
            <w:r>
              <w:rPr>
                <w:rFonts w:eastAsia="Sans Serif"/>
              </w:rPr>
              <w:t>742</w:t>
            </w:r>
          </w:p>
        </w:tc>
        <w:tc>
          <w:tcPr>
            <w:tcW w:w="4396" w:type="dxa"/>
          </w:tcPr>
          <w:p w14:paraId="7D5E9E86" w14:textId="77777777" w:rsidR="00EF6539" w:rsidRDefault="00000000">
            <w:pPr>
              <w:rPr>
                <w:rFonts w:hint="eastAsia"/>
              </w:rPr>
            </w:pPr>
            <w:r>
              <w:rPr>
                <w:rFonts w:eastAsia="Sans Serif"/>
              </w:rPr>
              <w:t>Indukcinis siūlinis suvirinimas</w:t>
            </w:r>
          </w:p>
        </w:tc>
      </w:tr>
      <w:tr w:rsidR="00EF6539" w14:paraId="44968C62" w14:textId="77777777" w:rsidTr="00B354BF">
        <w:trPr>
          <w:trHeight w:val="233"/>
        </w:trPr>
        <w:tc>
          <w:tcPr>
            <w:tcW w:w="738" w:type="dxa"/>
          </w:tcPr>
          <w:p w14:paraId="09382E82" w14:textId="77777777" w:rsidR="00EF6539" w:rsidRDefault="00000000">
            <w:pPr>
              <w:rPr>
                <w:rFonts w:hint="eastAsia"/>
              </w:rPr>
            </w:pPr>
            <w:r>
              <w:rPr>
                <w:rFonts w:eastAsia="Sans Serif"/>
              </w:rPr>
              <w:t>75</w:t>
            </w:r>
          </w:p>
        </w:tc>
        <w:tc>
          <w:tcPr>
            <w:tcW w:w="4396" w:type="dxa"/>
          </w:tcPr>
          <w:p w14:paraId="4B5CDCFC" w14:textId="77777777" w:rsidR="00EF6539" w:rsidRDefault="00000000">
            <w:pPr>
              <w:rPr>
                <w:rFonts w:hint="eastAsia"/>
              </w:rPr>
            </w:pPr>
            <w:r>
              <w:rPr>
                <w:rFonts w:eastAsia="Sans Serif"/>
              </w:rPr>
              <w:t>Šviespluoštis suvirinimas</w:t>
            </w:r>
          </w:p>
        </w:tc>
      </w:tr>
      <w:tr w:rsidR="00EF6539" w14:paraId="2CF8CAA5" w14:textId="77777777" w:rsidTr="00B354BF">
        <w:trPr>
          <w:trHeight w:val="233"/>
        </w:trPr>
        <w:tc>
          <w:tcPr>
            <w:tcW w:w="738" w:type="dxa"/>
          </w:tcPr>
          <w:p w14:paraId="5E946776" w14:textId="77777777" w:rsidR="00EF6539" w:rsidRDefault="00000000">
            <w:pPr>
              <w:rPr>
                <w:rFonts w:hint="eastAsia"/>
              </w:rPr>
            </w:pPr>
            <w:r>
              <w:rPr>
                <w:rFonts w:eastAsia="Sans Serif"/>
              </w:rPr>
              <w:t>753</w:t>
            </w:r>
          </w:p>
        </w:tc>
        <w:tc>
          <w:tcPr>
            <w:tcW w:w="4396" w:type="dxa"/>
          </w:tcPr>
          <w:p w14:paraId="7E520E3A" w14:textId="77777777" w:rsidR="00EF6539" w:rsidRDefault="00000000">
            <w:pPr>
              <w:rPr>
                <w:rFonts w:hint="eastAsia"/>
              </w:rPr>
            </w:pPr>
            <w:r>
              <w:rPr>
                <w:rFonts w:eastAsia="Sans Serif"/>
              </w:rPr>
              <w:t>Infraraudonpluoštis suvirinimas</w:t>
            </w:r>
          </w:p>
        </w:tc>
      </w:tr>
      <w:tr w:rsidR="00EF6539" w14:paraId="2DD3E918" w14:textId="77777777" w:rsidTr="00B354BF">
        <w:trPr>
          <w:trHeight w:val="233"/>
        </w:trPr>
        <w:tc>
          <w:tcPr>
            <w:tcW w:w="738" w:type="dxa"/>
          </w:tcPr>
          <w:p w14:paraId="5F82F448" w14:textId="77777777" w:rsidR="00EF6539" w:rsidRDefault="00000000">
            <w:pPr>
              <w:rPr>
                <w:rFonts w:hint="eastAsia"/>
              </w:rPr>
            </w:pPr>
            <w:r>
              <w:rPr>
                <w:rFonts w:eastAsia="Sans Serif"/>
              </w:rPr>
              <w:t>77</w:t>
            </w:r>
          </w:p>
        </w:tc>
        <w:tc>
          <w:tcPr>
            <w:tcW w:w="4396" w:type="dxa"/>
          </w:tcPr>
          <w:p w14:paraId="3DE24DEA" w14:textId="77777777" w:rsidR="00EF6539" w:rsidRDefault="00000000">
            <w:pPr>
              <w:rPr>
                <w:rFonts w:hint="eastAsia"/>
              </w:rPr>
            </w:pPr>
            <w:r>
              <w:rPr>
                <w:rFonts w:eastAsia="Sans Serif"/>
              </w:rPr>
              <w:t>Smūginis suvirinimas</w:t>
            </w:r>
          </w:p>
        </w:tc>
      </w:tr>
      <w:tr w:rsidR="00EF6539" w14:paraId="240B2509" w14:textId="77777777" w:rsidTr="00B354BF">
        <w:trPr>
          <w:trHeight w:val="233"/>
        </w:trPr>
        <w:tc>
          <w:tcPr>
            <w:tcW w:w="738" w:type="dxa"/>
          </w:tcPr>
          <w:p w14:paraId="35A20474" w14:textId="77777777" w:rsidR="00EF6539" w:rsidRDefault="00000000">
            <w:pPr>
              <w:rPr>
                <w:rFonts w:hint="eastAsia"/>
              </w:rPr>
            </w:pPr>
            <w:r>
              <w:rPr>
                <w:rFonts w:eastAsia="Sans Serif"/>
              </w:rPr>
              <w:t>78</w:t>
            </w:r>
          </w:p>
        </w:tc>
        <w:tc>
          <w:tcPr>
            <w:tcW w:w="4396" w:type="dxa"/>
          </w:tcPr>
          <w:p w14:paraId="23919B9A" w14:textId="77777777" w:rsidR="00EF6539" w:rsidRDefault="00000000">
            <w:pPr>
              <w:rPr>
                <w:rFonts w:hint="eastAsia"/>
              </w:rPr>
            </w:pPr>
            <w:r>
              <w:rPr>
                <w:rFonts w:eastAsia="Sans Serif"/>
              </w:rPr>
              <w:t>Smeigių privirinimas</w:t>
            </w:r>
          </w:p>
        </w:tc>
      </w:tr>
      <w:tr w:rsidR="00EF6539" w14:paraId="420E2340" w14:textId="77777777" w:rsidTr="00B354BF">
        <w:trPr>
          <w:trHeight w:val="233"/>
        </w:trPr>
        <w:tc>
          <w:tcPr>
            <w:tcW w:w="738" w:type="dxa"/>
          </w:tcPr>
          <w:p w14:paraId="5A9885B0" w14:textId="77777777" w:rsidR="00EF6539" w:rsidRDefault="00000000">
            <w:pPr>
              <w:rPr>
                <w:rFonts w:hint="eastAsia"/>
              </w:rPr>
            </w:pPr>
            <w:r>
              <w:rPr>
                <w:rFonts w:eastAsia="Sans Serif"/>
              </w:rPr>
              <w:t>782</w:t>
            </w:r>
          </w:p>
        </w:tc>
        <w:tc>
          <w:tcPr>
            <w:tcW w:w="4396" w:type="dxa"/>
          </w:tcPr>
          <w:p w14:paraId="284D8C5A" w14:textId="77777777" w:rsidR="00EF6539" w:rsidRDefault="00000000">
            <w:pPr>
              <w:rPr>
                <w:rFonts w:hint="eastAsia"/>
              </w:rPr>
            </w:pPr>
            <w:r>
              <w:rPr>
                <w:rFonts w:eastAsia="Sans Serif"/>
              </w:rPr>
              <w:t>Kontaktinis smeigių privirinimas</w:t>
            </w:r>
          </w:p>
        </w:tc>
      </w:tr>
      <w:tr w:rsidR="00EF6539" w14:paraId="2A0A56EA" w14:textId="77777777" w:rsidTr="00B354BF">
        <w:trPr>
          <w:trHeight w:val="233"/>
        </w:trPr>
        <w:tc>
          <w:tcPr>
            <w:tcW w:w="738" w:type="dxa"/>
          </w:tcPr>
          <w:p w14:paraId="336B1DD3" w14:textId="77777777" w:rsidR="00EF6539" w:rsidRDefault="00000000">
            <w:pPr>
              <w:rPr>
                <w:rFonts w:hint="eastAsia"/>
              </w:rPr>
            </w:pPr>
            <w:r>
              <w:rPr>
                <w:rFonts w:eastAsia="Sans Serif"/>
              </w:rPr>
              <w:t>783</w:t>
            </w:r>
          </w:p>
        </w:tc>
        <w:tc>
          <w:tcPr>
            <w:tcW w:w="4396" w:type="dxa"/>
          </w:tcPr>
          <w:p w14:paraId="2F63FDBF" w14:textId="77777777" w:rsidR="00EF6539" w:rsidRDefault="00000000">
            <w:pPr>
              <w:rPr>
                <w:rFonts w:hint="eastAsia"/>
              </w:rPr>
            </w:pPr>
            <w:r>
              <w:rPr>
                <w:rFonts w:eastAsia="Sans Serif"/>
              </w:rPr>
              <w:t>Lankinis smeigių privirinimas, naudojant keraminį žiedą arba apsaugines dujas</w:t>
            </w:r>
          </w:p>
        </w:tc>
      </w:tr>
      <w:tr w:rsidR="00EF6539" w14:paraId="00E9281F" w14:textId="77777777" w:rsidTr="00B354BF">
        <w:trPr>
          <w:trHeight w:val="233"/>
        </w:trPr>
        <w:tc>
          <w:tcPr>
            <w:tcW w:w="738" w:type="dxa"/>
          </w:tcPr>
          <w:p w14:paraId="69B51045" w14:textId="77777777" w:rsidR="00EF6539" w:rsidRDefault="00000000">
            <w:pPr>
              <w:rPr>
                <w:rFonts w:hint="eastAsia"/>
              </w:rPr>
            </w:pPr>
            <w:r>
              <w:rPr>
                <w:rFonts w:eastAsia="Sans Serif"/>
              </w:rPr>
              <w:t>784</w:t>
            </w:r>
          </w:p>
        </w:tc>
        <w:tc>
          <w:tcPr>
            <w:tcW w:w="4396" w:type="dxa"/>
          </w:tcPr>
          <w:p w14:paraId="623E08EC" w14:textId="77777777" w:rsidR="00EF6539" w:rsidRDefault="00000000">
            <w:pPr>
              <w:rPr>
                <w:rFonts w:hint="eastAsia"/>
              </w:rPr>
            </w:pPr>
            <w:r>
              <w:rPr>
                <w:rFonts w:eastAsia="Sans Serif"/>
              </w:rPr>
              <w:t>Lankinis trumpo ciklo smeigių privirinimas</w:t>
            </w:r>
          </w:p>
        </w:tc>
      </w:tr>
      <w:tr w:rsidR="00EF6539" w14:paraId="5D8A7416" w14:textId="77777777" w:rsidTr="00B354BF">
        <w:trPr>
          <w:trHeight w:val="233"/>
        </w:trPr>
        <w:tc>
          <w:tcPr>
            <w:tcW w:w="738" w:type="dxa"/>
          </w:tcPr>
          <w:p w14:paraId="0BB4CD56" w14:textId="77777777" w:rsidR="00EF6539" w:rsidRDefault="00000000">
            <w:pPr>
              <w:rPr>
                <w:rFonts w:hint="eastAsia"/>
              </w:rPr>
            </w:pPr>
            <w:r>
              <w:rPr>
                <w:rFonts w:eastAsia="Sans Serif"/>
              </w:rPr>
              <w:t>785</w:t>
            </w:r>
          </w:p>
        </w:tc>
        <w:tc>
          <w:tcPr>
            <w:tcW w:w="4396" w:type="dxa"/>
          </w:tcPr>
          <w:p w14:paraId="323605D4" w14:textId="77777777" w:rsidR="00EF6539" w:rsidRDefault="00000000">
            <w:pPr>
              <w:rPr>
                <w:rFonts w:hint="eastAsia"/>
              </w:rPr>
            </w:pPr>
            <w:r>
              <w:rPr>
                <w:rFonts w:eastAsia="Sans Serif"/>
              </w:rPr>
              <w:t>Lankinis kondensatorinis smeigių privirinimas</w:t>
            </w:r>
          </w:p>
        </w:tc>
      </w:tr>
      <w:tr w:rsidR="00EF6539" w14:paraId="411EA645" w14:textId="77777777" w:rsidTr="00B354BF">
        <w:trPr>
          <w:trHeight w:val="233"/>
        </w:trPr>
        <w:tc>
          <w:tcPr>
            <w:tcW w:w="738" w:type="dxa"/>
          </w:tcPr>
          <w:p w14:paraId="23945EED" w14:textId="77777777" w:rsidR="00EF6539" w:rsidRDefault="00000000">
            <w:pPr>
              <w:rPr>
                <w:rFonts w:hint="eastAsia"/>
              </w:rPr>
            </w:pPr>
            <w:r>
              <w:rPr>
                <w:rFonts w:eastAsia="Sans Serif"/>
              </w:rPr>
              <w:t>786</w:t>
            </w:r>
          </w:p>
        </w:tc>
        <w:tc>
          <w:tcPr>
            <w:tcW w:w="4396" w:type="dxa"/>
          </w:tcPr>
          <w:p w14:paraId="0E0A6DB0" w14:textId="77777777" w:rsidR="00EF6539" w:rsidRDefault="00000000">
            <w:pPr>
              <w:rPr>
                <w:rFonts w:hint="eastAsia"/>
              </w:rPr>
            </w:pPr>
            <w:r>
              <w:rPr>
                <w:rFonts w:eastAsia="Sans Serif"/>
              </w:rPr>
              <w:t>Lankinis kondensatorinis kontaktinio sužadinimo smeigių privirinimas</w:t>
            </w:r>
          </w:p>
        </w:tc>
      </w:tr>
      <w:tr w:rsidR="00EF6539" w14:paraId="1765B90C" w14:textId="77777777" w:rsidTr="00B354BF">
        <w:trPr>
          <w:trHeight w:val="233"/>
        </w:trPr>
        <w:tc>
          <w:tcPr>
            <w:tcW w:w="738" w:type="dxa"/>
          </w:tcPr>
          <w:p w14:paraId="4FDD7AC9" w14:textId="77777777" w:rsidR="00EF6539" w:rsidRDefault="00000000">
            <w:pPr>
              <w:rPr>
                <w:rFonts w:hint="eastAsia"/>
              </w:rPr>
            </w:pPr>
            <w:r>
              <w:rPr>
                <w:rFonts w:eastAsia="Sans Serif"/>
              </w:rPr>
              <w:t>787</w:t>
            </w:r>
          </w:p>
        </w:tc>
        <w:tc>
          <w:tcPr>
            <w:tcW w:w="4396" w:type="dxa"/>
          </w:tcPr>
          <w:p w14:paraId="7EBC4310" w14:textId="77777777" w:rsidR="00EF6539" w:rsidRDefault="00000000">
            <w:pPr>
              <w:rPr>
                <w:rFonts w:hint="eastAsia"/>
              </w:rPr>
            </w:pPr>
            <w:r>
              <w:rPr>
                <w:rFonts w:eastAsia="Sans Serif"/>
              </w:rPr>
              <w:t>Lankinis smeigių privirinimas, naudojant lydųį žiedą</w:t>
            </w:r>
          </w:p>
        </w:tc>
      </w:tr>
      <w:tr w:rsidR="00EF6539" w14:paraId="125471EF" w14:textId="77777777" w:rsidTr="00B354BF">
        <w:trPr>
          <w:trHeight w:val="233"/>
        </w:trPr>
        <w:tc>
          <w:tcPr>
            <w:tcW w:w="738" w:type="dxa"/>
          </w:tcPr>
          <w:p w14:paraId="3478BAFB" w14:textId="77777777" w:rsidR="00EF6539" w:rsidRDefault="00000000">
            <w:pPr>
              <w:rPr>
                <w:rFonts w:hint="eastAsia"/>
              </w:rPr>
            </w:pPr>
            <w:r>
              <w:rPr>
                <w:rFonts w:eastAsia="Sans Serif"/>
              </w:rPr>
              <w:t>788</w:t>
            </w:r>
          </w:p>
        </w:tc>
        <w:tc>
          <w:tcPr>
            <w:tcW w:w="4396" w:type="dxa"/>
          </w:tcPr>
          <w:p w14:paraId="16A9FCD0" w14:textId="77777777" w:rsidR="00EF6539" w:rsidRDefault="00000000">
            <w:pPr>
              <w:rPr>
                <w:rFonts w:hint="eastAsia"/>
              </w:rPr>
            </w:pPr>
            <w:r>
              <w:rPr>
                <w:rFonts w:eastAsia="Sans Serif"/>
              </w:rPr>
              <w:t>Trintinis smeigių privirinimas</w:t>
            </w:r>
          </w:p>
        </w:tc>
      </w:tr>
    </w:tbl>
    <w:p w14:paraId="4CA3A468" w14:textId="77777777" w:rsidR="00EF6539" w:rsidRDefault="00770422">
      <w:pPr>
        <w:spacing w:after="0"/>
        <w:rPr>
          <w:rFonts w:hint="eastAsia"/>
        </w:rPr>
      </w:pPr>
      <w:r>
        <w:rPr>
          <w:rFonts w:hint="eastAsia"/>
        </w:rPr>
        <w:pict w14:anchorId="6EFA68E1">
          <v:shape id="_x0000_s1027" type="#_x0000_t202" alt="" style="position:absolute;margin-left:46.4pt;margin-top:20.95pt;width:350.2pt;height:53.45pt;z-index:25167052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2516453" w14:textId="77777777" w:rsidR="00EF6539" w:rsidRDefault="00000000">
                  <w:pPr>
                    <w:rPr>
                      <w:rFonts w:hint="eastAsia"/>
                    </w:rPr>
                  </w:pPr>
                  <w:r>
                    <w:rPr>
                      <w:rFonts w:eastAsia="Sans Serif"/>
                    </w:rPr>
                    <w:t>6. Suvirinimo ir panašių procesų sąrašas ir nurodiniai žymenys</w:t>
                  </w:r>
                  <w:r>
                    <w:rPr>
                      <w:rFonts w:eastAsia="Sans Serif"/>
                    </w:rPr>
                    <w:br/>
                  </w:r>
                  <w:r>
                    <w:rPr>
                      <w:rFonts w:eastAsia="Sans Serif"/>
                    </w:rPr>
                    <w:br/>
                    <w:t>Čia pateiktas procesų pagrindines grupes sudaro vienas skaitmuo, grupes – du skaitmenys ir pogrupius trys skaitmenys. Bet kurio proceso nuorodinis žymuo gali būti sudarytas daugiausiai iš trijų skaitmenų.</w:t>
                  </w:r>
                </w:p>
              </w:txbxContent>
            </v:textbox>
            <w10:wrap anchorx="page" anchory="page"/>
          </v:shape>
        </w:pict>
      </w:r>
    </w:p>
    <w:p w14:paraId="13D304C6" w14:textId="77777777" w:rsidR="00B354BF" w:rsidRDefault="00B354BF" w:rsidP="00B354BF">
      <w:pPr>
        <w:rPr>
          <w:rFonts w:hint="eastAsia"/>
        </w:rPr>
      </w:pPr>
    </w:p>
    <w:tbl>
      <w:tblPr>
        <w:tblStyle w:val="TableGrid"/>
        <w:tblpPr w:vertAnchor="page" w:horzAnchor="page" w:tblpX="833" w:tblpY="1401"/>
        <w:tblW w:w="6138" w:type="dxa"/>
        <w:tblLayout w:type="fixed"/>
        <w:tblLook w:val="04A0" w:firstRow="1" w:lastRow="0" w:firstColumn="1" w:lastColumn="0" w:noHBand="0" w:noVBand="1"/>
      </w:tblPr>
      <w:tblGrid>
        <w:gridCol w:w="648"/>
        <w:gridCol w:w="5490"/>
      </w:tblGrid>
      <w:tr w:rsidR="00B354BF" w14:paraId="09DB21CD" w14:textId="77777777" w:rsidTr="00B354BF">
        <w:trPr>
          <w:trHeight w:val="251"/>
        </w:trPr>
        <w:tc>
          <w:tcPr>
            <w:tcW w:w="648" w:type="dxa"/>
          </w:tcPr>
          <w:p w14:paraId="216ADA14" w14:textId="77777777" w:rsidR="00B354BF" w:rsidRDefault="00B354BF" w:rsidP="00B354BF">
            <w:pPr>
              <w:rPr>
                <w:rFonts w:hint="eastAsia"/>
              </w:rPr>
            </w:pPr>
            <w:r>
              <w:rPr>
                <w:rFonts w:eastAsia="Sans Serif"/>
              </w:rPr>
              <w:t>1</w:t>
            </w:r>
          </w:p>
        </w:tc>
        <w:tc>
          <w:tcPr>
            <w:tcW w:w="5490" w:type="dxa"/>
          </w:tcPr>
          <w:p w14:paraId="1B3CE2F2" w14:textId="77777777" w:rsidR="00B354BF" w:rsidRDefault="00B354BF" w:rsidP="00B354BF">
            <w:pPr>
              <w:rPr>
                <w:rFonts w:hint="eastAsia"/>
              </w:rPr>
            </w:pPr>
            <w:r>
              <w:rPr>
                <w:rFonts w:eastAsia="Sans Serif"/>
              </w:rPr>
              <w:t>Lankinis suvirinimas</w:t>
            </w:r>
          </w:p>
        </w:tc>
      </w:tr>
      <w:tr w:rsidR="00B354BF" w14:paraId="04BF4EF7" w14:textId="77777777" w:rsidTr="00B354BF">
        <w:trPr>
          <w:trHeight w:val="251"/>
        </w:trPr>
        <w:tc>
          <w:tcPr>
            <w:tcW w:w="648" w:type="dxa"/>
          </w:tcPr>
          <w:p w14:paraId="36AC7EAE" w14:textId="77777777" w:rsidR="00B354BF" w:rsidRDefault="00B354BF" w:rsidP="00B354BF">
            <w:pPr>
              <w:rPr>
                <w:rFonts w:hint="eastAsia"/>
              </w:rPr>
            </w:pPr>
            <w:r>
              <w:rPr>
                <w:rFonts w:eastAsia="Sans Serif"/>
              </w:rPr>
              <w:t>101</w:t>
            </w:r>
          </w:p>
        </w:tc>
        <w:tc>
          <w:tcPr>
            <w:tcW w:w="5490" w:type="dxa"/>
          </w:tcPr>
          <w:p w14:paraId="12849E73" w14:textId="77777777" w:rsidR="00B354BF" w:rsidRDefault="00B354BF" w:rsidP="00B354BF">
            <w:pPr>
              <w:rPr>
                <w:rFonts w:hint="eastAsia"/>
              </w:rPr>
            </w:pPr>
            <w:r>
              <w:rPr>
                <w:rFonts w:eastAsia="Sans Serif"/>
              </w:rPr>
              <w:t>Lankinis suvirinimas lydžiuoju elektrodu</w:t>
            </w:r>
          </w:p>
        </w:tc>
      </w:tr>
      <w:tr w:rsidR="00B354BF" w14:paraId="240D5CD7" w14:textId="77777777" w:rsidTr="00B354BF">
        <w:trPr>
          <w:trHeight w:val="251"/>
        </w:trPr>
        <w:tc>
          <w:tcPr>
            <w:tcW w:w="648" w:type="dxa"/>
          </w:tcPr>
          <w:p w14:paraId="3A44FB26" w14:textId="77777777" w:rsidR="00B354BF" w:rsidRDefault="00B354BF" w:rsidP="00B354BF">
            <w:pPr>
              <w:rPr>
                <w:rFonts w:hint="eastAsia"/>
              </w:rPr>
            </w:pPr>
            <w:r>
              <w:rPr>
                <w:rFonts w:eastAsia="Sans Serif"/>
              </w:rPr>
              <w:t>11</w:t>
            </w:r>
          </w:p>
        </w:tc>
        <w:tc>
          <w:tcPr>
            <w:tcW w:w="5490" w:type="dxa"/>
          </w:tcPr>
          <w:p w14:paraId="0363BB19" w14:textId="77777777" w:rsidR="00B354BF" w:rsidRDefault="00B354BF" w:rsidP="00B354BF">
            <w:pPr>
              <w:rPr>
                <w:rFonts w:hint="eastAsia"/>
              </w:rPr>
            </w:pPr>
            <w:r>
              <w:rPr>
                <w:rFonts w:eastAsia="Sans Serif"/>
              </w:rPr>
              <w:t>Lankinis suvirinimas lydžiuoju elektrodu be dujinės apsaugos</w:t>
            </w:r>
          </w:p>
        </w:tc>
      </w:tr>
      <w:tr w:rsidR="00B354BF" w14:paraId="4BBD1E9E" w14:textId="77777777" w:rsidTr="00B354BF">
        <w:trPr>
          <w:trHeight w:val="251"/>
        </w:trPr>
        <w:tc>
          <w:tcPr>
            <w:tcW w:w="648" w:type="dxa"/>
          </w:tcPr>
          <w:p w14:paraId="2FAF64C5" w14:textId="77777777" w:rsidR="00B354BF" w:rsidRDefault="00B354BF" w:rsidP="00B354BF">
            <w:pPr>
              <w:rPr>
                <w:rFonts w:hint="eastAsia"/>
              </w:rPr>
            </w:pPr>
            <w:r>
              <w:rPr>
                <w:rFonts w:eastAsia="Sans Serif"/>
              </w:rPr>
              <w:t>111</w:t>
            </w:r>
          </w:p>
        </w:tc>
        <w:tc>
          <w:tcPr>
            <w:tcW w:w="5490" w:type="dxa"/>
          </w:tcPr>
          <w:p w14:paraId="76B9AA09" w14:textId="77777777" w:rsidR="00B354BF" w:rsidRDefault="00B354BF" w:rsidP="00B354BF">
            <w:pPr>
              <w:rPr>
                <w:rFonts w:hint="eastAsia"/>
              </w:rPr>
            </w:pPr>
            <w:r>
              <w:rPr>
                <w:rFonts w:eastAsia="Sans Serif"/>
              </w:rPr>
              <w:t>Rankinis lankinis suvirinimas lydžiuoju elektrodu (lankinis suvirinimas glaistytaisiais elektrodais)</w:t>
            </w:r>
          </w:p>
        </w:tc>
      </w:tr>
      <w:tr w:rsidR="00B354BF" w14:paraId="57DBDF5F" w14:textId="77777777" w:rsidTr="00B354BF">
        <w:trPr>
          <w:trHeight w:val="251"/>
        </w:trPr>
        <w:tc>
          <w:tcPr>
            <w:tcW w:w="648" w:type="dxa"/>
          </w:tcPr>
          <w:p w14:paraId="314C7D46" w14:textId="77777777" w:rsidR="00B354BF" w:rsidRDefault="00B354BF" w:rsidP="00B354BF">
            <w:pPr>
              <w:rPr>
                <w:rFonts w:hint="eastAsia"/>
              </w:rPr>
            </w:pPr>
            <w:r>
              <w:rPr>
                <w:rFonts w:eastAsia="Sans Serif"/>
              </w:rPr>
              <w:t>112</w:t>
            </w:r>
          </w:p>
        </w:tc>
        <w:tc>
          <w:tcPr>
            <w:tcW w:w="5490" w:type="dxa"/>
          </w:tcPr>
          <w:p w14:paraId="5E6EB328" w14:textId="77777777" w:rsidR="00B354BF" w:rsidRDefault="00B354BF" w:rsidP="00B354BF">
            <w:pPr>
              <w:rPr>
                <w:rFonts w:hint="eastAsia"/>
              </w:rPr>
            </w:pPr>
            <w:r>
              <w:rPr>
                <w:rFonts w:eastAsia="Sans Serif"/>
              </w:rPr>
              <w:t>Gravitacinis (lankinis) suvirinimas glaistytuoju elektrodu</w:t>
            </w:r>
          </w:p>
        </w:tc>
      </w:tr>
      <w:tr w:rsidR="00B354BF" w14:paraId="6347D074" w14:textId="77777777" w:rsidTr="00B354BF">
        <w:trPr>
          <w:trHeight w:val="251"/>
        </w:trPr>
        <w:tc>
          <w:tcPr>
            <w:tcW w:w="648" w:type="dxa"/>
          </w:tcPr>
          <w:p w14:paraId="2915112F" w14:textId="77777777" w:rsidR="00B354BF" w:rsidRDefault="00B354BF" w:rsidP="00B354BF">
            <w:pPr>
              <w:rPr>
                <w:rFonts w:hint="eastAsia"/>
              </w:rPr>
            </w:pPr>
            <w:r>
              <w:rPr>
                <w:rFonts w:eastAsia="Sans Serif"/>
              </w:rPr>
              <w:t>114</w:t>
            </w:r>
          </w:p>
        </w:tc>
        <w:tc>
          <w:tcPr>
            <w:tcW w:w="5490" w:type="dxa"/>
          </w:tcPr>
          <w:p w14:paraId="28411177" w14:textId="77777777" w:rsidR="00B354BF" w:rsidRDefault="00B354BF" w:rsidP="00B354BF">
            <w:pPr>
              <w:rPr>
                <w:rFonts w:hint="eastAsia"/>
              </w:rPr>
            </w:pPr>
            <w:r>
              <w:rPr>
                <w:rFonts w:eastAsia="Sans Serif"/>
              </w:rPr>
              <w:t>Lankinis suvirinimas milteline savisauge viela</w:t>
            </w:r>
          </w:p>
        </w:tc>
      </w:tr>
      <w:tr w:rsidR="00B354BF" w14:paraId="26240886" w14:textId="77777777" w:rsidTr="00B354BF">
        <w:trPr>
          <w:trHeight w:val="251"/>
        </w:trPr>
        <w:tc>
          <w:tcPr>
            <w:tcW w:w="648" w:type="dxa"/>
          </w:tcPr>
          <w:p w14:paraId="5514E441" w14:textId="77777777" w:rsidR="00B354BF" w:rsidRDefault="00B354BF" w:rsidP="00B354BF">
            <w:pPr>
              <w:rPr>
                <w:rFonts w:hint="eastAsia"/>
              </w:rPr>
            </w:pPr>
            <w:r>
              <w:rPr>
                <w:rFonts w:eastAsia="Sans Serif"/>
              </w:rPr>
              <w:t>12</w:t>
            </w:r>
          </w:p>
        </w:tc>
        <w:tc>
          <w:tcPr>
            <w:tcW w:w="5490" w:type="dxa"/>
          </w:tcPr>
          <w:p w14:paraId="1D8583F5" w14:textId="77777777" w:rsidR="00B354BF" w:rsidRDefault="00B354BF" w:rsidP="00B354BF">
            <w:pPr>
              <w:rPr>
                <w:rFonts w:hint="eastAsia"/>
              </w:rPr>
            </w:pPr>
            <w:r>
              <w:rPr>
                <w:rFonts w:eastAsia="Sans Serif"/>
              </w:rPr>
              <w:t>Lankinis suvirinimas po fliusu</w:t>
            </w:r>
          </w:p>
        </w:tc>
      </w:tr>
      <w:tr w:rsidR="00B354BF" w14:paraId="686FCE0F" w14:textId="77777777" w:rsidTr="00B354BF">
        <w:trPr>
          <w:trHeight w:val="251"/>
        </w:trPr>
        <w:tc>
          <w:tcPr>
            <w:tcW w:w="648" w:type="dxa"/>
          </w:tcPr>
          <w:p w14:paraId="4F67D133" w14:textId="77777777" w:rsidR="00B354BF" w:rsidRDefault="00B354BF" w:rsidP="00B354BF">
            <w:pPr>
              <w:rPr>
                <w:rFonts w:hint="eastAsia"/>
              </w:rPr>
            </w:pPr>
            <w:r>
              <w:rPr>
                <w:rFonts w:eastAsia="Sans Serif"/>
              </w:rPr>
              <w:t>121</w:t>
            </w:r>
          </w:p>
        </w:tc>
        <w:tc>
          <w:tcPr>
            <w:tcW w:w="5490" w:type="dxa"/>
          </w:tcPr>
          <w:p w14:paraId="5CD1672B" w14:textId="77777777" w:rsidR="00B354BF" w:rsidRDefault="00B354BF" w:rsidP="00B354BF">
            <w:pPr>
              <w:rPr>
                <w:rFonts w:hint="eastAsia"/>
              </w:rPr>
            </w:pPr>
            <w:r>
              <w:rPr>
                <w:rFonts w:eastAsia="Sans Serif"/>
              </w:rPr>
              <w:t>Lankinis suvirinimas po fliusu viena elektrodine viela</w:t>
            </w:r>
          </w:p>
        </w:tc>
      </w:tr>
      <w:tr w:rsidR="00B354BF" w14:paraId="2110ABC7" w14:textId="77777777" w:rsidTr="00B354BF">
        <w:trPr>
          <w:trHeight w:val="251"/>
        </w:trPr>
        <w:tc>
          <w:tcPr>
            <w:tcW w:w="648" w:type="dxa"/>
          </w:tcPr>
          <w:p w14:paraId="244115CE" w14:textId="77777777" w:rsidR="00B354BF" w:rsidRDefault="00B354BF" w:rsidP="00B354BF">
            <w:pPr>
              <w:rPr>
                <w:rFonts w:hint="eastAsia"/>
              </w:rPr>
            </w:pPr>
            <w:r>
              <w:rPr>
                <w:rFonts w:eastAsia="Sans Serif"/>
              </w:rPr>
              <w:t>122</w:t>
            </w:r>
          </w:p>
        </w:tc>
        <w:tc>
          <w:tcPr>
            <w:tcW w:w="5490" w:type="dxa"/>
          </w:tcPr>
          <w:p w14:paraId="6FEE3914" w14:textId="77777777" w:rsidR="00B354BF" w:rsidRDefault="00B354BF" w:rsidP="00B354BF">
            <w:pPr>
              <w:rPr>
                <w:rFonts w:hint="eastAsia"/>
              </w:rPr>
            </w:pPr>
            <w:r>
              <w:rPr>
                <w:rFonts w:eastAsia="Sans Serif"/>
              </w:rPr>
              <w:t>Lankinis suvirinimas po fliusu juostiniu elektrodu</w:t>
            </w:r>
          </w:p>
        </w:tc>
      </w:tr>
      <w:tr w:rsidR="00B354BF" w14:paraId="57189450" w14:textId="77777777" w:rsidTr="00B354BF">
        <w:trPr>
          <w:trHeight w:val="251"/>
        </w:trPr>
        <w:tc>
          <w:tcPr>
            <w:tcW w:w="648" w:type="dxa"/>
          </w:tcPr>
          <w:p w14:paraId="179AC058" w14:textId="77777777" w:rsidR="00B354BF" w:rsidRDefault="00B354BF" w:rsidP="00B354BF">
            <w:pPr>
              <w:rPr>
                <w:rFonts w:hint="eastAsia"/>
              </w:rPr>
            </w:pPr>
            <w:r>
              <w:rPr>
                <w:rFonts w:eastAsia="Sans Serif"/>
              </w:rPr>
              <w:t>123</w:t>
            </w:r>
          </w:p>
        </w:tc>
        <w:tc>
          <w:tcPr>
            <w:tcW w:w="5490" w:type="dxa"/>
          </w:tcPr>
          <w:p w14:paraId="26D1BBA6" w14:textId="77777777" w:rsidR="00B354BF" w:rsidRDefault="00B354BF" w:rsidP="00B354BF">
            <w:pPr>
              <w:rPr>
                <w:rFonts w:hint="eastAsia"/>
              </w:rPr>
            </w:pPr>
            <w:r>
              <w:rPr>
                <w:rFonts w:eastAsia="Sans Serif"/>
              </w:rPr>
              <w:t>Lankinis suvirinimas po fliusu keliomis elektrodinėmis vielomis</w:t>
            </w:r>
          </w:p>
        </w:tc>
      </w:tr>
      <w:tr w:rsidR="00B354BF" w14:paraId="5E6D58F4" w14:textId="77777777" w:rsidTr="00B354BF">
        <w:trPr>
          <w:trHeight w:val="251"/>
        </w:trPr>
        <w:tc>
          <w:tcPr>
            <w:tcW w:w="648" w:type="dxa"/>
          </w:tcPr>
          <w:p w14:paraId="64FEA610" w14:textId="77777777" w:rsidR="00B354BF" w:rsidRDefault="00B354BF" w:rsidP="00B354BF">
            <w:pPr>
              <w:rPr>
                <w:rFonts w:hint="eastAsia"/>
              </w:rPr>
            </w:pPr>
            <w:r>
              <w:rPr>
                <w:rFonts w:eastAsia="Sans Serif"/>
              </w:rPr>
              <w:t>124</w:t>
            </w:r>
          </w:p>
        </w:tc>
        <w:tc>
          <w:tcPr>
            <w:tcW w:w="5490" w:type="dxa"/>
          </w:tcPr>
          <w:p w14:paraId="1835AE53" w14:textId="77777777" w:rsidR="00B354BF" w:rsidRDefault="00B354BF" w:rsidP="00B354BF">
            <w:pPr>
              <w:rPr>
                <w:rFonts w:hint="eastAsia"/>
              </w:rPr>
            </w:pPr>
            <w:r>
              <w:rPr>
                <w:rFonts w:eastAsia="Sans Serif"/>
              </w:rPr>
              <w:t>Lankinis suvirinimas po fliusu su metalo miltelių priedu</w:t>
            </w:r>
          </w:p>
        </w:tc>
      </w:tr>
      <w:tr w:rsidR="00B354BF" w14:paraId="6A59F1EB" w14:textId="77777777" w:rsidTr="00B354BF">
        <w:trPr>
          <w:trHeight w:val="251"/>
        </w:trPr>
        <w:tc>
          <w:tcPr>
            <w:tcW w:w="648" w:type="dxa"/>
          </w:tcPr>
          <w:p w14:paraId="23FA6853" w14:textId="77777777" w:rsidR="00B354BF" w:rsidRDefault="00B354BF" w:rsidP="00B354BF">
            <w:pPr>
              <w:rPr>
                <w:rFonts w:hint="eastAsia"/>
              </w:rPr>
            </w:pPr>
            <w:r>
              <w:rPr>
                <w:rFonts w:eastAsia="Sans Serif"/>
              </w:rPr>
              <w:t>125</w:t>
            </w:r>
          </w:p>
        </w:tc>
        <w:tc>
          <w:tcPr>
            <w:tcW w:w="5490" w:type="dxa"/>
          </w:tcPr>
          <w:p w14:paraId="58811044" w14:textId="77777777" w:rsidR="00B354BF" w:rsidRDefault="00B354BF" w:rsidP="00B354BF">
            <w:pPr>
              <w:rPr>
                <w:rFonts w:hint="eastAsia"/>
              </w:rPr>
            </w:pPr>
            <w:r>
              <w:rPr>
                <w:rFonts w:eastAsia="Sans Serif"/>
              </w:rPr>
              <w:t>Lankinis suvirinimas po fliusu milteline elektrodine viela</w:t>
            </w:r>
          </w:p>
        </w:tc>
      </w:tr>
      <w:tr w:rsidR="00B354BF" w14:paraId="463DD794" w14:textId="77777777" w:rsidTr="00B354BF">
        <w:trPr>
          <w:trHeight w:val="251"/>
        </w:trPr>
        <w:tc>
          <w:tcPr>
            <w:tcW w:w="648" w:type="dxa"/>
          </w:tcPr>
          <w:p w14:paraId="17A2AFD2" w14:textId="77777777" w:rsidR="00B354BF" w:rsidRDefault="00B354BF" w:rsidP="00B354BF">
            <w:pPr>
              <w:rPr>
                <w:rFonts w:hint="eastAsia"/>
              </w:rPr>
            </w:pPr>
            <w:r>
              <w:rPr>
                <w:rFonts w:eastAsia="Sans Serif"/>
              </w:rPr>
              <w:t>13</w:t>
            </w:r>
          </w:p>
        </w:tc>
        <w:tc>
          <w:tcPr>
            <w:tcW w:w="5490" w:type="dxa"/>
          </w:tcPr>
          <w:p w14:paraId="573FD0E5" w14:textId="77777777" w:rsidR="00B354BF" w:rsidRDefault="00B354BF" w:rsidP="00B354BF">
            <w:pPr>
              <w:rPr>
                <w:rFonts w:hint="eastAsia"/>
              </w:rPr>
            </w:pPr>
            <w:r>
              <w:rPr>
                <w:rFonts w:eastAsia="Sans Serif"/>
              </w:rPr>
              <w:t>Lankinis suvirinimas lydžiuoju elektrodu apsauginėse dujose</w:t>
            </w:r>
          </w:p>
        </w:tc>
      </w:tr>
      <w:tr w:rsidR="00B354BF" w14:paraId="5FAB8002" w14:textId="77777777" w:rsidTr="00B354BF">
        <w:trPr>
          <w:trHeight w:val="251"/>
        </w:trPr>
        <w:tc>
          <w:tcPr>
            <w:tcW w:w="648" w:type="dxa"/>
          </w:tcPr>
          <w:p w14:paraId="4D84224E" w14:textId="77777777" w:rsidR="00B354BF" w:rsidRDefault="00B354BF" w:rsidP="00B354BF">
            <w:pPr>
              <w:rPr>
                <w:rFonts w:hint="eastAsia"/>
              </w:rPr>
            </w:pPr>
            <w:r>
              <w:rPr>
                <w:rFonts w:eastAsia="Sans Serif"/>
              </w:rPr>
              <w:t>131</w:t>
            </w:r>
          </w:p>
        </w:tc>
        <w:tc>
          <w:tcPr>
            <w:tcW w:w="5490" w:type="dxa"/>
          </w:tcPr>
          <w:p w14:paraId="6124E67F" w14:textId="77777777" w:rsidR="00B354BF" w:rsidRDefault="00B354BF" w:rsidP="00B354BF">
            <w:pPr>
              <w:rPr>
                <w:rFonts w:hint="eastAsia"/>
              </w:rPr>
            </w:pPr>
            <w:r>
              <w:rPr>
                <w:rFonts w:eastAsia="Sans Serif"/>
              </w:rPr>
              <w:t>Lankinis suvirinimas lydžiuoju elektrodu inertinėse dujose (MIG suvirinimas)</w:t>
            </w:r>
          </w:p>
        </w:tc>
      </w:tr>
      <w:tr w:rsidR="00B354BF" w14:paraId="68DAC6DF" w14:textId="77777777" w:rsidTr="00B354BF">
        <w:trPr>
          <w:trHeight w:val="251"/>
        </w:trPr>
        <w:tc>
          <w:tcPr>
            <w:tcW w:w="648" w:type="dxa"/>
          </w:tcPr>
          <w:p w14:paraId="515ABFD1" w14:textId="77777777" w:rsidR="00B354BF" w:rsidRDefault="00B354BF" w:rsidP="00B354BF">
            <w:pPr>
              <w:rPr>
                <w:rFonts w:hint="eastAsia"/>
              </w:rPr>
            </w:pPr>
            <w:r>
              <w:rPr>
                <w:rFonts w:eastAsia="Sans Serif"/>
              </w:rPr>
              <w:t>135</w:t>
            </w:r>
          </w:p>
        </w:tc>
        <w:tc>
          <w:tcPr>
            <w:tcW w:w="5490" w:type="dxa"/>
          </w:tcPr>
          <w:p w14:paraId="217D8EC4" w14:textId="77777777" w:rsidR="00B354BF" w:rsidRDefault="00B354BF" w:rsidP="00B354BF">
            <w:pPr>
              <w:rPr>
                <w:rFonts w:hint="eastAsia"/>
              </w:rPr>
            </w:pPr>
            <w:r>
              <w:rPr>
                <w:rFonts w:eastAsia="Sans Serif"/>
              </w:rPr>
              <w:t>Lankinis suvirinimas lydžiuoju elektrodu aktyviosе dujose (MAG suvirinimas)</w:t>
            </w:r>
          </w:p>
        </w:tc>
      </w:tr>
      <w:tr w:rsidR="00B354BF" w14:paraId="16C6B8B7" w14:textId="77777777" w:rsidTr="00B354BF">
        <w:trPr>
          <w:trHeight w:val="251"/>
        </w:trPr>
        <w:tc>
          <w:tcPr>
            <w:tcW w:w="648" w:type="dxa"/>
          </w:tcPr>
          <w:p w14:paraId="2C0C58C4" w14:textId="77777777" w:rsidR="00B354BF" w:rsidRDefault="00B354BF" w:rsidP="00B354BF">
            <w:pPr>
              <w:rPr>
                <w:rFonts w:hint="eastAsia"/>
              </w:rPr>
            </w:pPr>
            <w:r>
              <w:rPr>
                <w:rFonts w:eastAsia="Sans Serif"/>
              </w:rPr>
              <w:t>136</w:t>
            </w:r>
          </w:p>
        </w:tc>
        <w:tc>
          <w:tcPr>
            <w:tcW w:w="5490" w:type="dxa"/>
          </w:tcPr>
          <w:p w14:paraId="70B6256D" w14:textId="77777777" w:rsidR="00B354BF" w:rsidRDefault="00B354BF" w:rsidP="00B354BF">
            <w:pPr>
              <w:rPr>
                <w:rFonts w:hint="eastAsia"/>
              </w:rPr>
            </w:pPr>
            <w:r>
              <w:rPr>
                <w:rFonts w:eastAsia="Sans Serif"/>
              </w:rPr>
              <w:t>Lankinis suvirinimas milteline viela aktyviosе dujose</w:t>
            </w:r>
          </w:p>
        </w:tc>
      </w:tr>
      <w:tr w:rsidR="00B354BF" w14:paraId="0C91C961" w14:textId="77777777" w:rsidTr="00B354BF">
        <w:trPr>
          <w:trHeight w:val="251"/>
        </w:trPr>
        <w:tc>
          <w:tcPr>
            <w:tcW w:w="648" w:type="dxa"/>
          </w:tcPr>
          <w:p w14:paraId="60A91088" w14:textId="77777777" w:rsidR="00B354BF" w:rsidRDefault="00B354BF" w:rsidP="00B354BF">
            <w:pPr>
              <w:rPr>
                <w:rFonts w:hint="eastAsia"/>
              </w:rPr>
            </w:pPr>
            <w:r>
              <w:rPr>
                <w:rFonts w:eastAsia="Sans Serif"/>
              </w:rPr>
              <w:t>137</w:t>
            </w:r>
          </w:p>
        </w:tc>
        <w:tc>
          <w:tcPr>
            <w:tcW w:w="5490" w:type="dxa"/>
          </w:tcPr>
          <w:p w14:paraId="50EC1942" w14:textId="77777777" w:rsidR="00B354BF" w:rsidRDefault="00B354BF" w:rsidP="00B354BF">
            <w:pPr>
              <w:rPr>
                <w:rFonts w:hint="eastAsia"/>
              </w:rPr>
            </w:pPr>
            <w:r>
              <w:rPr>
                <w:rFonts w:eastAsia="Sans Serif"/>
              </w:rPr>
              <w:t>Lankinis suvirinimas milteline viela inertinėse dujose</w:t>
            </w:r>
          </w:p>
        </w:tc>
      </w:tr>
      <w:tr w:rsidR="00B354BF" w14:paraId="706D2822" w14:textId="77777777" w:rsidTr="00B354BF">
        <w:trPr>
          <w:trHeight w:val="251"/>
        </w:trPr>
        <w:tc>
          <w:tcPr>
            <w:tcW w:w="648" w:type="dxa"/>
          </w:tcPr>
          <w:p w14:paraId="4FE73DE4" w14:textId="77777777" w:rsidR="00B354BF" w:rsidRDefault="00B354BF" w:rsidP="00B354BF">
            <w:pPr>
              <w:rPr>
                <w:rFonts w:hint="eastAsia"/>
              </w:rPr>
            </w:pPr>
            <w:r>
              <w:rPr>
                <w:rFonts w:eastAsia="Sans Serif"/>
              </w:rPr>
              <w:t>14</w:t>
            </w:r>
          </w:p>
        </w:tc>
        <w:tc>
          <w:tcPr>
            <w:tcW w:w="5490" w:type="dxa"/>
          </w:tcPr>
          <w:p w14:paraId="753E41BF" w14:textId="77777777" w:rsidR="00B354BF" w:rsidRDefault="00B354BF" w:rsidP="00B354BF">
            <w:pPr>
              <w:rPr>
                <w:rFonts w:hint="eastAsia"/>
              </w:rPr>
            </w:pPr>
            <w:r>
              <w:rPr>
                <w:rFonts w:eastAsia="Sans Serif"/>
              </w:rPr>
              <w:t>Lankinis suvirinimas nelydžiuoju elektrodu apsauginėse dujose</w:t>
            </w:r>
          </w:p>
        </w:tc>
      </w:tr>
      <w:tr w:rsidR="00B354BF" w14:paraId="5FBBBB10" w14:textId="77777777" w:rsidTr="00B354BF">
        <w:trPr>
          <w:trHeight w:val="251"/>
        </w:trPr>
        <w:tc>
          <w:tcPr>
            <w:tcW w:w="648" w:type="dxa"/>
          </w:tcPr>
          <w:p w14:paraId="26A981D6" w14:textId="77777777" w:rsidR="00B354BF" w:rsidRDefault="00B354BF" w:rsidP="00B354BF">
            <w:pPr>
              <w:rPr>
                <w:rFonts w:hint="eastAsia"/>
              </w:rPr>
            </w:pPr>
            <w:r>
              <w:rPr>
                <w:rFonts w:eastAsia="Sans Serif"/>
              </w:rPr>
              <w:t>141</w:t>
            </w:r>
          </w:p>
        </w:tc>
        <w:tc>
          <w:tcPr>
            <w:tcW w:w="5490" w:type="dxa"/>
          </w:tcPr>
          <w:p w14:paraId="4FE6AE5B" w14:textId="77777777" w:rsidR="00B354BF" w:rsidRDefault="00B354BF" w:rsidP="00B354BF">
            <w:pPr>
              <w:rPr>
                <w:rFonts w:hint="eastAsia"/>
              </w:rPr>
            </w:pPr>
            <w:r>
              <w:rPr>
                <w:rFonts w:eastAsia="Sans Serif"/>
              </w:rPr>
              <w:t>Lankinis suvirinimas volframo elektrodu inertinėse dujose (TIG suvirinimas)</w:t>
            </w:r>
          </w:p>
        </w:tc>
      </w:tr>
      <w:tr w:rsidR="00B354BF" w14:paraId="7BAB9031" w14:textId="77777777" w:rsidTr="00B354BF">
        <w:trPr>
          <w:trHeight w:val="251"/>
        </w:trPr>
        <w:tc>
          <w:tcPr>
            <w:tcW w:w="648" w:type="dxa"/>
          </w:tcPr>
          <w:p w14:paraId="40044521" w14:textId="77777777" w:rsidR="00B354BF" w:rsidRDefault="00B354BF" w:rsidP="00B354BF">
            <w:pPr>
              <w:rPr>
                <w:rFonts w:hint="eastAsia"/>
              </w:rPr>
            </w:pPr>
            <w:r>
              <w:rPr>
                <w:rFonts w:eastAsia="Sans Serif"/>
              </w:rPr>
              <w:t>15</w:t>
            </w:r>
          </w:p>
        </w:tc>
        <w:tc>
          <w:tcPr>
            <w:tcW w:w="5490" w:type="dxa"/>
          </w:tcPr>
          <w:p w14:paraId="7EDCE78A" w14:textId="77777777" w:rsidR="00B354BF" w:rsidRDefault="00B354BF" w:rsidP="00B354BF">
            <w:pPr>
              <w:rPr>
                <w:rFonts w:hint="eastAsia"/>
              </w:rPr>
            </w:pPr>
            <w:r>
              <w:rPr>
                <w:rFonts w:eastAsia="Sans Serif"/>
              </w:rPr>
              <w:t>Plazminis suvirinimas</w:t>
            </w:r>
          </w:p>
        </w:tc>
      </w:tr>
      <w:tr w:rsidR="00B354BF" w14:paraId="161F7B62" w14:textId="77777777" w:rsidTr="00B354BF">
        <w:trPr>
          <w:trHeight w:val="251"/>
        </w:trPr>
        <w:tc>
          <w:tcPr>
            <w:tcW w:w="648" w:type="dxa"/>
          </w:tcPr>
          <w:p w14:paraId="7FC799C3" w14:textId="77777777" w:rsidR="00B354BF" w:rsidRDefault="00B354BF" w:rsidP="00B354BF">
            <w:pPr>
              <w:rPr>
                <w:rFonts w:hint="eastAsia"/>
              </w:rPr>
            </w:pPr>
            <w:r>
              <w:rPr>
                <w:rFonts w:eastAsia="Sans Serif"/>
              </w:rPr>
              <w:t>151</w:t>
            </w:r>
          </w:p>
        </w:tc>
        <w:tc>
          <w:tcPr>
            <w:tcW w:w="5490" w:type="dxa"/>
          </w:tcPr>
          <w:p w14:paraId="2762D8AF" w14:textId="77777777" w:rsidR="00B354BF" w:rsidRDefault="00B354BF" w:rsidP="00B354BF">
            <w:pPr>
              <w:rPr>
                <w:rFonts w:hint="eastAsia"/>
              </w:rPr>
            </w:pPr>
            <w:r>
              <w:rPr>
                <w:rFonts w:eastAsia="Sans Serif"/>
              </w:rPr>
              <w:t>Plazminis suvirinimas lydžiuoju elektrodu inertinėse dujose (Plazminis MIG suvirinimas)</w:t>
            </w:r>
          </w:p>
        </w:tc>
      </w:tr>
      <w:tr w:rsidR="00B354BF" w14:paraId="0848B948" w14:textId="77777777" w:rsidTr="00B354BF">
        <w:trPr>
          <w:trHeight w:val="251"/>
        </w:trPr>
        <w:tc>
          <w:tcPr>
            <w:tcW w:w="648" w:type="dxa"/>
          </w:tcPr>
          <w:p w14:paraId="50CD0EDB" w14:textId="77777777" w:rsidR="00B354BF" w:rsidRDefault="00B354BF" w:rsidP="00B354BF">
            <w:pPr>
              <w:rPr>
                <w:rFonts w:hint="eastAsia"/>
              </w:rPr>
            </w:pPr>
            <w:r>
              <w:rPr>
                <w:rFonts w:eastAsia="Sans Serif"/>
              </w:rPr>
              <w:t>152</w:t>
            </w:r>
          </w:p>
        </w:tc>
        <w:tc>
          <w:tcPr>
            <w:tcW w:w="5490" w:type="dxa"/>
          </w:tcPr>
          <w:p w14:paraId="65BFC07F" w14:textId="77777777" w:rsidR="00B354BF" w:rsidRDefault="00B354BF" w:rsidP="00B354BF">
            <w:pPr>
              <w:rPr>
                <w:rFonts w:hint="eastAsia"/>
              </w:rPr>
            </w:pPr>
            <w:r>
              <w:rPr>
                <w:rFonts w:eastAsia="Sans Serif"/>
              </w:rPr>
              <w:t>Plazminis miltelinis suvirinimas</w:t>
            </w:r>
          </w:p>
        </w:tc>
      </w:tr>
      <w:tr w:rsidR="00B354BF" w14:paraId="78E7248A" w14:textId="77777777" w:rsidTr="00B354BF">
        <w:trPr>
          <w:trHeight w:val="251"/>
        </w:trPr>
        <w:tc>
          <w:tcPr>
            <w:tcW w:w="648" w:type="dxa"/>
          </w:tcPr>
          <w:p w14:paraId="68F8BD45" w14:textId="77777777" w:rsidR="00B354BF" w:rsidRDefault="00B354BF" w:rsidP="00B354BF">
            <w:pPr>
              <w:rPr>
                <w:rFonts w:hint="eastAsia"/>
              </w:rPr>
            </w:pPr>
            <w:r>
              <w:rPr>
                <w:rFonts w:eastAsia="Sans Serif"/>
              </w:rPr>
              <w:t>18</w:t>
            </w:r>
          </w:p>
        </w:tc>
        <w:tc>
          <w:tcPr>
            <w:tcW w:w="5490" w:type="dxa"/>
          </w:tcPr>
          <w:p w14:paraId="2981F029" w14:textId="77777777" w:rsidR="00B354BF" w:rsidRDefault="00B354BF" w:rsidP="00B354BF">
            <w:pPr>
              <w:rPr>
                <w:rFonts w:hint="eastAsia"/>
              </w:rPr>
            </w:pPr>
            <w:r>
              <w:rPr>
                <w:rFonts w:eastAsia="Sans Serif"/>
              </w:rPr>
              <w:t>Kiti lankinio suvirinimo procesai</w:t>
            </w:r>
          </w:p>
        </w:tc>
      </w:tr>
      <w:tr w:rsidR="00B354BF" w14:paraId="639D69B2" w14:textId="77777777" w:rsidTr="00B354BF">
        <w:trPr>
          <w:trHeight w:val="251"/>
        </w:trPr>
        <w:tc>
          <w:tcPr>
            <w:tcW w:w="648" w:type="dxa"/>
          </w:tcPr>
          <w:p w14:paraId="5671C58E" w14:textId="77777777" w:rsidR="00B354BF" w:rsidRDefault="00B354BF" w:rsidP="00B354BF">
            <w:pPr>
              <w:rPr>
                <w:rFonts w:hint="eastAsia"/>
              </w:rPr>
            </w:pPr>
            <w:r>
              <w:rPr>
                <w:rFonts w:eastAsia="Sans Serif"/>
              </w:rPr>
              <w:t>185</w:t>
            </w:r>
          </w:p>
        </w:tc>
        <w:tc>
          <w:tcPr>
            <w:tcW w:w="5490" w:type="dxa"/>
          </w:tcPr>
          <w:p w14:paraId="65B4C95A" w14:textId="77777777" w:rsidR="00B354BF" w:rsidRDefault="00B354BF" w:rsidP="00B354BF">
            <w:pPr>
              <w:rPr>
                <w:rFonts w:hint="eastAsia"/>
              </w:rPr>
            </w:pPr>
            <w:r>
              <w:rPr>
                <w:rFonts w:eastAsia="Sans Serif"/>
              </w:rPr>
              <w:t>Sandūrinis suvirinimas magnetiškai sukamu lanku</w:t>
            </w:r>
          </w:p>
        </w:tc>
      </w:tr>
      <w:tr w:rsidR="00B354BF" w14:paraId="0505439A" w14:textId="77777777" w:rsidTr="00B354BF">
        <w:trPr>
          <w:trHeight w:val="251"/>
        </w:trPr>
        <w:tc>
          <w:tcPr>
            <w:tcW w:w="648" w:type="dxa"/>
          </w:tcPr>
          <w:p w14:paraId="28ECB000" w14:textId="77777777" w:rsidR="00B354BF" w:rsidRDefault="00B354BF" w:rsidP="00B354BF">
            <w:pPr>
              <w:rPr>
                <w:rFonts w:hint="eastAsia"/>
              </w:rPr>
            </w:pPr>
            <w:r>
              <w:rPr>
                <w:rFonts w:eastAsia="Sans Serif"/>
              </w:rPr>
              <w:t>2</w:t>
            </w:r>
          </w:p>
        </w:tc>
        <w:tc>
          <w:tcPr>
            <w:tcW w:w="5490" w:type="dxa"/>
          </w:tcPr>
          <w:p w14:paraId="1B28BDC7" w14:textId="77777777" w:rsidR="00B354BF" w:rsidRDefault="00B354BF" w:rsidP="00B354BF">
            <w:pPr>
              <w:rPr>
                <w:rFonts w:hint="eastAsia"/>
              </w:rPr>
            </w:pPr>
            <w:r>
              <w:rPr>
                <w:rFonts w:eastAsia="Sans Serif"/>
              </w:rPr>
              <w:t>Kontaktinis (varžinis) suvirinimas</w:t>
            </w:r>
          </w:p>
        </w:tc>
      </w:tr>
      <w:tr w:rsidR="00B354BF" w14:paraId="590F25D1" w14:textId="77777777" w:rsidTr="00B354BF">
        <w:trPr>
          <w:trHeight w:val="251"/>
        </w:trPr>
        <w:tc>
          <w:tcPr>
            <w:tcW w:w="648" w:type="dxa"/>
          </w:tcPr>
          <w:p w14:paraId="35FF2949" w14:textId="77777777" w:rsidR="00B354BF" w:rsidRDefault="00B354BF" w:rsidP="00B354BF">
            <w:pPr>
              <w:rPr>
                <w:rFonts w:hint="eastAsia"/>
              </w:rPr>
            </w:pPr>
            <w:r>
              <w:rPr>
                <w:rFonts w:eastAsia="Sans Serif"/>
              </w:rPr>
              <w:t>21</w:t>
            </w:r>
          </w:p>
        </w:tc>
        <w:tc>
          <w:tcPr>
            <w:tcW w:w="5490" w:type="dxa"/>
          </w:tcPr>
          <w:p w14:paraId="18DFB428" w14:textId="77777777" w:rsidR="00B354BF" w:rsidRDefault="00B354BF" w:rsidP="00B354BF">
            <w:pPr>
              <w:rPr>
                <w:rFonts w:hint="eastAsia"/>
              </w:rPr>
            </w:pPr>
            <w:r>
              <w:rPr>
                <w:rFonts w:eastAsia="Sans Serif"/>
              </w:rPr>
              <w:t>Taškinis suvirinimas</w:t>
            </w:r>
          </w:p>
        </w:tc>
      </w:tr>
      <w:tr w:rsidR="00B354BF" w14:paraId="5036546C" w14:textId="77777777" w:rsidTr="00B354BF">
        <w:trPr>
          <w:trHeight w:val="251"/>
        </w:trPr>
        <w:tc>
          <w:tcPr>
            <w:tcW w:w="648" w:type="dxa"/>
          </w:tcPr>
          <w:p w14:paraId="352AA11D" w14:textId="77777777" w:rsidR="00B354BF" w:rsidRDefault="00B354BF" w:rsidP="00B354BF">
            <w:pPr>
              <w:rPr>
                <w:rFonts w:hint="eastAsia"/>
              </w:rPr>
            </w:pPr>
            <w:r>
              <w:rPr>
                <w:rFonts w:eastAsia="Sans Serif"/>
              </w:rPr>
              <w:t>211</w:t>
            </w:r>
          </w:p>
        </w:tc>
        <w:tc>
          <w:tcPr>
            <w:tcW w:w="5490" w:type="dxa"/>
          </w:tcPr>
          <w:p w14:paraId="3F739560" w14:textId="77777777" w:rsidR="00B354BF" w:rsidRDefault="00B354BF" w:rsidP="00B354BF">
            <w:pPr>
              <w:rPr>
                <w:rFonts w:hint="eastAsia"/>
              </w:rPr>
            </w:pPr>
            <w:r>
              <w:rPr>
                <w:rFonts w:eastAsia="Sans Serif"/>
              </w:rPr>
              <w:t>Netiesioginis kontaktinis taškinis suvirinimas</w:t>
            </w:r>
          </w:p>
        </w:tc>
      </w:tr>
      <w:tr w:rsidR="00B354BF" w14:paraId="19522F09" w14:textId="77777777" w:rsidTr="00B354BF">
        <w:trPr>
          <w:trHeight w:val="251"/>
        </w:trPr>
        <w:tc>
          <w:tcPr>
            <w:tcW w:w="648" w:type="dxa"/>
          </w:tcPr>
          <w:p w14:paraId="4F519730" w14:textId="77777777" w:rsidR="00B354BF" w:rsidRDefault="00B354BF" w:rsidP="00B354BF">
            <w:pPr>
              <w:rPr>
                <w:rFonts w:hint="eastAsia"/>
              </w:rPr>
            </w:pPr>
            <w:r>
              <w:rPr>
                <w:rFonts w:eastAsia="Sans Serif"/>
              </w:rPr>
              <w:t>212</w:t>
            </w:r>
          </w:p>
        </w:tc>
        <w:tc>
          <w:tcPr>
            <w:tcW w:w="5490" w:type="dxa"/>
          </w:tcPr>
          <w:p w14:paraId="0821F21E" w14:textId="77777777" w:rsidR="00B354BF" w:rsidRDefault="00B354BF" w:rsidP="00B354BF">
            <w:pPr>
              <w:rPr>
                <w:rFonts w:hint="eastAsia"/>
              </w:rPr>
            </w:pPr>
            <w:r>
              <w:rPr>
                <w:rFonts w:eastAsia="Sans Serif"/>
              </w:rPr>
              <w:t>Tiesioginis kontaktinis taškinis suvirinimas</w:t>
            </w:r>
          </w:p>
        </w:tc>
      </w:tr>
      <w:tr w:rsidR="00B354BF" w14:paraId="134CCBF8" w14:textId="77777777" w:rsidTr="00B354BF">
        <w:trPr>
          <w:trHeight w:val="251"/>
        </w:trPr>
        <w:tc>
          <w:tcPr>
            <w:tcW w:w="648" w:type="dxa"/>
          </w:tcPr>
          <w:p w14:paraId="00E32059" w14:textId="77777777" w:rsidR="00B354BF" w:rsidRDefault="00B354BF" w:rsidP="00B354BF">
            <w:pPr>
              <w:rPr>
                <w:rFonts w:hint="eastAsia"/>
              </w:rPr>
            </w:pPr>
            <w:r>
              <w:rPr>
                <w:rFonts w:eastAsia="Sans Serif"/>
              </w:rPr>
              <w:t>22</w:t>
            </w:r>
          </w:p>
        </w:tc>
        <w:tc>
          <w:tcPr>
            <w:tcW w:w="5490" w:type="dxa"/>
          </w:tcPr>
          <w:p w14:paraId="245CB307" w14:textId="77777777" w:rsidR="00B354BF" w:rsidRDefault="00B354BF" w:rsidP="00B354BF">
            <w:pPr>
              <w:rPr>
                <w:rFonts w:hint="eastAsia"/>
              </w:rPr>
            </w:pPr>
            <w:r>
              <w:rPr>
                <w:rFonts w:eastAsia="Sans Serif"/>
              </w:rPr>
              <w:t>Kontaktinis siūlinis suvirinimas</w:t>
            </w:r>
          </w:p>
        </w:tc>
      </w:tr>
      <w:tr w:rsidR="00B354BF" w14:paraId="702D324B" w14:textId="77777777" w:rsidTr="00B354BF">
        <w:trPr>
          <w:trHeight w:val="251"/>
        </w:trPr>
        <w:tc>
          <w:tcPr>
            <w:tcW w:w="648" w:type="dxa"/>
          </w:tcPr>
          <w:p w14:paraId="04399F75" w14:textId="77777777" w:rsidR="00B354BF" w:rsidRDefault="00B354BF" w:rsidP="00B354BF">
            <w:pPr>
              <w:rPr>
                <w:rFonts w:hint="eastAsia"/>
              </w:rPr>
            </w:pPr>
            <w:r>
              <w:rPr>
                <w:rFonts w:eastAsia="Sans Serif"/>
              </w:rPr>
              <w:t>221</w:t>
            </w:r>
          </w:p>
        </w:tc>
        <w:tc>
          <w:tcPr>
            <w:tcW w:w="5490" w:type="dxa"/>
          </w:tcPr>
          <w:p w14:paraId="31A709BC" w14:textId="77777777" w:rsidR="00B354BF" w:rsidRDefault="00B354BF" w:rsidP="00B354BF">
            <w:pPr>
              <w:rPr>
                <w:rFonts w:hint="eastAsia"/>
              </w:rPr>
            </w:pPr>
            <w:r>
              <w:rPr>
                <w:rFonts w:eastAsia="Sans Serif"/>
              </w:rPr>
              <w:t>Užleistinis kontaktinis siūlinis suvirinimas</w:t>
            </w:r>
          </w:p>
        </w:tc>
      </w:tr>
      <w:tr w:rsidR="00B354BF" w14:paraId="7648C021" w14:textId="77777777" w:rsidTr="00B354BF">
        <w:trPr>
          <w:trHeight w:val="251"/>
        </w:trPr>
        <w:tc>
          <w:tcPr>
            <w:tcW w:w="648" w:type="dxa"/>
          </w:tcPr>
          <w:p w14:paraId="10EF6A43" w14:textId="77777777" w:rsidR="00B354BF" w:rsidRDefault="00B354BF" w:rsidP="00B354BF">
            <w:pPr>
              <w:rPr>
                <w:rFonts w:hint="eastAsia"/>
              </w:rPr>
            </w:pPr>
            <w:r>
              <w:rPr>
                <w:rFonts w:eastAsia="Sans Serif"/>
              </w:rPr>
              <w:t>222</w:t>
            </w:r>
          </w:p>
        </w:tc>
        <w:tc>
          <w:tcPr>
            <w:tcW w:w="5490" w:type="dxa"/>
          </w:tcPr>
          <w:p w14:paraId="4BCC4390" w14:textId="77777777" w:rsidR="00B354BF" w:rsidRDefault="00B354BF" w:rsidP="00B354BF">
            <w:pPr>
              <w:rPr>
                <w:rFonts w:hint="eastAsia"/>
              </w:rPr>
            </w:pPr>
            <w:r>
              <w:rPr>
                <w:rFonts w:eastAsia="Sans Serif"/>
              </w:rPr>
              <w:t>Kontaktinis siūlinis-susodintinis suvirinimas</w:t>
            </w:r>
          </w:p>
        </w:tc>
      </w:tr>
      <w:tr w:rsidR="00B354BF" w14:paraId="75CE6FA5" w14:textId="77777777" w:rsidTr="00B354BF">
        <w:trPr>
          <w:trHeight w:val="251"/>
        </w:trPr>
        <w:tc>
          <w:tcPr>
            <w:tcW w:w="648" w:type="dxa"/>
          </w:tcPr>
          <w:p w14:paraId="5FFFA381" w14:textId="77777777" w:rsidR="00B354BF" w:rsidRDefault="00B354BF" w:rsidP="00B354BF">
            <w:pPr>
              <w:rPr>
                <w:rFonts w:hint="eastAsia"/>
              </w:rPr>
            </w:pPr>
            <w:r>
              <w:rPr>
                <w:rFonts w:eastAsia="Sans Serif"/>
              </w:rPr>
              <w:t>225</w:t>
            </w:r>
          </w:p>
        </w:tc>
        <w:tc>
          <w:tcPr>
            <w:tcW w:w="5490" w:type="dxa"/>
          </w:tcPr>
          <w:p w14:paraId="6D306CE5" w14:textId="77777777" w:rsidR="00B354BF" w:rsidRDefault="00B354BF" w:rsidP="00B354BF">
            <w:pPr>
              <w:rPr>
                <w:rFonts w:hint="eastAsia"/>
              </w:rPr>
            </w:pPr>
            <w:r>
              <w:rPr>
                <w:rFonts w:eastAsia="Sans Serif"/>
              </w:rPr>
              <w:t>Kontaktinis sandūrinis su juosta siūlinis suvirinimas</w:t>
            </w:r>
          </w:p>
        </w:tc>
      </w:tr>
      <w:tr w:rsidR="00B354BF" w14:paraId="2A9665F2" w14:textId="77777777" w:rsidTr="00B354BF">
        <w:trPr>
          <w:trHeight w:val="251"/>
        </w:trPr>
        <w:tc>
          <w:tcPr>
            <w:tcW w:w="648" w:type="dxa"/>
          </w:tcPr>
          <w:p w14:paraId="0B9E00B6" w14:textId="77777777" w:rsidR="00B354BF" w:rsidRDefault="00B354BF" w:rsidP="00B354BF">
            <w:pPr>
              <w:rPr>
                <w:rFonts w:hint="eastAsia"/>
              </w:rPr>
            </w:pPr>
            <w:r>
              <w:rPr>
                <w:rFonts w:eastAsia="Sans Serif"/>
              </w:rPr>
              <w:t>226</w:t>
            </w:r>
          </w:p>
        </w:tc>
        <w:tc>
          <w:tcPr>
            <w:tcW w:w="5490" w:type="dxa"/>
          </w:tcPr>
          <w:p w14:paraId="478DEBA8" w14:textId="77777777" w:rsidR="00B354BF" w:rsidRDefault="00B354BF" w:rsidP="00B354BF">
            <w:pPr>
              <w:rPr>
                <w:rFonts w:hint="eastAsia"/>
              </w:rPr>
            </w:pPr>
            <w:r>
              <w:rPr>
                <w:rFonts w:eastAsia="Sans Serif"/>
              </w:rPr>
              <w:t>Kontaktinis su juosta siūlinis suvirinimas</w:t>
            </w:r>
          </w:p>
        </w:tc>
      </w:tr>
      <w:tr w:rsidR="00B354BF" w14:paraId="18CCC129" w14:textId="77777777" w:rsidTr="00B354BF">
        <w:trPr>
          <w:trHeight w:val="251"/>
        </w:trPr>
        <w:tc>
          <w:tcPr>
            <w:tcW w:w="648" w:type="dxa"/>
          </w:tcPr>
          <w:p w14:paraId="66D1CD8D" w14:textId="77777777" w:rsidR="00B354BF" w:rsidRDefault="00B354BF" w:rsidP="00B354BF">
            <w:pPr>
              <w:rPr>
                <w:rFonts w:hint="eastAsia"/>
              </w:rPr>
            </w:pPr>
            <w:r>
              <w:rPr>
                <w:rFonts w:eastAsia="Sans Serif"/>
              </w:rPr>
              <w:t>23</w:t>
            </w:r>
          </w:p>
        </w:tc>
        <w:tc>
          <w:tcPr>
            <w:tcW w:w="5490" w:type="dxa"/>
          </w:tcPr>
          <w:p w14:paraId="19C795DB" w14:textId="77777777" w:rsidR="00B354BF" w:rsidRDefault="00B354BF" w:rsidP="00B354BF">
            <w:pPr>
              <w:rPr>
                <w:rFonts w:hint="eastAsia"/>
              </w:rPr>
            </w:pPr>
            <w:r>
              <w:rPr>
                <w:rFonts w:eastAsia="Sans Serif"/>
              </w:rPr>
              <w:t>Kontaktinis reljefinis suvirinimas</w:t>
            </w:r>
          </w:p>
        </w:tc>
      </w:tr>
      <w:tr w:rsidR="00B354BF" w14:paraId="2337EB2F" w14:textId="77777777" w:rsidTr="00B354BF">
        <w:trPr>
          <w:trHeight w:val="251"/>
        </w:trPr>
        <w:tc>
          <w:tcPr>
            <w:tcW w:w="648" w:type="dxa"/>
          </w:tcPr>
          <w:p w14:paraId="021B0A21" w14:textId="77777777" w:rsidR="00B354BF" w:rsidRDefault="00B354BF" w:rsidP="00B354BF">
            <w:pPr>
              <w:rPr>
                <w:rFonts w:hint="eastAsia"/>
              </w:rPr>
            </w:pPr>
            <w:r>
              <w:rPr>
                <w:rFonts w:eastAsia="Sans Serif"/>
              </w:rPr>
              <w:t>231</w:t>
            </w:r>
          </w:p>
        </w:tc>
        <w:tc>
          <w:tcPr>
            <w:tcW w:w="5490" w:type="dxa"/>
          </w:tcPr>
          <w:p w14:paraId="62604B5C" w14:textId="77777777" w:rsidR="00B354BF" w:rsidRDefault="00B354BF" w:rsidP="00B354BF">
            <w:pPr>
              <w:rPr>
                <w:rFonts w:hint="eastAsia"/>
              </w:rPr>
            </w:pPr>
            <w:r>
              <w:rPr>
                <w:rFonts w:eastAsia="Sans Serif"/>
              </w:rPr>
              <w:t>Netiesioginis kontaktinis reljefinis suvirinimas</w:t>
            </w:r>
          </w:p>
        </w:tc>
      </w:tr>
      <w:tr w:rsidR="00B354BF" w14:paraId="172C4379" w14:textId="77777777" w:rsidTr="00B354BF">
        <w:trPr>
          <w:trHeight w:val="251"/>
        </w:trPr>
        <w:tc>
          <w:tcPr>
            <w:tcW w:w="648" w:type="dxa"/>
          </w:tcPr>
          <w:p w14:paraId="33461DA0" w14:textId="77777777" w:rsidR="00B354BF" w:rsidRDefault="00B354BF" w:rsidP="00B354BF">
            <w:pPr>
              <w:rPr>
                <w:rFonts w:hint="eastAsia"/>
              </w:rPr>
            </w:pPr>
            <w:r>
              <w:rPr>
                <w:rFonts w:eastAsia="Sans Serif"/>
              </w:rPr>
              <w:t>232</w:t>
            </w:r>
          </w:p>
        </w:tc>
        <w:tc>
          <w:tcPr>
            <w:tcW w:w="5490" w:type="dxa"/>
          </w:tcPr>
          <w:p w14:paraId="23EB5BC4" w14:textId="77777777" w:rsidR="00B354BF" w:rsidRDefault="00B354BF" w:rsidP="00B354BF">
            <w:pPr>
              <w:rPr>
                <w:rFonts w:hint="eastAsia"/>
              </w:rPr>
            </w:pPr>
            <w:r>
              <w:rPr>
                <w:rFonts w:eastAsia="Sans Serif"/>
              </w:rPr>
              <w:t>Tiesioginis kontaktinis reljefinis suvirinimas</w:t>
            </w:r>
          </w:p>
        </w:tc>
      </w:tr>
      <w:tr w:rsidR="00B354BF" w14:paraId="7E351F71" w14:textId="77777777" w:rsidTr="00B354BF">
        <w:trPr>
          <w:trHeight w:val="251"/>
        </w:trPr>
        <w:tc>
          <w:tcPr>
            <w:tcW w:w="648" w:type="dxa"/>
          </w:tcPr>
          <w:p w14:paraId="1825478F" w14:textId="77777777" w:rsidR="00B354BF" w:rsidRDefault="00B354BF" w:rsidP="00B354BF">
            <w:pPr>
              <w:rPr>
                <w:rFonts w:hint="eastAsia"/>
              </w:rPr>
            </w:pPr>
            <w:r>
              <w:rPr>
                <w:rFonts w:eastAsia="Sans Serif"/>
              </w:rPr>
              <w:t>24</w:t>
            </w:r>
          </w:p>
        </w:tc>
        <w:tc>
          <w:tcPr>
            <w:tcW w:w="5490" w:type="dxa"/>
          </w:tcPr>
          <w:p w14:paraId="6937012E" w14:textId="77777777" w:rsidR="00B354BF" w:rsidRDefault="00B354BF" w:rsidP="00B354BF">
            <w:pPr>
              <w:rPr>
                <w:rFonts w:hint="eastAsia"/>
              </w:rPr>
            </w:pPr>
            <w:r>
              <w:rPr>
                <w:rFonts w:eastAsia="Sans Serif"/>
              </w:rPr>
              <w:t>Kontaktinis aplydomasis suvirinimas</w:t>
            </w:r>
          </w:p>
        </w:tc>
      </w:tr>
    </w:tbl>
    <w:p w14:paraId="3CE707AB" w14:textId="77777777" w:rsidR="00EF6539" w:rsidRDefault="00EF6539">
      <w:pPr>
        <w:rPr>
          <w:rFonts w:hint="eastAsia"/>
        </w:rPr>
        <w:sectPr w:rsidR="00EF6539">
          <w:pgSz w:w="16838" w:h="11906"/>
          <w:pgMar w:top="0" w:right="0" w:bottom="0" w:left="0" w:header="0" w:footer="0" w:gutter="0"/>
          <w:cols w:space="720"/>
          <w:docGrid w:linePitch="360"/>
        </w:sectPr>
      </w:pPr>
    </w:p>
    <w:p w14:paraId="061DF574" w14:textId="77777777" w:rsidR="00EF6539" w:rsidRDefault="00EF6539">
      <w:pPr>
        <w:rPr>
          <w:rFonts w:hint="eastAsia"/>
        </w:rPr>
      </w:pPr>
    </w:p>
    <w:tbl>
      <w:tblPr>
        <w:tblStyle w:val="TableGrid"/>
        <w:tblpPr w:vertAnchor="page" w:horzAnchor="page" w:tblpX="1181" w:tblpY="971"/>
        <w:tblW w:w="4788" w:type="dxa"/>
        <w:tblLayout w:type="fixed"/>
        <w:tblLook w:val="04A0" w:firstRow="1" w:lastRow="0" w:firstColumn="1" w:lastColumn="0" w:noHBand="0" w:noVBand="1"/>
      </w:tblPr>
      <w:tblGrid>
        <w:gridCol w:w="828"/>
        <w:gridCol w:w="3960"/>
      </w:tblGrid>
      <w:tr w:rsidR="00EF6539" w14:paraId="5CB0AA6E" w14:textId="77777777" w:rsidTr="00B354BF">
        <w:trPr>
          <w:trHeight w:val="212"/>
        </w:trPr>
        <w:tc>
          <w:tcPr>
            <w:tcW w:w="828" w:type="dxa"/>
          </w:tcPr>
          <w:p w14:paraId="465E1DCF" w14:textId="77777777" w:rsidR="00EF6539" w:rsidRDefault="00000000">
            <w:pPr>
              <w:rPr>
                <w:rFonts w:hint="eastAsia"/>
              </w:rPr>
            </w:pPr>
            <w:r>
              <w:rPr>
                <w:rFonts w:eastAsia="Sans Serif"/>
              </w:rPr>
              <w:t>8</w:t>
            </w:r>
          </w:p>
        </w:tc>
        <w:tc>
          <w:tcPr>
            <w:tcW w:w="3960" w:type="dxa"/>
          </w:tcPr>
          <w:p w14:paraId="23AA70A8" w14:textId="77777777" w:rsidR="00EF6539" w:rsidRDefault="00000000">
            <w:pPr>
              <w:rPr>
                <w:rFonts w:hint="eastAsia"/>
              </w:rPr>
            </w:pPr>
            <w:r>
              <w:rPr>
                <w:rFonts w:eastAsia="Sans Serif"/>
              </w:rPr>
              <w:t>Pjovimas ir drožimas</w:t>
            </w:r>
          </w:p>
        </w:tc>
      </w:tr>
      <w:tr w:rsidR="00EF6539" w14:paraId="3ED0044C" w14:textId="77777777" w:rsidTr="00B354BF">
        <w:trPr>
          <w:trHeight w:val="212"/>
        </w:trPr>
        <w:tc>
          <w:tcPr>
            <w:tcW w:w="828" w:type="dxa"/>
          </w:tcPr>
          <w:p w14:paraId="00873028" w14:textId="77777777" w:rsidR="00EF6539" w:rsidRDefault="00000000">
            <w:pPr>
              <w:rPr>
                <w:rFonts w:hint="eastAsia"/>
              </w:rPr>
            </w:pPr>
            <w:r>
              <w:rPr>
                <w:rFonts w:eastAsia="Sans Serif"/>
              </w:rPr>
              <w:t>81</w:t>
            </w:r>
          </w:p>
        </w:tc>
        <w:tc>
          <w:tcPr>
            <w:tcW w:w="3960" w:type="dxa"/>
          </w:tcPr>
          <w:p w14:paraId="5D4F1B1D" w14:textId="77777777" w:rsidR="00EF6539" w:rsidRDefault="00000000">
            <w:pPr>
              <w:rPr>
                <w:rFonts w:hint="eastAsia"/>
              </w:rPr>
            </w:pPr>
            <w:r>
              <w:rPr>
                <w:rFonts w:eastAsia="Sans Serif"/>
              </w:rPr>
              <w:t>Liepsnininis pjovimas</w:t>
            </w:r>
          </w:p>
        </w:tc>
      </w:tr>
      <w:tr w:rsidR="00EF6539" w14:paraId="1C25C3A8" w14:textId="77777777" w:rsidTr="00B354BF">
        <w:trPr>
          <w:trHeight w:val="212"/>
        </w:trPr>
        <w:tc>
          <w:tcPr>
            <w:tcW w:w="828" w:type="dxa"/>
          </w:tcPr>
          <w:p w14:paraId="4D41B7F7" w14:textId="77777777" w:rsidR="00EF6539" w:rsidRDefault="00000000">
            <w:pPr>
              <w:rPr>
                <w:rFonts w:hint="eastAsia"/>
              </w:rPr>
            </w:pPr>
            <w:r>
              <w:rPr>
                <w:rFonts w:eastAsia="Sans Serif"/>
              </w:rPr>
              <w:t>82</w:t>
            </w:r>
          </w:p>
        </w:tc>
        <w:tc>
          <w:tcPr>
            <w:tcW w:w="3960" w:type="dxa"/>
          </w:tcPr>
          <w:p w14:paraId="6D3B6F32" w14:textId="77777777" w:rsidR="00EF6539" w:rsidRDefault="00000000">
            <w:pPr>
              <w:rPr>
                <w:rFonts w:hint="eastAsia"/>
              </w:rPr>
            </w:pPr>
            <w:r>
              <w:rPr>
                <w:rFonts w:eastAsia="Sans Serif"/>
              </w:rPr>
              <w:t>Lankinis pjovimas</w:t>
            </w:r>
          </w:p>
        </w:tc>
      </w:tr>
      <w:tr w:rsidR="00EF6539" w14:paraId="0B686D55" w14:textId="77777777" w:rsidTr="00B354BF">
        <w:trPr>
          <w:trHeight w:val="212"/>
        </w:trPr>
        <w:tc>
          <w:tcPr>
            <w:tcW w:w="828" w:type="dxa"/>
          </w:tcPr>
          <w:p w14:paraId="6FCFCC7C" w14:textId="77777777" w:rsidR="00EF6539" w:rsidRDefault="00000000">
            <w:pPr>
              <w:rPr>
                <w:rFonts w:hint="eastAsia"/>
              </w:rPr>
            </w:pPr>
            <w:r>
              <w:rPr>
                <w:rFonts w:eastAsia="Sans Serif"/>
              </w:rPr>
              <w:t>821</w:t>
            </w:r>
          </w:p>
        </w:tc>
        <w:tc>
          <w:tcPr>
            <w:tcW w:w="3960" w:type="dxa"/>
          </w:tcPr>
          <w:p w14:paraId="11E4A3B1" w14:textId="77777777" w:rsidR="00EF6539" w:rsidRDefault="00000000">
            <w:pPr>
              <w:rPr>
                <w:rFonts w:hint="eastAsia"/>
              </w:rPr>
            </w:pPr>
            <w:r>
              <w:rPr>
                <w:rFonts w:eastAsia="Sans Serif"/>
              </w:rPr>
              <w:t>Orinis lankinis pjovimas</w:t>
            </w:r>
          </w:p>
        </w:tc>
      </w:tr>
      <w:tr w:rsidR="00EF6539" w14:paraId="57A17E29" w14:textId="77777777" w:rsidTr="00B354BF">
        <w:trPr>
          <w:trHeight w:val="212"/>
        </w:trPr>
        <w:tc>
          <w:tcPr>
            <w:tcW w:w="828" w:type="dxa"/>
          </w:tcPr>
          <w:p w14:paraId="403719EA" w14:textId="77777777" w:rsidR="00EF6539" w:rsidRDefault="00000000">
            <w:pPr>
              <w:rPr>
                <w:rFonts w:hint="eastAsia"/>
              </w:rPr>
            </w:pPr>
            <w:r>
              <w:rPr>
                <w:rFonts w:eastAsia="Sans Serif"/>
              </w:rPr>
              <w:t>822</w:t>
            </w:r>
          </w:p>
        </w:tc>
        <w:tc>
          <w:tcPr>
            <w:tcW w:w="3960" w:type="dxa"/>
          </w:tcPr>
          <w:p w14:paraId="1CE9FD27" w14:textId="77777777" w:rsidR="00EF6539" w:rsidRDefault="00000000">
            <w:pPr>
              <w:rPr>
                <w:rFonts w:hint="eastAsia"/>
              </w:rPr>
            </w:pPr>
            <w:r>
              <w:rPr>
                <w:rFonts w:eastAsia="Sans Serif"/>
              </w:rPr>
              <w:t>Deguoninis lankinis pjovimas</w:t>
            </w:r>
          </w:p>
        </w:tc>
      </w:tr>
      <w:tr w:rsidR="00EF6539" w14:paraId="32503493" w14:textId="77777777" w:rsidTr="00B354BF">
        <w:trPr>
          <w:trHeight w:val="212"/>
        </w:trPr>
        <w:tc>
          <w:tcPr>
            <w:tcW w:w="828" w:type="dxa"/>
          </w:tcPr>
          <w:p w14:paraId="6971BF30" w14:textId="77777777" w:rsidR="00EF6539" w:rsidRDefault="00000000">
            <w:pPr>
              <w:rPr>
                <w:rFonts w:hint="eastAsia"/>
              </w:rPr>
            </w:pPr>
            <w:r>
              <w:rPr>
                <w:rFonts w:eastAsia="Sans Serif"/>
              </w:rPr>
              <w:t>83</w:t>
            </w:r>
          </w:p>
        </w:tc>
        <w:tc>
          <w:tcPr>
            <w:tcW w:w="3960" w:type="dxa"/>
          </w:tcPr>
          <w:p w14:paraId="4BC07B8A" w14:textId="77777777" w:rsidR="00EF6539" w:rsidRDefault="00000000">
            <w:pPr>
              <w:rPr>
                <w:rFonts w:hint="eastAsia"/>
              </w:rPr>
            </w:pPr>
            <w:r>
              <w:rPr>
                <w:rFonts w:eastAsia="Sans Serif"/>
              </w:rPr>
              <w:t>Plazminis pjovimas</w:t>
            </w:r>
          </w:p>
        </w:tc>
      </w:tr>
      <w:tr w:rsidR="00EF6539" w14:paraId="0E61CFFA" w14:textId="77777777" w:rsidTr="00B354BF">
        <w:trPr>
          <w:trHeight w:val="212"/>
        </w:trPr>
        <w:tc>
          <w:tcPr>
            <w:tcW w:w="828" w:type="dxa"/>
          </w:tcPr>
          <w:p w14:paraId="49FDC444" w14:textId="77777777" w:rsidR="00EF6539" w:rsidRDefault="00000000">
            <w:pPr>
              <w:rPr>
                <w:rFonts w:hint="eastAsia"/>
              </w:rPr>
            </w:pPr>
            <w:r>
              <w:rPr>
                <w:rFonts w:eastAsia="Sans Serif"/>
              </w:rPr>
              <w:t>84</w:t>
            </w:r>
          </w:p>
        </w:tc>
        <w:tc>
          <w:tcPr>
            <w:tcW w:w="3960" w:type="dxa"/>
          </w:tcPr>
          <w:p w14:paraId="275F4EE1" w14:textId="77777777" w:rsidR="00EF6539" w:rsidRDefault="00000000">
            <w:pPr>
              <w:rPr>
                <w:rFonts w:hint="eastAsia"/>
              </w:rPr>
            </w:pPr>
            <w:r>
              <w:rPr>
                <w:rFonts w:eastAsia="Sans Serif"/>
              </w:rPr>
              <w:t>Lazerinis pjovimas</w:t>
            </w:r>
          </w:p>
        </w:tc>
      </w:tr>
      <w:tr w:rsidR="00EF6539" w14:paraId="5B17B19E" w14:textId="77777777" w:rsidTr="00B354BF">
        <w:trPr>
          <w:trHeight w:val="212"/>
        </w:trPr>
        <w:tc>
          <w:tcPr>
            <w:tcW w:w="828" w:type="dxa"/>
          </w:tcPr>
          <w:p w14:paraId="5974732D" w14:textId="77777777" w:rsidR="00EF6539" w:rsidRDefault="00000000">
            <w:pPr>
              <w:rPr>
                <w:rFonts w:hint="eastAsia"/>
              </w:rPr>
            </w:pPr>
            <w:r>
              <w:rPr>
                <w:rFonts w:eastAsia="Sans Serif"/>
              </w:rPr>
              <w:t>86</w:t>
            </w:r>
          </w:p>
        </w:tc>
        <w:tc>
          <w:tcPr>
            <w:tcW w:w="3960" w:type="dxa"/>
          </w:tcPr>
          <w:p w14:paraId="63735884" w14:textId="77777777" w:rsidR="00EF6539" w:rsidRDefault="00000000">
            <w:pPr>
              <w:rPr>
                <w:rFonts w:hint="eastAsia"/>
              </w:rPr>
            </w:pPr>
            <w:r>
              <w:rPr>
                <w:rFonts w:eastAsia="Sans Serif"/>
              </w:rPr>
              <w:t>Liepsnininis drožimas</w:t>
            </w:r>
          </w:p>
        </w:tc>
      </w:tr>
      <w:tr w:rsidR="00EF6539" w14:paraId="6CE6750B" w14:textId="77777777" w:rsidTr="00B354BF">
        <w:trPr>
          <w:trHeight w:val="212"/>
        </w:trPr>
        <w:tc>
          <w:tcPr>
            <w:tcW w:w="828" w:type="dxa"/>
          </w:tcPr>
          <w:p w14:paraId="3705E94B" w14:textId="77777777" w:rsidR="00EF6539" w:rsidRDefault="00000000">
            <w:pPr>
              <w:rPr>
                <w:rFonts w:hint="eastAsia"/>
              </w:rPr>
            </w:pPr>
            <w:r>
              <w:rPr>
                <w:rFonts w:eastAsia="Sans Serif"/>
              </w:rPr>
              <w:t>87</w:t>
            </w:r>
          </w:p>
        </w:tc>
        <w:tc>
          <w:tcPr>
            <w:tcW w:w="3960" w:type="dxa"/>
          </w:tcPr>
          <w:p w14:paraId="78D3B57D" w14:textId="77777777" w:rsidR="00EF6539" w:rsidRDefault="00000000">
            <w:pPr>
              <w:rPr>
                <w:rFonts w:hint="eastAsia"/>
              </w:rPr>
            </w:pPr>
            <w:r>
              <w:rPr>
                <w:rFonts w:eastAsia="Sans Serif"/>
              </w:rPr>
              <w:t>Lankinis drožimas</w:t>
            </w:r>
          </w:p>
        </w:tc>
      </w:tr>
      <w:tr w:rsidR="00EF6539" w14:paraId="4C568E0F" w14:textId="77777777" w:rsidTr="00B354BF">
        <w:trPr>
          <w:trHeight w:val="212"/>
        </w:trPr>
        <w:tc>
          <w:tcPr>
            <w:tcW w:w="828" w:type="dxa"/>
          </w:tcPr>
          <w:p w14:paraId="602511C4" w14:textId="77777777" w:rsidR="00EF6539" w:rsidRDefault="00000000">
            <w:pPr>
              <w:rPr>
                <w:rFonts w:hint="eastAsia"/>
              </w:rPr>
            </w:pPr>
            <w:r>
              <w:rPr>
                <w:rFonts w:eastAsia="Sans Serif"/>
              </w:rPr>
              <w:t>871</w:t>
            </w:r>
          </w:p>
        </w:tc>
        <w:tc>
          <w:tcPr>
            <w:tcW w:w="3960" w:type="dxa"/>
          </w:tcPr>
          <w:p w14:paraId="09278644" w14:textId="77777777" w:rsidR="00EF6539" w:rsidRDefault="00000000">
            <w:pPr>
              <w:rPr>
                <w:rFonts w:hint="eastAsia"/>
              </w:rPr>
            </w:pPr>
            <w:r>
              <w:rPr>
                <w:rFonts w:eastAsia="Sans Serif"/>
              </w:rPr>
              <w:t>Orinis lankinis drožimas</w:t>
            </w:r>
          </w:p>
        </w:tc>
      </w:tr>
      <w:tr w:rsidR="00EF6539" w14:paraId="6496CB58" w14:textId="77777777" w:rsidTr="00B354BF">
        <w:trPr>
          <w:trHeight w:val="212"/>
        </w:trPr>
        <w:tc>
          <w:tcPr>
            <w:tcW w:w="828" w:type="dxa"/>
          </w:tcPr>
          <w:p w14:paraId="2F94A77F" w14:textId="77777777" w:rsidR="00EF6539" w:rsidRDefault="00000000">
            <w:pPr>
              <w:rPr>
                <w:rFonts w:hint="eastAsia"/>
              </w:rPr>
            </w:pPr>
            <w:r>
              <w:rPr>
                <w:rFonts w:eastAsia="Sans Serif"/>
              </w:rPr>
              <w:t>872</w:t>
            </w:r>
          </w:p>
        </w:tc>
        <w:tc>
          <w:tcPr>
            <w:tcW w:w="3960" w:type="dxa"/>
          </w:tcPr>
          <w:p w14:paraId="74EA8900" w14:textId="77777777" w:rsidR="00EF6539" w:rsidRDefault="00000000">
            <w:pPr>
              <w:rPr>
                <w:rFonts w:hint="eastAsia"/>
              </w:rPr>
            </w:pPr>
            <w:r>
              <w:rPr>
                <w:rFonts w:eastAsia="Sans Serif"/>
              </w:rPr>
              <w:t>Deguoninis lankinis drožimas</w:t>
            </w:r>
          </w:p>
        </w:tc>
      </w:tr>
      <w:tr w:rsidR="00EF6539" w14:paraId="0DC3D023" w14:textId="77777777" w:rsidTr="00B354BF">
        <w:trPr>
          <w:trHeight w:val="212"/>
        </w:trPr>
        <w:tc>
          <w:tcPr>
            <w:tcW w:w="828" w:type="dxa"/>
          </w:tcPr>
          <w:p w14:paraId="0803E309" w14:textId="77777777" w:rsidR="00EF6539" w:rsidRDefault="00000000">
            <w:pPr>
              <w:rPr>
                <w:rFonts w:hint="eastAsia"/>
              </w:rPr>
            </w:pPr>
            <w:r>
              <w:rPr>
                <w:rFonts w:eastAsia="Sans Serif"/>
              </w:rPr>
              <w:t>88</w:t>
            </w:r>
          </w:p>
        </w:tc>
        <w:tc>
          <w:tcPr>
            <w:tcW w:w="3960" w:type="dxa"/>
          </w:tcPr>
          <w:p w14:paraId="1829919C" w14:textId="77777777" w:rsidR="00EF6539" w:rsidRDefault="00000000">
            <w:pPr>
              <w:rPr>
                <w:rFonts w:hint="eastAsia"/>
              </w:rPr>
            </w:pPr>
            <w:r>
              <w:rPr>
                <w:rFonts w:eastAsia="Sans Serif"/>
              </w:rPr>
              <w:t>Plazminis drožimas</w:t>
            </w:r>
          </w:p>
        </w:tc>
      </w:tr>
      <w:tr w:rsidR="00EF6539" w14:paraId="17D659E6" w14:textId="77777777" w:rsidTr="00B354BF">
        <w:trPr>
          <w:trHeight w:val="212"/>
        </w:trPr>
        <w:tc>
          <w:tcPr>
            <w:tcW w:w="828" w:type="dxa"/>
          </w:tcPr>
          <w:p w14:paraId="2C14869D" w14:textId="77777777" w:rsidR="00EF6539" w:rsidRDefault="00000000">
            <w:pPr>
              <w:rPr>
                <w:rFonts w:hint="eastAsia"/>
              </w:rPr>
            </w:pPr>
            <w:r>
              <w:rPr>
                <w:rFonts w:eastAsia="Sans Serif"/>
              </w:rPr>
              <w:t>9</w:t>
            </w:r>
          </w:p>
        </w:tc>
        <w:tc>
          <w:tcPr>
            <w:tcW w:w="3960" w:type="dxa"/>
          </w:tcPr>
          <w:p w14:paraId="2A7CFBD8" w14:textId="77777777" w:rsidR="00EF6539" w:rsidRDefault="00000000">
            <w:pPr>
              <w:rPr>
                <w:rFonts w:hint="eastAsia"/>
              </w:rPr>
            </w:pPr>
            <w:r>
              <w:rPr>
                <w:rFonts w:eastAsia="Sans Serif"/>
              </w:rPr>
              <w:t>Kietasis, minkštasis ir suvirinamasis litavimas</w:t>
            </w:r>
          </w:p>
        </w:tc>
      </w:tr>
      <w:tr w:rsidR="00EF6539" w14:paraId="59D3E3D9" w14:textId="77777777" w:rsidTr="00B354BF">
        <w:trPr>
          <w:trHeight w:val="212"/>
        </w:trPr>
        <w:tc>
          <w:tcPr>
            <w:tcW w:w="828" w:type="dxa"/>
          </w:tcPr>
          <w:p w14:paraId="15438A86" w14:textId="77777777" w:rsidR="00EF6539" w:rsidRDefault="00000000">
            <w:pPr>
              <w:rPr>
                <w:rFonts w:hint="eastAsia"/>
              </w:rPr>
            </w:pPr>
            <w:r>
              <w:rPr>
                <w:rFonts w:eastAsia="Sans Serif"/>
              </w:rPr>
              <w:t>91</w:t>
            </w:r>
          </w:p>
        </w:tc>
        <w:tc>
          <w:tcPr>
            <w:tcW w:w="3960" w:type="dxa"/>
          </w:tcPr>
          <w:p w14:paraId="5B25F279" w14:textId="77777777" w:rsidR="00EF6539" w:rsidRDefault="00000000">
            <w:pPr>
              <w:rPr>
                <w:rFonts w:hint="eastAsia"/>
              </w:rPr>
            </w:pPr>
            <w:r>
              <w:rPr>
                <w:rFonts w:eastAsia="Sans Serif"/>
              </w:rPr>
              <w:t>Kietasis litavimas</w:t>
            </w:r>
          </w:p>
        </w:tc>
      </w:tr>
      <w:tr w:rsidR="00EF6539" w14:paraId="443BF350" w14:textId="77777777" w:rsidTr="00B354BF">
        <w:trPr>
          <w:trHeight w:val="212"/>
        </w:trPr>
        <w:tc>
          <w:tcPr>
            <w:tcW w:w="828" w:type="dxa"/>
          </w:tcPr>
          <w:p w14:paraId="30D8D825" w14:textId="77777777" w:rsidR="00EF6539" w:rsidRDefault="00000000">
            <w:pPr>
              <w:rPr>
                <w:rFonts w:hint="eastAsia"/>
              </w:rPr>
            </w:pPr>
            <w:r>
              <w:rPr>
                <w:rFonts w:eastAsia="Sans Serif"/>
              </w:rPr>
              <w:t>911</w:t>
            </w:r>
          </w:p>
        </w:tc>
        <w:tc>
          <w:tcPr>
            <w:tcW w:w="3960" w:type="dxa"/>
          </w:tcPr>
          <w:p w14:paraId="09E8D4E4" w14:textId="77777777" w:rsidR="00EF6539" w:rsidRDefault="00000000">
            <w:pPr>
              <w:rPr>
                <w:rFonts w:hint="eastAsia"/>
              </w:rPr>
            </w:pPr>
            <w:r>
              <w:rPr>
                <w:rFonts w:eastAsia="Sans Serif"/>
              </w:rPr>
              <w:t>Kietasis infraraudonpluoštis litavimas</w:t>
            </w:r>
          </w:p>
        </w:tc>
      </w:tr>
      <w:tr w:rsidR="00EF6539" w14:paraId="0F1AB528" w14:textId="77777777" w:rsidTr="00B354BF">
        <w:trPr>
          <w:trHeight w:val="212"/>
        </w:trPr>
        <w:tc>
          <w:tcPr>
            <w:tcW w:w="828" w:type="dxa"/>
          </w:tcPr>
          <w:p w14:paraId="4AF21EA7" w14:textId="77777777" w:rsidR="00EF6539" w:rsidRDefault="00000000">
            <w:pPr>
              <w:rPr>
                <w:rFonts w:hint="eastAsia"/>
              </w:rPr>
            </w:pPr>
            <w:r>
              <w:rPr>
                <w:rFonts w:eastAsia="Sans Serif"/>
              </w:rPr>
              <w:t>912</w:t>
            </w:r>
          </w:p>
        </w:tc>
        <w:tc>
          <w:tcPr>
            <w:tcW w:w="3960" w:type="dxa"/>
          </w:tcPr>
          <w:p w14:paraId="458EB74C" w14:textId="77777777" w:rsidR="00EF6539" w:rsidRDefault="00000000">
            <w:pPr>
              <w:rPr>
                <w:rFonts w:hint="eastAsia"/>
              </w:rPr>
            </w:pPr>
            <w:r>
              <w:rPr>
                <w:rFonts w:eastAsia="Sans Serif"/>
              </w:rPr>
              <w:t>Kietasis liepsnininis litavimas</w:t>
            </w:r>
          </w:p>
        </w:tc>
      </w:tr>
      <w:tr w:rsidR="00EF6539" w14:paraId="5B77E4EC" w14:textId="77777777" w:rsidTr="00B354BF">
        <w:trPr>
          <w:trHeight w:val="212"/>
        </w:trPr>
        <w:tc>
          <w:tcPr>
            <w:tcW w:w="828" w:type="dxa"/>
          </w:tcPr>
          <w:p w14:paraId="0EA46B25" w14:textId="77777777" w:rsidR="00EF6539" w:rsidRDefault="00000000">
            <w:pPr>
              <w:rPr>
                <w:rFonts w:hint="eastAsia"/>
              </w:rPr>
            </w:pPr>
            <w:r>
              <w:rPr>
                <w:rFonts w:eastAsia="Sans Serif"/>
              </w:rPr>
              <w:t>913</w:t>
            </w:r>
          </w:p>
        </w:tc>
        <w:tc>
          <w:tcPr>
            <w:tcW w:w="3960" w:type="dxa"/>
          </w:tcPr>
          <w:p w14:paraId="54AF12FA" w14:textId="77777777" w:rsidR="00EF6539" w:rsidRDefault="00000000">
            <w:pPr>
              <w:rPr>
                <w:rFonts w:hint="eastAsia"/>
              </w:rPr>
            </w:pPr>
            <w:r>
              <w:rPr>
                <w:rFonts w:eastAsia="Sans Serif"/>
              </w:rPr>
              <w:t>Kietasis litavimas krosnyje</w:t>
            </w:r>
          </w:p>
        </w:tc>
      </w:tr>
      <w:tr w:rsidR="00EF6539" w14:paraId="2B7A74AE" w14:textId="77777777" w:rsidTr="00B354BF">
        <w:trPr>
          <w:trHeight w:val="212"/>
        </w:trPr>
        <w:tc>
          <w:tcPr>
            <w:tcW w:w="828" w:type="dxa"/>
          </w:tcPr>
          <w:p w14:paraId="2196255A" w14:textId="77777777" w:rsidR="00EF6539" w:rsidRDefault="00000000">
            <w:pPr>
              <w:rPr>
                <w:rFonts w:hint="eastAsia"/>
              </w:rPr>
            </w:pPr>
            <w:r>
              <w:rPr>
                <w:rFonts w:eastAsia="Sans Serif"/>
              </w:rPr>
              <w:t>914</w:t>
            </w:r>
          </w:p>
        </w:tc>
        <w:tc>
          <w:tcPr>
            <w:tcW w:w="3960" w:type="dxa"/>
          </w:tcPr>
          <w:p w14:paraId="1823AB97" w14:textId="77777777" w:rsidR="00EF6539" w:rsidRDefault="00000000">
            <w:pPr>
              <w:rPr>
                <w:rFonts w:hint="eastAsia"/>
              </w:rPr>
            </w:pPr>
            <w:r>
              <w:rPr>
                <w:rFonts w:eastAsia="Sans Serif"/>
              </w:rPr>
              <w:t>Kietasis įmerktinis litavimas panardinimu</w:t>
            </w:r>
          </w:p>
        </w:tc>
      </w:tr>
      <w:tr w:rsidR="00EF6539" w14:paraId="201887EA" w14:textId="77777777" w:rsidTr="00B354BF">
        <w:trPr>
          <w:trHeight w:val="212"/>
        </w:trPr>
        <w:tc>
          <w:tcPr>
            <w:tcW w:w="828" w:type="dxa"/>
          </w:tcPr>
          <w:p w14:paraId="13DB133A" w14:textId="77777777" w:rsidR="00EF6539" w:rsidRDefault="00000000">
            <w:pPr>
              <w:rPr>
                <w:rFonts w:hint="eastAsia"/>
              </w:rPr>
            </w:pPr>
            <w:r>
              <w:rPr>
                <w:rFonts w:eastAsia="Sans Serif"/>
              </w:rPr>
              <w:t>915</w:t>
            </w:r>
          </w:p>
        </w:tc>
        <w:tc>
          <w:tcPr>
            <w:tcW w:w="3960" w:type="dxa"/>
          </w:tcPr>
          <w:p w14:paraId="567D4DA5" w14:textId="77777777" w:rsidR="00EF6539" w:rsidRDefault="00000000">
            <w:pPr>
              <w:rPr>
                <w:rFonts w:hint="eastAsia"/>
              </w:rPr>
            </w:pPr>
            <w:r>
              <w:rPr>
                <w:rFonts w:eastAsia="Sans Serif"/>
              </w:rPr>
              <w:t>Kietasis litavimas druskų vonioje</w:t>
            </w:r>
          </w:p>
        </w:tc>
      </w:tr>
      <w:tr w:rsidR="00EF6539" w14:paraId="371BDE54" w14:textId="77777777" w:rsidTr="00B354BF">
        <w:trPr>
          <w:trHeight w:val="212"/>
        </w:trPr>
        <w:tc>
          <w:tcPr>
            <w:tcW w:w="828" w:type="dxa"/>
          </w:tcPr>
          <w:p w14:paraId="6822CEBB" w14:textId="77777777" w:rsidR="00EF6539" w:rsidRDefault="00000000">
            <w:pPr>
              <w:rPr>
                <w:rFonts w:hint="eastAsia"/>
              </w:rPr>
            </w:pPr>
            <w:r>
              <w:rPr>
                <w:rFonts w:eastAsia="Sans Serif"/>
              </w:rPr>
              <w:t>916</w:t>
            </w:r>
          </w:p>
        </w:tc>
        <w:tc>
          <w:tcPr>
            <w:tcW w:w="3960" w:type="dxa"/>
          </w:tcPr>
          <w:p w14:paraId="1A61DB04" w14:textId="77777777" w:rsidR="00EF6539" w:rsidRDefault="00000000">
            <w:pPr>
              <w:rPr>
                <w:rFonts w:hint="eastAsia"/>
              </w:rPr>
            </w:pPr>
            <w:r>
              <w:rPr>
                <w:rFonts w:eastAsia="Sans Serif"/>
              </w:rPr>
              <w:t>Kietasis indukcinis litavimas</w:t>
            </w:r>
          </w:p>
        </w:tc>
      </w:tr>
      <w:tr w:rsidR="00EF6539" w14:paraId="043E7DBE" w14:textId="77777777" w:rsidTr="00B354BF">
        <w:trPr>
          <w:trHeight w:val="212"/>
        </w:trPr>
        <w:tc>
          <w:tcPr>
            <w:tcW w:w="828" w:type="dxa"/>
          </w:tcPr>
          <w:p w14:paraId="432D06FF" w14:textId="77777777" w:rsidR="00EF6539" w:rsidRDefault="00000000">
            <w:pPr>
              <w:rPr>
                <w:rFonts w:hint="eastAsia"/>
              </w:rPr>
            </w:pPr>
            <w:r>
              <w:rPr>
                <w:rFonts w:eastAsia="Sans Serif"/>
              </w:rPr>
              <w:t>918</w:t>
            </w:r>
          </w:p>
        </w:tc>
        <w:tc>
          <w:tcPr>
            <w:tcW w:w="3960" w:type="dxa"/>
          </w:tcPr>
          <w:p w14:paraId="31722D3E" w14:textId="77777777" w:rsidR="00EF6539" w:rsidRDefault="00000000">
            <w:pPr>
              <w:rPr>
                <w:rFonts w:hint="eastAsia"/>
              </w:rPr>
            </w:pPr>
            <w:r>
              <w:rPr>
                <w:rFonts w:eastAsia="Sans Serif"/>
              </w:rPr>
              <w:t>Kietasis varžinis litavimas</w:t>
            </w:r>
          </w:p>
        </w:tc>
      </w:tr>
      <w:tr w:rsidR="00EF6539" w14:paraId="7D7AE76D" w14:textId="77777777" w:rsidTr="00B354BF">
        <w:trPr>
          <w:trHeight w:val="212"/>
        </w:trPr>
        <w:tc>
          <w:tcPr>
            <w:tcW w:w="828" w:type="dxa"/>
          </w:tcPr>
          <w:p w14:paraId="6C6A89CF" w14:textId="77777777" w:rsidR="00EF6539" w:rsidRDefault="00000000">
            <w:pPr>
              <w:rPr>
                <w:rFonts w:hint="eastAsia"/>
              </w:rPr>
            </w:pPr>
            <w:r>
              <w:rPr>
                <w:rFonts w:eastAsia="Sans Serif"/>
              </w:rPr>
              <w:t>919</w:t>
            </w:r>
          </w:p>
        </w:tc>
        <w:tc>
          <w:tcPr>
            <w:tcW w:w="3960" w:type="dxa"/>
          </w:tcPr>
          <w:p w14:paraId="4E35B559" w14:textId="77777777" w:rsidR="00EF6539" w:rsidRDefault="00000000">
            <w:pPr>
              <w:rPr>
                <w:rFonts w:hint="eastAsia"/>
              </w:rPr>
            </w:pPr>
            <w:r>
              <w:rPr>
                <w:rFonts w:eastAsia="Sans Serif"/>
              </w:rPr>
              <w:t>Kietasis difuzinis litavimas</w:t>
            </w:r>
          </w:p>
        </w:tc>
      </w:tr>
      <w:tr w:rsidR="00EF6539" w14:paraId="0081972E" w14:textId="77777777" w:rsidTr="00B354BF">
        <w:trPr>
          <w:trHeight w:val="212"/>
        </w:trPr>
        <w:tc>
          <w:tcPr>
            <w:tcW w:w="828" w:type="dxa"/>
          </w:tcPr>
          <w:p w14:paraId="6F0D4777" w14:textId="77777777" w:rsidR="00EF6539" w:rsidRDefault="00000000">
            <w:pPr>
              <w:rPr>
                <w:rFonts w:hint="eastAsia"/>
              </w:rPr>
            </w:pPr>
            <w:r>
              <w:rPr>
                <w:rFonts w:eastAsia="Sans Serif"/>
              </w:rPr>
              <w:t>924</w:t>
            </w:r>
          </w:p>
        </w:tc>
        <w:tc>
          <w:tcPr>
            <w:tcW w:w="3960" w:type="dxa"/>
          </w:tcPr>
          <w:p w14:paraId="6B7B9EA2" w14:textId="77777777" w:rsidR="00EF6539" w:rsidRDefault="00000000">
            <w:pPr>
              <w:rPr>
                <w:rFonts w:hint="eastAsia"/>
              </w:rPr>
            </w:pPr>
            <w:r>
              <w:rPr>
                <w:rFonts w:eastAsia="Sans Serif"/>
              </w:rPr>
              <w:t>Kietasis litavimas vakuume</w:t>
            </w:r>
          </w:p>
        </w:tc>
      </w:tr>
      <w:tr w:rsidR="00EF6539" w14:paraId="1DAD870F" w14:textId="77777777" w:rsidTr="00B354BF">
        <w:trPr>
          <w:trHeight w:val="212"/>
        </w:trPr>
        <w:tc>
          <w:tcPr>
            <w:tcW w:w="828" w:type="dxa"/>
          </w:tcPr>
          <w:p w14:paraId="0691699A" w14:textId="77777777" w:rsidR="00EF6539" w:rsidRDefault="00000000">
            <w:pPr>
              <w:rPr>
                <w:rFonts w:hint="eastAsia"/>
              </w:rPr>
            </w:pPr>
            <w:r>
              <w:rPr>
                <w:rFonts w:eastAsia="Sans Serif"/>
              </w:rPr>
              <w:t>93</w:t>
            </w:r>
          </w:p>
        </w:tc>
        <w:tc>
          <w:tcPr>
            <w:tcW w:w="3960" w:type="dxa"/>
          </w:tcPr>
          <w:p w14:paraId="138CDAAB" w14:textId="77777777" w:rsidR="00EF6539" w:rsidRDefault="00000000">
            <w:pPr>
              <w:rPr>
                <w:rFonts w:hint="eastAsia"/>
              </w:rPr>
            </w:pPr>
            <w:r>
              <w:rPr>
                <w:rFonts w:eastAsia="Sans Serif"/>
              </w:rPr>
              <w:t>Kiti kietojo litavimo procesai</w:t>
            </w:r>
          </w:p>
        </w:tc>
      </w:tr>
      <w:tr w:rsidR="00EF6539" w14:paraId="445B7B8B" w14:textId="77777777" w:rsidTr="00B354BF">
        <w:trPr>
          <w:trHeight w:val="212"/>
        </w:trPr>
        <w:tc>
          <w:tcPr>
            <w:tcW w:w="828" w:type="dxa"/>
          </w:tcPr>
          <w:p w14:paraId="25231DBC" w14:textId="77777777" w:rsidR="00EF6539" w:rsidRDefault="00000000">
            <w:pPr>
              <w:rPr>
                <w:rFonts w:hint="eastAsia"/>
              </w:rPr>
            </w:pPr>
            <w:r>
              <w:rPr>
                <w:rFonts w:eastAsia="Sans Serif"/>
              </w:rPr>
              <w:t>94</w:t>
            </w:r>
          </w:p>
        </w:tc>
        <w:tc>
          <w:tcPr>
            <w:tcW w:w="3960" w:type="dxa"/>
          </w:tcPr>
          <w:p w14:paraId="4F3877DF" w14:textId="77777777" w:rsidR="00EF6539" w:rsidRDefault="00000000">
            <w:pPr>
              <w:rPr>
                <w:rFonts w:hint="eastAsia"/>
              </w:rPr>
            </w:pPr>
            <w:r>
              <w:rPr>
                <w:rFonts w:eastAsia="Sans Serif"/>
              </w:rPr>
              <w:t>Minkštasis litavimas</w:t>
            </w:r>
          </w:p>
        </w:tc>
      </w:tr>
      <w:tr w:rsidR="00EF6539" w14:paraId="7A063C24" w14:textId="77777777" w:rsidTr="00B354BF">
        <w:trPr>
          <w:trHeight w:val="212"/>
        </w:trPr>
        <w:tc>
          <w:tcPr>
            <w:tcW w:w="828" w:type="dxa"/>
          </w:tcPr>
          <w:p w14:paraId="049F5758" w14:textId="77777777" w:rsidR="00EF6539" w:rsidRDefault="00000000">
            <w:pPr>
              <w:rPr>
                <w:rFonts w:hint="eastAsia"/>
              </w:rPr>
            </w:pPr>
            <w:r>
              <w:rPr>
                <w:rFonts w:eastAsia="Sans Serif"/>
              </w:rPr>
              <w:t>941</w:t>
            </w:r>
          </w:p>
        </w:tc>
        <w:tc>
          <w:tcPr>
            <w:tcW w:w="3960" w:type="dxa"/>
          </w:tcPr>
          <w:p w14:paraId="6FE68842" w14:textId="77777777" w:rsidR="00EF6539" w:rsidRDefault="00000000">
            <w:pPr>
              <w:rPr>
                <w:rFonts w:hint="eastAsia"/>
              </w:rPr>
            </w:pPr>
            <w:r>
              <w:rPr>
                <w:rFonts w:eastAsia="Sans Serif"/>
              </w:rPr>
              <w:t>Minkštasis infraraudonpluoštis litavimas</w:t>
            </w:r>
          </w:p>
        </w:tc>
      </w:tr>
      <w:tr w:rsidR="00EF6539" w14:paraId="4238E6DE" w14:textId="77777777" w:rsidTr="00B354BF">
        <w:trPr>
          <w:trHeight w:val="212"/>
        </w:trPr>
        <w:tc>
          <w:tcPr>
            <w:tcW w:w="828" w:type="dxa"/>
          </w:tcPr>
          <w:p w14:paraId="5C3E2E22" w14:textId="77777777" w:rsidR="00EF6539" w:rsidRDefault="00000000">
            <w:pPr>
              <w:rPr>
                <w:rFonts w:hint="eastAsia"/>
              </w:rPr>
            </w:pPr>
            <w:r>
              <w:rPr>
                <w:rFonts w:eastAsia="Sans Serif"/>
              </w:rPr>
              <w:t>942</w:t>
            </w:r>
          </w:p>
        </w:tc>
        <w:tc>
          <w:tcPr>
            <w:tcW w:w="3960" w:type="dxa"/>
          </w:tcPr>
          <w:p w14:paraId="587CAE55" w14:textId="77777777" w:rsidR="00EF6539" w:rsidRDefault="00000000">
            <w:pPr>
              <w:rPr>
                <w:rFonts w:hint="eastAsia"/>
              </w:rPr>
            </w:pPr>
            <w:r>
              <w:rPr>
                <w:rFonts w:eastAsia="Sans Serif"/>
              </w:rPr>
              <w:t>Minkštasis liepsnininis litavimas</w:t>
            </w:r>
          </w:p>
        </w:tc>
      </w:tr>
      <w:tr w:rsidR="00EF6539" w14:paraId="5BEA51F5" w14:textId="77777777" w:rsidTr="00B354BF">
        <w:trPr>
          <w:trHeight w:val="212"/>
        </w:trPr>
        <w:tc>
          <w:tcPr>
            <w:tcW w:w="828" w:type="dxa"/>
          </w:tcPr>
          <w:p w14:paraId="1BFDB362" w14:textId="77777777" w:rsidR="00EF6539" w:rsidRDefault="00000000">
            <w:pPr>
              <w:rPr>
                <w:rFonts w:hint="eastAsia"/>
              </w:rPr>
            </w:pPr>
            <w:r>
              <w:rPr>
                <w:rFonts w:eastAsia="Sans Serif"/>
              </w:rPr>
              <w:t>943</w:t>
            </w:r>
          </w:p>
        </w:tc>
        <w:tc>
          <w:tcPr>
            <w:tcW w:w="3960" w:type="dxa"/>
          </w:tcPr>
          <w:p w14:paraId="6ED77D2E" w14:textId="77777777" w:rsidR="00EF6539" w:rsidRDefault="00000000">
            <w:pPr>
              <w:rPr>
                <w:rFonts w:hint="eastAsia"/>
              </w:rPr>
            </w:pPr>
            <w:r>
              <w:rPr>
                <w:rFonts w:eastAsia="Sans Serif"/>
              </w:rPr>
              <w:t>Minkštasis litavimas krosnyje</w:t>
            </w:r>
          </w:p>
        </w:tc>
      </w:tr>
      <w:tr w:rsidR="00EF6539" w14:paraId="7EDCE602" w14:textId="77777777" w:rsidTr="00B354BF">
        <w:trPr>
          <w:trHeight w:val="212"/>
        </w:trPr>
        <w:tc>
          <w:tcPr>
            <w:tcW w:w="828" w:type="dxa"/>
          </w:tcPr>
          <w:p w14:paraId="475714C5" w14:textId="77777777" w:rsidR="00EF6539" w:rsidRDefault="00000000">
            <w:pPr>
              <w:rPr>
                <w:rFonts w:hint="eastAsia"/>
              </w:rPr>
            </w:pPr>
            <w:r>
              <w:rPr>
                <w:rFonts w:eastAsia="Sans Serif"/>
              </w:rPr>
              <w:t>944</w:t>
            </w:r>
          </w:p>
        </w:tc>
        <w:tc>
          <w:tcPr>
            <w:tcW w:w="3960" w:type="dxa"/>
          </w:tcPr>
          <w:p w14:paraId="72C4B190" w14:textId="77777777" w:rsidR="00EF6539" w:rsidRDefault="00000000">
            <w:pPr>
              <w:rPr>
                <w:rFonts w:hint="eastAsia"/>
              </w:rPr>
            </w:pPr>
            <w:r>
              <w:rPr>
                <w:rFonts w:eastAsia="Sans Serif"/>
              </w:rPr>
              <w:t>Minkštasis įmerktinis litavimas</w:t>
            </w:r>
          </w:p>
        </w:tc>
      </w:tr>
      <w:tr w:rsidR="00EF6539" w14:paraId="24A4D92F" w14:textId="77777777" w:rsidTr="00B354BF">
        <w:trPr>
          <w:trHeight w:val="212"/>
        </w:trPr>
        <w:tc>
          <w:tcPr>
            <w:tcW w:w="828" w:type="dxa"/>
          </w:tcPr>
          <w:p w14:paraId="7B70CEF0" w14:textId="77777777" w:rsidR="00EF6539" w:rsidRDefault="00000000">
            <w:pPr>
              <w:rPr>
                <w:rFonts w:hint="eastAsia"/>
              </w:rPr>
            </w:pPr>
            <w:r>
              <w:rPr>
                <w:rFonts w:eastAsia="Sans Serif"/>
              </w:rPr>
              <w:t>945</w:t>
            </w:r>
          </w:p>
        </w:tc>
        <w:tc>
          <w:tcPr>
            <w:tcW w:w="3960" w:type="dxa"/>
          </w:tcPr>
          <w:p w14:paraId="31BFC2E7" w14:textId="77777777" w:rsidR="00EF6539" w:rsidRDefault="00000000">
            <w:pPr>
              <w:rPr>
                <w:rFonts w:hint="eastAsia"/>
              </w:rPr>
            </w:pPr>
            <w:r>
              <w:rPr>
                <w:rFonts w:eastAsia="Sans Serif"/>
              </w:rPr>
              <w:t>Minkštasis litavimas druskų vonioje</w:t>
            </w:r>
          </w:p>
        </w:tc>
      </w:tr>
      <w:tr w:rsidR="00EF6539" w14:paraId="0B64C1E3" w14:textId="77777777" w:rsidTr="00B354BF">
        <w:trPr>
          <w:trHeight w:val="212"/>
        </w:trPr>
        <w:tc>
          <w:tcPr>
            <w:tcW w:w="828" w:type="dxa"/>
          </w:tcPr>
          <w:p w14:paraId="632C9B91" w14:textId="77777777" w:rsidR="00EF6539" w:rsidRDefault="00000000">
            <w:pPr>
              <w:rPr>
                <w:rFonts w:hint="eastAsia"/>
              </w:rPr>
            </w:pPr>
            <w:r>
              <w:rPr>
                <w:rFonts w:eastAsia="Sans Serif"/>
              </w:rPr>
              <w:t>946</w:t>
            </w:r>
          </w:p>
        </w:tc>
        <w:tc>
          <w:tcPr>
            <w:tcW w:w="3960" w:type="dxa"/>
          </w:tcPr>
          <w:p w14:paraId="4158EC0F" w14:textId="77777777" w:rsidR="00EF6539" w:rsidRDefault="00000000">
            <w:pPr>
              <w:rPr>
                <w:rFonts w:hint="eastAsia"/>
              </w:rPr>
            </w:pPr>
            <w:r>
              <w:rPr>
                <w:rFonts w:eastAsia="Sans Serif"/>
              </w:rPr>
              <w:t>Minkštasis indukcinis litavimas</w:t>
            </w:r>
          </w:p>
        </w:tc>
      </w:tr>
      <w:tr w:rsidR="00EF6539" w14:paraId="43901187" w14:textId="77777777" w:rsidTr="00B354BF">
        <w:trPr>
          <w:trHeight w:val="212"/>
        </w:trPr>
        <w:tc>
          <w:tcPr>
            <w:tcW w:w="828" w:type="dxa"/>
          </w:tcPr>
          <w:p w14:paraId="336ECB0D" w14:textId="77777777" w:rsidR="00EF6539" w:rsidRDefault="00000000">
            <w:pPr>
              <w:rPr>
                <w:rFonts w:hint="eastAsia"/>
              </w:rPr>
            </w:pPr>
            <w:r>
              <w:rPr>
                <w:rFonts w:eastAsia="Sans Serif"/>
              </w:rPr>
              <w:t>947</w:t>
            </w:r>
          </w:p>
        </w:tc>
        <w:tc>
          <w:tcPr>
            <w:tcW w:w="3960" w:type="dxa"/>
          </w:tcPr>
          <w:p w14:paraId="3C70844B" w14:textId="77777777" w:rsidR="00EF6539" w:rsidRDefault="00000000">
            <w:pPr>
              <w:rPr>
                <w:rFonts w:hint="eastAsia"/>
              </w:rPr>
            </w:pPr>
            <w:r>
              <w:rPr>
                <w:rFonts w:eastAsia="Sans Serif"/>
              </w:rPr>
              <w:t>Minkštasis ultragarsinis litavimas</w:t>
            </w:r>
          </w:p>
        </w:tc>
      </w:tr>
      <w:tr w:rsidR="00EF6539" w14:paraId="776B9477" w14:textId="77777777" w:rsidTr="00B354BF">
        <w:trPr>
          <w:trHeight w:val="212"/>
        </w:trPr>
        <w:tc>
          <w:tcPr>
            <w:tcW w:w="828" w:type="dxa"/>
          </w:tcPr>
          <w:p w14:paraId="08FD518C" w14:textId="77777777" w:rsidR="00EF6539" w:rsidRDefault="00000000">
            <w:pPr>
              <w:rPr>
                <w:rFonts w:hint="eastAsia"/>
              </w:rPr>
            </w:pPr>
            <w:r>
              <w:rPr>
                <w:rFonts w:eastAsia="Sans Serif"/>
              </w:rPr>
              <w:t>948</w:t>
            </w:r>
          </w:p>
        </w:tc>
        <w:tc>
          <w:tcPr>
            <w:tcW w:w="3960" w:type="dxa"/>
          </w:tcPr>
          <w:p w14:paraId="792E11BE" w14:textId="77777777" w:rsidR="00EF6539" w:rsidRDefault="00000000">
            <w:pPr>
              <w:rPr>
                <w:rFonts w:hint="eastAsia"/>
              </w:rPr>
            </w:pPr>
            <w:r>
              <w:rPr>
                <w:rFonts w:eastAsia="Sans Serif"/>
              </w:rPr>
              <w:t>Minkštasis varžinis litavimas</w:t>
            </w:r>
          </w:p>
        </w:tc>
      </w:tr>
      <w:tr w:rsidR="00EF6539" w14:paraId="714F6A9F" w14:textId="77777777" w:rsidTr="00B354BF">
        <w:trPr>
          <w:trHeight w:val="212"/>
        </w:trPr>
        <w:tc>
          <w:tcPr>
            <w:tcW w:w="828" w:type="dxa"/>
          </w:tcPr>
          <w:p w14:paraId="752B8F64" w14:textId="77777777" w:rsidR="00EF6539" w:rsidRDefault="00000000">
            <w:pPr>
              <w:rPr>
                <w:rFonts w:hint="eastAsia"/>
              </w:rPr>
            </w:pPr>
            <w:r>
              <w:rPr>
                <w:rFonts w:eastAsia="Sans Serif"/>
              </w:rPr>
              <w:t>949</w:t>
            </w:r>
          </w:p>
        </w:tc>
        <w:tc>
          <w:tcPr>
            <w:tcW w:w="3960" w:type="dxa"/>
          </w:tcPr>
          <w:p w14:paraId="2328DA67" w14:textId="77777777" w:rsidR="00EF6539" w:rsidRDefault="00000000">
            <w:pPr>
              <w:rPr>
                <w:rFonts w:hint="eastAsia"/>
              </w:rPr>
            </w:pPr>
            <w:r>
              <w:rPr>
                <w:rFonts w:eastAsia="Sans Serif"/>
              </w:rPr>
              <w:t>Minkštasis difuzinis litavimas</w:t>
            </w:r>
          </w:p>
        </w:tc>
      </w:tr>
      <w:tr w:rsidR="00EF6539" w14:paraId="783EA6DF" w14:textId="77777777" w:rsidTr="00B354BF">
        <w:trPr>
          <w:trHeight w:val="212"/>
        </w:trPr>
        <w:tc>
          <w:tcPr>
            <w:tcW w:w="828" w:type="dxa"/>
          </w:tcPr>
          <w:p w14:paraId="0EBA415D" w14:textId="77777777" w:rsidR="00EF6539" w:rsidRDefault="00000000">
            <w:pPr>
              <w:rPr>
                <w:rFonts w:hint="eastAsia"/>
              </w:rPr>
            </w:pPr>
            <w:r>
              <w:rPr>
                <w:rFonts w:eastAsia="Sans Serif"/>
              </w:rPr>
              <w:t>951</w:t>
            </w:r>
          </w:p>
        </w:tc>
        <w:tc>
          <w:tcPr>
            <w:tcW w:w="3960" w:type="dxa"/>
          </w:tcPr>
          <w:p w14:paraId="1A6A39F8" w14:textId="77777777" w:rsidR="00EF6539" w:rsidRDefault="00000000">
            <w:pPr>
              <w:rPr>
                <w:rFonts w:hint="eastAsia"/>
              </w:rPr>
            </w:pPr>
            <w:r>
              <w:rPr>
                <w:rFonts w:eastAsia="Sans Serif"/>
              </w:rPr>
              <w:t>Minkštasis litavimas lydmetalio banga</w:t>
            </w:r>
          </w:p>
        </w:tc>
      </w:tr>
      <w:tr w:rsidR="00EF6539" w14:paraId="3609EF46" w14:textId="77777777" w:rsidTr="00B354BF">
        <w:trPr>
          <w:trHeight w:val="212"/>
        </w:trPr>
        <w:tc>
          <w:tcPr>
            <w:tcW w:w="828" w:type="dxa"/>
          </w:tcPr>
          <w:p w14:paraId="1694B9AB" w14:textId="77777777" w:rsidR="00EF6539" w:rsidRDefault="00000000">
            <w:pPr>
              <w:rPr>
                <w:rFonts w:hint="eastAsia"/>
              </w:rPr>
            </w:pPr>
            <w:r>
              <w:rPr>
                <w:rFonts w:eastAsia="Sans Serif"/>
              </w:rPr>
              <w:t>952</w:t>
            </w:r>
          </w:p>
        </w:tc>
        <w:tc>
          <w:tcPr>
            <w:tcW w:w="3960" w:type="dxa"/>
          </w:tcPr>
          <w:p w14:paraId="62A383F3" w14:textId="77777777" w:rsidR="00EF6539" w:rsidRDefault="00000000">
            <w:pPr>
              <w:rPr>
                <w:rFonts w:hint="eastAsia"/>
              </w:rPr>
            </w:pPr>
            <w:r>
              <w:rPr>
                <w:rFonts w:eastAsia="Sans Serif"/>
              </w:rPr>
              <w:t>Minkštasis litavimas lituokliu</w:t>
            </w:r>
          </w:p>
        </w:tc>
      </w:tr>
      <w:tr w:rsidR="00EF6539" w14:paraId="107839BC" w14:textId="77777777" w:rsidTr="00B354BF">
        <w:trPr>
          <w:trHeight w:val="212"/>
        </w:trPr>
        <w:tc>
          <w:tcPr>
            <w:tcW w:w="828" w:type="dxa"/>
          </w:tcPr>
          <w:p w14:paraId="362D1CC8" w14:textId="77777777" w:rsidR="00EF6539" w:rsidRDefault="00000000">
            <w:pPr>
              <w:rPr>
                <w:rFonts w:hint="eastAsia"/>
              </w:rPr>
            </w:pPr>
            <w:r>
              <w:rPr>
                <w:rFonts w:eastAsia="Sans Serif"/>
              </w:rPr>
              <w:t>954</w:t>
            </w:r>
          </w:p>
        </w:tc>
        <w:tc>
          <w:tcPr>
            <w:tcW w:w="3960" w:type="dxa"/>
          </w:tcPr>
          <w:p w14:paraId="7BB60203" w14:textId="77777777" w:rsidR="00EF6539" w:rsidRDefault="00000000">
            <w:pPr>
              <w:rPr>
                <w:rFonts w:hint="eastAsia"/>
              </w:rPr>
            </w:pPr>
            <w:r>
              <w:rPr>
                <w:rFonts w:eastAsia="Sans Serif"/>
              </w:rPr>
              <w:t>Minkštasis litavimas vakuume</w:t>
            </w:r>
          </w:p>
        </w:tc>
      </w:tr>
      <w:tr w:rsidR="00EF6539" w14:paraId="767C219D" w14:textId="77777777" w:rsidTr="00B354BF">
        <w:trPr>
          <w:trHeight w:val="212"/>
        </w:trPr>
        <w:tc>
          <w:tcPr>
            <w:tcW w:w="828" w:type="dxa"/>
          </w:tcPr>
          <w:p w14:paraId="6F4B9286" w14:textId="77777777" w:rsidR="00EF6539" w:rsidRDefault="00000000">
            <w:pPr>
              <w:rPr>
                <w:rFonts w:hint="eastAsia"/>
              </w:rPr>
            </w:pPr>
            <w:r>
              <w:rPr>
                <w:rFonts w:eastAsia="Sans Serif"/>
              </w:rPr>
              <w:t>956</w:t>
            </w:r>
          </w:p>
        </w:tc>
        <w:tc>
          <w:tcPr>
            <w:tcW w:w="3960" w:type="dxa"/>
          </w:tcPr>
          <w:p w14:paraId="4141057B" w14:textId="77777777" w:rsidR="00EF6539" w:rsidRDefault="00000000">
            <w:pPr>
              <w:rPr>
                <w:rFonts w:hint="eastAsia"/>
              </w:rPr>
            </w:pPr>
            <w:r>
              <w:rPr>
                <w:rFonts w:eastAsia="Sans Serif"/>
              </w:rPr>
              <w:t>Minkštasis litavimas traukimu</w:t>
            </w:r>
          </w:p>
        </w:tc>
      </w:tr>
      <w:tr w:rsidR="00EF6539" w14:paraId="502E411E" w14:textId="77777777" w:rsidTr="00B354BF">
        <w:trPr>
          <w:trHeight w:val="212"/>
        </w:trPr>
        <w:tc>
          <w:tcPr>
            <w:tcW w:w="828" w:type="dxa"/>
          </w:tcPr>
          <w:p w14:paraId="13226D63" w14:textId="77777777" w:rsidR="00EF6539" w:rsidRDefault="00000000">
            <w:pPr>
              <w:rPr>
                <w:rFonts w:hint="eastAsia"/>
              </w:rPr>
            </w:pPr>
            <w:r>
              <w:rPr>
                <w:rFonts w:eastAsia="Sans Serif"/>
              </w:rPr>
              <w:t>96</w:t>
            </w:r>
          </w:p>
        </w:tc>
        <w:tc>
          <w:tcPr>
            <w:tcW w:w="3960" w:type="dxa"/>
          </w:tcPr>
          <w:p w14:paraId="2ACB3147" w14:textId="77777777" w:rsidR="00EF6539" w:rsidRDefault="00000000">
            <w:pPr>
              <w:rPr>
                <w:rFonts w:hint="eastAsia"/>
              </w:rPr>
            </w:pPr>
            <w:r>
              <w:rPr>
                <w:rFonts w:eastAsia="Sans Serif"/>
              </w:rPr>
              <w:t>Kiti minkštojo litavimo procesai</w:t>
            </w:r>
          </w:p>
        </w:tc>
      </w:tr>
      <w:tr w:rsidR="00EF6539" w14:paraId="0A0D7704" w14:textId="77777777" w:rsidTr="00B354BF">
        <w:trPr>
          <w:trHeight w:val="212"/>
        </w:trPr>
        <w:tc>
          <w:tcPr>
            <w:tcW w:w="828" w:type="dxa"/>
          </w:tcPr>
          <w:p w14:paraId="1984EAF3" w14:textId="77777777" w:rsidR="00EF6539" w:rsidRDefault="00000000">
            <w:pPr>
              <w:rPr>
                <w:rFonts w:hint="eastAsia"/>
              </w:rPr>
            </w:pPr>
            <w:r>
              <w:rPr>
                <w:rFonts w:eastAsia="Sans Serif"/>
              </w:rPr>
              <w:t>97</w:t>
            </w:r>
          </w:p>
        </w:tc>
        <w:tc>
          <w:tcPr>
            <w:tcW w:w="3960" w:type="dxa"/>
          </w:tcPr>
          <w:p w14:paraId="1B3637F5" w14:textId="77777777" w:rsidR="00EF6539" w:rsidRDefault="00000000">
            <w:pPr>
              <w:rPr>
                <w:rFonts w:hint="eastAsia"/>
              </w:rPr>
            </w:pPr>
            <w:r>
              <w:rPr>
                <w:rFonts w:eastAsia="Sans Serif"/>
              </w:rPr>
              <w:t>Suvirinamasis litavimas</w:t>
            </w:r>
          </w:p>
        </w:tc>
      </w:tr>
      <w:tr w:rsidR="00EF6539" w14:paraId="6BDA9E73" w14:textId="77777777" w:rsidTr="00B354BF">
        <w:trPr>
          <w:trHeight w:val="212"/>
        </w:trPr>
        <w:tc>
          <w:tcPr>
            <w:tcW w:w="828" w:type="dxa"/>
          </w:tcPr>
          <w:p w14:paraId="419B9318" w14:textId="77777777" w:rsidR="00EF6539" w:rsidRDefault="00000000">
            <w:pPr>
              <w:rPr>
                <w:rFonts w:hint="eastAsia"/>
              </w:rPr>
            </w:pPr>
            <w:r>
              <w:rPr>
                <w:rFonts w:eastAsia="Sans Serif"/>
              </w:rPr>
              <w:t>971</w:t>
            </w:r>
          </w:p>
        </w:tc>
        <w:tc>
          <w:tcPr>
            <w:tcW w:w="3960" w:type="dxa"/>
          </w:tcPr>
          <w:p w14:paraId="0866D3DE" w14:textId="77777777" w:rsidR="00EF6539" w:rsidRDefault="00000000">
            <w:pPr>
              <w:rPr>
                <w:rFonts w:hint="eastAsia"/>
              </w:rPr>
            </w:pPr>
            <w:r>
              <w:rPr>
                <w:rFonts w:eastAsia="Sans Serif"/>
              </w:rPr>
              <w:t>Dujinis suvirinamasis litavimas</w:t>
            </w:r>
          </w:p>
        </w:tc>
      </w:tr>
      <w:tr w:rsidR="00EF6539" w14:paraId="47776545" w14:textId="77777777" w:rsidTr="00B354BF">
        <w:trPr>
          <w:trHeight w:val="212"/>
        </w:trPr>
        <w:tc>
          <w:tcPr>
            <w:tcW w:w="828" w:type="dxa"/>
          </w:tcPr>
          <w:p w14:paraId="3CFD8176" w14:textId="77777777" w:rsidR="00EF6539" w:rsidRDefault="00000000">
            <w:pPr>
              <w:rPr>
                <w:rFonts w:hint="eastAsia"/>
              </w:rPr>
            </w:pPr>
            <w:r>
              <w:rPr>
                <w:rFonts w:eastAsia="Sans Serif"/>
              </w:rPr>
              <w:t>972</w:t>
            </w:r>
          </w:p>
        </w:tc>
        <w:tc>
          <w:tcPr>
            <w:tcW w:w="3960" w:type="dxa"/>
          </w:tcPr>
          <w:p w14:paraId="645C640E" w14:textId="77777777" w:rsidR="00EF6539" w:rsidRDefault="00000000">
            <w:pPr>
              <w:rPr>
                <w:rFonts w:hint="eastAsia"/>
              </w:rPr>
            </w:pPr>
            <w:r>
              <w:rPr>
                <w:rFonts w:eastAsia="Sans Serif"/>
              </w:rPr>
              <w:t>Lankinis suvirinamasis litavimas</w:t>
            </w:r>
          </w:p>
        </w:tc>
      </w:tr>
    </w:tbl>
    <w:p w14:paraId="4A74EF64" w14:textId="77777777" w:rsidR="00EF6539" w:rsidRDefault="00770422">
      <w:pPr>
        <w:spacing w:after="0"/>
        <w:rPr>
          <w:rFonts w:hint="eastAsia"/>
        </w:rPr>
      </w:pPr>
      <w:r>
        <w:rPr>
          <w:rFonts w:hint="eastAsia"/>
        </w:rPr>
        <w:pict w14:anchorId="3D63F769">
          <v:shape id="_x0000_s1026" type="#_x0000_t202" alt="" style="position:absolute;margin-left:475.8pt;margin-top:72.75pt;width:329.6pt;height:66.85pt;z-index:25167155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46A9F32" w14:textId="77777777" w:rsidR="00EF6539" w:rsidRDefault="00000000">
                  <w:pPr>
                    <w:rPr>
                      <w:rFonts w:hint="eastAsia"/>
                    </w:rPr>
                  </w:pPr>
                  <w:r>
                    <w:rPr>
                      <w:rFonts w:eastAsia="Sans Serif"/>
                    </w:rPr>
                    <w:t>Literatūros sąrašas</w:t>
                  </w:r>
                  <w:r>
                    <w:rPr>
                      <w:rFonts w:eastAsia="Sans Serif"/>
                    </w:rPr>
                    <w:br/>
                    <w:t>1. Suvirinimas. Jungtys. Terminai keliomis kalbomis su iliustracijomis. LST EN 12345.</w:t>
                  </w:r>
                  <w:r>
                    <w:rPr>
                      <w:rFonts w:eastAsia="Sans Serif"/>
                    </w:rPr>
                    <w:br/>
                    <w:t>2. Suvirinimas ir panašūs procesai. Procesų sąrašas ir nurodiniai žymenys. LST EN ISO 4063.</w:t>
                  </w:r>
                </w:p>
              </w:txbxContent>
            </v:textbox>
            <w10:wrap anchorx="page" anchory="page"/>
          </v:shape>
        </w:pict>
      </w:r>
    </w:p>
    <w:sectPr w:rsidR="00EF6539" w:rsidSect="00034616">
      <w:pgSz w:w="16838" w:h="11906"/>
      <w:pgMar w:top="0" w:right="0" w:bottom="0" w:left="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ans Serif">
    <w:altName w:val="Cambria"/>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29339803">
    <w:abstractNumId w:val="8"/>
  </w:num>
  <w:num w:numId="2" w16cid:durableId="1950232370">
    <w:abstractNumId w:val="6"/>
  </w:num>
  <w:num w:numId="3" w16cid:durableId="201139182">
    <w:abstractNumId w:val="5"/>
  </w:num>
  <w:num w:numId="4" w16cid:durableId="1988167423">
    <w:abstractNumId w:val="4"/>
  </w:num>
  <w:num w:numId="5" w16cid:durableId="1644695933">
    <w:abstractNumId w:val="7"/>
  </w:num>
  <w:num w:numId="6" w16cid:durableId="856429037">
    <w:abstractNumId w:val="3"/>
  </w:num>
  <w:num w:numId="7" w16cid:durableId="1343052784">
    <w:abstractNumId w:val="2"/>
  </w:num>
  <w:num w:numId="8" w16cid:durableId="1664580409">
    <w:abstractNumId w:val="1"/>
  </w:num>
  <w:num w:numId="9" w16cid:durableId="55103616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715C06"/>
    <w:rsid w:val="00770422"/>
    <w:rsid w:val="00AA1D8D"/>
    <w:rsid w:val="00B354BF"/>
    <w:rsid w:val="00B47730"/>
    <w:rsid w:val="00CB0664"/>
    <w:rsid w:val="00EF653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45"/>
    <o:shapelayout v:ext="edit">
      <o:idmap v:ext="edit" data="1"/>
    </o:shapelayout>
  </w:shapeDefaults>
  <w:decimalSymbol w:val="."/>
  <w:listSeparator w:val=","/>
  <w14:docId w14:val="0E760C6D"/>
  <w14:defaultImageDpi w14:val="300"/>
  <w15:docId w15:val="{0604FBCF-59C8-D443-8F13-CA2855679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Sans Serif" w:hAnsi="Sans Serif"/>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21</Pages>
  <Words>4008</Words>
  <Characters>22848</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26803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Lukas Dargevičius</cp:lastModifiedBy>
  <cp:revision>2</cp:revision>
  <dcterms:created xsi:type="dcterms:W3CDTF">2013-12-23T23:15:00Z</dcterms:created>
  <dcterms:modified xsi:type="dcterms:W3CDTF">2026-08-09T18:03:00Z</dcterms:modified>
  <cp:category/>
</cp:coreProperties>
</file>