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1B34B1" w14:textId="77777777" w:rsidR="00FC43EA" w:rsidRDefault="00FC43EA">
      <w:pPr>
        <w:rPr>
          <w:rFonts w:hint="eastAsia"/>
        </w:rPr>
      </w:pPr>
    </w:p>
    <w:p w14:paraId="16C10E92" w14:textId="77777777" w:rsidR="00FC43EA" w:rsidRDefault="0071648E">
      <w:pPr>
        <w:spacing w:after="0"/>
        <w:rPr>
          <w:rFonts w:hint="eastAsia"/>
        </w:rPr>
      </w:pPr>
      <w:r>
        <w:rPr>
          <w:rFonts w:hint="eastAsia"/>
        </w:rPr>
        <w:pict w14:anchorId="5B7CBD52">
          <v:shapetype id="_x0000_t202" coordsize="21600,21600" o:spt="202" path="m,l,21600r21600,l21600,xe">
            <v:stroke joinstyle="miter"/>
            <v:path gradientshapeok="t" o:connecttype="rect"/>
          </v:shapetype>
          <v:shape id="_x0000_s1127" type="#_x0000_t202" alt="" style="position:absolute;margin-left:120.05pt;margin-top:185.4pt;width:242.65pt;height:39.15pt;z-index:2516060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294297" w14:textId="77777777" w:rsidR="00FC43EA" w:rsidRDefault="00000000">
                  <w:pPr>
                    <w:rPr>
                      <w:rFonts w:hint="eastAsia"/>
                    </w:rPr>
                  </w:pPr>
                  <w:r>
                    <w:rPr>
                      <w:rFonts w:eastAsia="Sans Serif"/>
                    </w:rPr>
                    <w:t>3 dalis.</w:t>
                  </w:r>
                  <w:r>
                    <w:rPr>
                      <w:rFonts w:eastAsia="Sans Serif"/>
                    </w:rPr>
                    <w:br/>
                  </w:r>
                  <w:r>
                    <w:rPr>
                      <w:rFonts w:eastAsia="Sans Serif"/>
                    </w:rPr>
                    <w:br/>
                    <w:t>SUVIRINIMO KONSTRUKCIJŲ PROJEKTAVIMAS</w:t>
                  </w:r>
                </w:p>
              </w:txbxContent>
            </v:textbox>
            <w10:wrap anchorx="page" anchory="page"/>
          </v:shape>
        </w:pict>
      </w:r>
    </w:p>
    <w:p w14:paraId="0758A739" w14:textId="77777777" w:rsidR="00FC43EA" w:rsidRDefault="0071648E">
      <w:pPr>
        <w:spacing w:after="0"/>
        <w:rPr>
          <w:rFonts w:hint="eastAsia"/>
        </w:rPr>
      </w:pPr>
      <w:r>
        <w:rPr>
          <w:rFonts w:hint="eastAsia"/>
        </w:rPr>
        <w:pict w14:anchorId="06F90DD4">
          <v:shape id="_x0000_s1126" type="#_x0000_t202" alt="" style="position:absolute;margin-left:162.1pt;margin-top:264.15pt;width:157.9pt;height:18.4pt;z-index:2516070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296629" w14:textId="77777777" w:rsidR="00FC43EA" w:rsidRDefault="00000000">
                  <w:pPr>
                    <w:rPr>
                      <w:rFonts w:hint="eastAsia"/>
                    </w:rPr>
                  </w:pPr>
                  <w:r>
                    <w:rPr>
                      <w:rFonts w:eastAsia="Sans Serif"/>
                    </w:rPr>
                    <w:t>3.02 Medžiagų stiprumo pagrindai</w:t>
                  </w:r>
                </w:p>
              </w:txbxContent>
            </v:textbox>
            <w10:wrap anchorx="page" anchory="page"/>
          </v:shape>
        </w:pict>
      </w:r>
    </w:p>
    <w:p w14:paraId="6F13E150" w14:textId="77777777" w:rsidR="00FC43EA" w:rsidRDefault="0071648E">
      <w:pPr>
        <w:spacing w:after="0"/>
        <w:rPr>
          <w:rFonts w:hint="eastAsia"/>
        </w:rPr>
      </w:pPr>
      <w:r>
        <w:rPr>
          <w:rFonts w:hint="eastAsia"/>
        </w:rPr>
        <w:pict w14:anchorId="65EE691F">
          <v:shape id="_x0000_s1125" type="#_x0000_t202" alt="" style="position:absolute;margin-left:200.7pt;margin-top:450.95pt;width:65.9pt;height:40.2pt;z-index:2516080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11CAAC9" w14:textId="77777777" w:rsidR="00FC43EA" w:rsidRDefault="00000000">
                  <w:pPr>
                    <w:rPr>
                      <w:rFonts w:hint="eastAsia"/>
                    </w:rPr>
                  </w:pPr>
                  <w:r>
                    <w:rPr>
                      <w:rFonts w:eastAsia="Sans Serif"/>
                    </w:rPr>
                    <w:t>Vilnius</w:t>
                  </w:r>
                  <w:r>
                    <w:rPr>
                      <w:rFonts w:eastAsia="Sans Serif"/>
                    </w:rPr>
                    <w:br/>
                    <w:t>2007</w:t>
                  </w:r>
                </w:p>
              </w:txbxContent>
            </v:textbox>
            <w10:wrap anchorx="page" anchory="page"/>
          </v:shape>
        </w:pict>
      </w:r>
    </w:p>
    <w:p w14:paraId="68B7AF53" w14:textId="77777777" w:rsidR="00FC43EA" w:rsidRDefault="0071648E">
      <w:pPr>
        <w:spacing w:after="0"/>
        <w:rPr>
          <w:rFonts w:hint="eastAsia"/>
        </w:rPr>
      </w:pPr>
      <w:r>
        <w:rPr>
          <w:rFonts w:hint="eastAsia"/>
        </w:rPr>
        <w:pict w14:anchorId="765FCBB8">
          <v:shape id="_x0000_s1124" type="#_x0000_t202" alt="" style="position:absolute;margin-left:475.15pt;margin-top:65.7pt;width:348.8pt;height:102.45pt;z-index:2516090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98A0EA" w14:textId="77777777" w:rsidR="00FC43EA" w:rsidRDefault="00000000">
                  <w:pPr>
                    <w:rPr>
                      <w:rFonts w:hint="eastAsia"/>
                    </w:rPr>
                  </w:pPr>
                  <w:r>
                    <w:rPr>
                      <w:rFonts w:eastAsia="Sans Serif"/>
                    </w:rPr>
                    <w:t>Turinys</w:t>
                  </w:r>
                  <w:r>
                    <w:rPr>
                      <w:rFonts w:eastAsia="Sans Serif"/>
                    </w:rPr>
                    <w:br/>
                  </w:r>
                  <w:r>
                    <w:rPr>
                      <w:rFonts w:eastAsia="Sans Serif"/>
                    </w:rPr>
                    <w:br/>
                    <w:t>1. Bendros nuostatos 3</w:t>
                  </w:r>
                  <w:r>
                    <w:rPr>
                      <w:rFonts w:eastAsia="Sans Serif"/>
                    </w:rPr>
                    <w:br/>
                    <w:t>2. Stiprumo teorijų pagrindinės sąvokos 3</w:t>
                  </w:r>
                  <w:r>
                    <w:rPr>
                      <w:rFonts w:eastAsia="Sans Serif"/>
                    </w:rPr>
                    <w:br/>
                    <w:t>3. Medžiagų būviai ir charakteristikos 6</w:t>
                  </w:r>
                  <w:r>
                    <w:rPr>
                      <w:rFonts w:eastAsia="Sans Serif"/>
                    </w:rPr>
                    <w:br/>
                    <w:t>4. Pratybų užduotys 10</w:t>
                  </w:r>
                  <w:r>
                    <w:rPr>
                      <w:rFonts w:eastAsia="Sans Serif"/>
                    </w:rPr>
                    <w:br/>
                    <w:t>5. Literatūra 10</w:t>
                  </w:r>
                </w:p>
              </w:txbxContent>
            </v:textbox>
            <w10:wrap anchorx="page" anchory="page"/>
          </v:shape>
        </w:pict>
      </w:r>
    </w:p>
    <w:p w14:paraId="69CDE754" w14:textId="77777777" w:rsidR="00FC43EA" w:rsidRDefault="00FC43EA">
      <w:pPr>
        <w:rPr>
          <w:rFonts w:hint="eastAsia"/>
        </w:rPr>
        <w:sectPr w:rsidR="00FC43EA">
          <w:pgSz w:w="16834" w:h="11904"/>
          <w:pgMar w:top="0" w:right="0" w:bottom="0" w:left="0" w:header="0" w:footer="0" w:gutter="0"/>
          <w:cols w:space="720"/>
          <w:docGrid w:linePitch="360"/>
        </w:sectPr>
      </w:pPr>
    </w:p>
    <w:p w14:paraId="1B307C1A" w14:textId="77777777" w:rsidR="00FC43EA" w:rsidRDefault="00FC43EA">
      <w:pPr>
        <w:rPr>
          <w:rFonts w:hint="eastAsia"/>
        </w:rPr>
      </w:pPr>
    </w:p>
    <w:p w14:paraId="2E15AB37" w14:textId="77777777" w:rsidR="00FC43EA" w:rsidRDefault="0071648E">
      <w:pPr>
        <w:spacing w:after="0"/>
        <w:rPr>
          <w:rFonts w:hint="eastAsia"/>
        </w:rPr>
      </w:pPr>
      <w:r>
        <w:rPr>
          <w:rFonts w:hint="eastAsia"/>
        </w:rPr>
        <w:pict w14:anchorId="1DC1F0D1">
          <v:shape id="_x0000_s1123" type="#_x0000_t202" alt="" style="position:absolute;margin-left:67.1pt;margin-top:67pt;width:345.8pt;height:47pt;z-index:2516101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880A16E" w14:textId="77777777" w:rsidR="00FC43EA" w:rsidRDefault="00000000">
                  <w:pPr>
                    <w:rPr>
                      <w:rFonts w:hint="eastAsia"/>
                    </w:rPr>
                  </w:pPr>
                  <w:r>
                    <w:rPr>
                      <w:rFonts w:eastAsia="Sans Serif"/>
                    </w:rPr>
                    <w:t>1. Bendros nuostatos</w:t>
                  </w:r>
                  <w:r>
                    <w:rPr>
                      <w:rFonts w:eastAsia="Sans Serif"/>
                    </w:rPr>
                    <w:br/>
                  </w:r>
                  <w:r>
                    <w:rPr>
                      <w:rFonts w:eastAsia="Sans Serif"/>
                    </w:rPr>
                    <w:br/>
                    <w:t>Irimo teorijų paskirtis , nustatyti ekvivalentinį įtempimą „S“( esant bet kokiam įtempimų būviui ), veikiant</w:t>
                  </w:r>
                  <w:r>
                    <w:rPr>
                      <w:rFonts w:eastAsia="Sans Serif"/>
                    </w:rPr>
                    <w:br/>
                    <w:t>apibendrintai apkrovai „F“ ir jam atitinkantį medžiagos apibendrintą pasipriešinimą „R“ , išlaikant sąlygą,</w:t>
                  </w:r>
                  <w:r>
                    <w:rPr>
                      <w:rFonts w:eastAsia="Sans Serif"/>
                    </w:rPr>
                    <w:br/>
                    <w:t>kad poveikis neviršytų pasipriešinimo galimybių.</w:t>
                  </w:r>
                </w:p>
              </w:txbxContent>
            </v:textbox>
            <w10:wrap anchorx="page" anchory="page"/>
          </v:shape>
        </w:pict>
      </w:r>
    </w:p>
    <w:p w14:paraId="1056388C" w14:textId="77777777" w:rsidR="00FC43EA" w:rsidRDefault="0071648E">
      <w:pPr>
        <w:spacing w:after="0"/>
        <w:rPr>
          <w:rFonts w:hint="eastAsia"/>
        </w:rPr>
      </w:pPr>
      <w:r>
        <w:rPr>
          <w:rFonts w:hint="eastAsia"/>
        </w:rPr>
        <w:pict w14:anchorId="18504B18">
          <v:shape id="_x0000_s1122" type="#_x0000_t202" alt="" style="position:absolute;margin-left:68pt;margin-top:126.65pt;width:345.4pt;height:122.8pt;z-index:2516111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DA675A" w14:textId="77777777" w:rsidR="00FC43EA" w:rsidRDefault="00000000">
                  <w:pPr>
                    <w:rPr>
                      <w:rFonts w:hint="eastAsia"/>
                    </w:rPr>
                  </w:pPr>
                  <w:r>
                    <w:rPr>
                      <w:rFonts w:eastAsia="Sans Serif"/>
                    </w:rPr>
                    <w:t>Panaudojant tam tikrus stiprumo parametrus, konstrukcijų ypatumus ( pavyzdžiui, plieninėms</w:t>
                  </w:r>
                  <w:r>
                    <w:rPr>
                      <w:rFonts w:eastAsia="Sans Serif"/>
                    </w:rPr>
                    <w:br/>
                    <w:t>konstrukcijoms, kranams, mašinoms, transporto priemonėms)arba atskirų konstrukcinių elementų</w:t>
                  </w:r>
                  <w:r>
                    <w:rPr>
                      <w:rFonts w:eastAsia="Sans Serif"/>
                    </w:rPr>
                    <w:br/>
                    <w:t>(pavyzdžiui, velenų, slėgimo indų, vamzdynų , korpusų ), siekiama užtikrinti konstrukcijos eksploatacinį</w:t>
                  </w:r>
                  <w:r>
                    <w:rPr>
                      <w:rFonts w:eastAsia="Sans Serif"/>
                    </w:rPr>
                    <w:br/>
                    <w:t>saugumą ir patikimumą per visą eksploatacinį laikotarpį .</w:t>
                  </w:r>
                  <w:r>
                    <w:rPr>
                      <w:rFonts w:eastAsia="Sans Serif"/>
                    </w:rPr>
                    <w:br/>
                    <w:t>Tuo pačiu siekiama ne tik konstrukcijos ,bet ir jos elementų medžiagų ir gamybos technologijos</w:t>
                  </w:r>
                  <w:r>
                    <w:rPr>
                      <w:rFonts w:eastAsia="Sans Serif"/>
                    </w:rPr>
                    <w:br/>
                    <w:t>ekonominio pagrindimo. Konstrukcijos ekonomiškumas, pakankamas stiprumas ir eksploatacinis</w:t>
                  </w:r>
                  <w:r>
                    <w:rPr>
                      <w:rFonts w:eastAsia="Sans Serif"/>
                    </w:rPr>
                    <w:br/>
                    <w:t>saugumas sukelia konstravimo proceso prieštaringumą, o tai konstravimą paverčia kompromisų menu.</w:t>
                  </w:r>
                  <w:r>
                    <w:rPr>
                      <w:rFonts w:eastAsia="Sans Serif"/>
                    </w:rPr>
                    <w:br/>
                  </w:r>
                  <w:r>
                    <w:rPr>
                      <w:rFonts w:eastAsia="Sans Serif"/>
                    </w:rPr>
                    <w:br/>
                    <w:t>2. Stiprumo teorijų pagrindinės sąvokos</w:t>
                  </w:r>
                  <w:r>
                    <w:rPr>
                      <w:rFonts w:eastAsia="Sans Serif"/>
                    </w:rPr>
                    <w:br/>
                  </w:r>
                  <w:r>
                    <w:rPr>
                      <w:rFonts w:eastAsia="Sans Serif"/>
                    </w:rPr>
                    <w:br/>
                    <w:t>2.1 Įtempimai</w:t>
                  </w:r>
                  <w:r>
                    <w:rPr>
                      <w:rFonts w:eastAsia="Sans Serif"/>
                    </w:rPr>
                    <w:br/>
                  </w:r>
                  <w:r>
                    <w:rPr>
                      <w:rFonts w:eastAsia="Sans Serif"/>
                    </w:rPr>
                    <w:br/>
                    <w:t>Išorinės apkrovos deformuodamos kūną, iššaukia jo pasipriešinimą deformacijai, teorijoje vertinama</w:t>
                  </w:r>
                  <w:r>
                    <w:rPr>
                      <w:rFonts w:eastAsia="Sans Serif"/>
                    </w:rPr>
                    <w:br/>
                    <w:t>įtempimų sąvoka:</w:t>
                  </w:r>
                </w:p>
              </w:txbxContent>
            </v:textbox>
            <w10:wrap anchorx="page" anchory="page"/>
          </v:shape>
        </w:pict>
      </w:r>
    </w:p>
    <w:p w14:paraId="56C404FC" w14:textId="77777777" w:rsidR="00FC43EA" w:rsidRDefault="0071648E">
      <w:pPr>
        <w:spacing w:after="0"/>
        <w:rPr>
          <w:rFonts w:hint="eastAsia"/>
        </w:rPr>
      </w:pPr>
      <w:r>
        <w:rPr>
          <w:rFonts w:hint="eastAsia"/>
        </w:rPr>
        <w:pict w14:anchorId="2AE24EDA">
          <v:shape id="_x0000_s1121" type="#_x0000_t202" alt="" style="position:absolute;margin-left:66.15pt;margin-top:411.8pt;width:344.2pt;height:33.15pt;z-index:2516121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93F4182" w14:textId="77777777" w:rsidR="00FC43EA" w:rsidRDefault="00000000">
                  <w:pPr>
                    <w:rPr>
                      <w:rFonts w:hint="eastAsia"/>
                    </w:rPr>
                  </w:pPr>
                  <w:r>
                    <w:rPr>
                      <w:rFonts w:eastAsia="Sans Serif"/>
                    </w:rPr>
                    <w:t>Jeigu strypą , kurį veikia jėga „F“ perpjjausime , tai pjūvio plokštumoje turi veikti jėgos, kurių atstojamoji</w:t>
                  </w:r>
                  <w:r>
                    <w:rPr>
                      <w:rFonts w:eastAsia="Sans Serif"/>
                    </w:rPr>
                    <w:br/>
                    <w:t>būtų pusiausvyroje su jėga „F“ (tik taip bus išlaikyta atpjauto kūno dalies pusiausvyra)</w:t>
                  </w:r>
                  <w:r>
                    <w:rPr>
                      <w:rFonts w:eastAsia="Sans Serif"/>
                    </w:rPr>
                    <w:br/>
                    <w:t>Tikintis, kad vidinės jėgos tolygiai pasiskirstytos visame plote, tai galime užrašyti ne integralinėje formoje;</w:t>
                  </w:r>
                </w:p>
              </w:txbxContent>
            </v:textbox>
            <w10:wrap anchorx="page" anchory="page"/>
          </v:shape>
        </w:pict>
      </w:r>
    </w:p>
    <w:p w14:paraId="3900253E" w14:textId="77777777" w:rsidR="00FC43EA" w:rsidRDefault="0071648E">
      <w:pPr>
        <w:spacing w:after="0"/>
        <w:rPr>
          <w:rFonts w:hint="eastAsia"/>
        </w:rPr>
      </w:pPr>
      <w:r>
        <w:rPr>
          <w:rFonts w:hint="eastAsia"/>
        </w:rPr>
        <w:pict w14:anchorId="0F722D4D">
          <v:shape id="_x0000_s1120" type="#_x0000_t202" alt="" style="position:absolute;margin-left:123.7pt;margin-top:396.05pt;width:87.85pt;height:15pt;z-index:2516131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5B1B7C1" w14:textId="77777777" w:rsidR="00FC43EA" w:rsidRDefault="00000000">
                  <w:pPr>
                    <w:rPr>
                      <w:rFonts w:hint="eastAsia"/>
                    </w:rPr>
                  </w:pPr>
                  <w:r>
                    <w:rPr>
                      <w:rFonts w:eastAsia="Sans Serif"/>
                    </w:rPr>
                    <w:t>1 pav. Tempiamas strypas</w:t>
                  </w:r>
                </w:p>
              </w:txbxContent>
            </v:textbox>
            <w10:wrap anchorx="page" anchory="page"/>
          </v:shape>
        </w:pict>
      </w:r>
    </w:p>
    <w:p w14:paraId="55A1925D" w14:textId="77777777" w:rsidR="00FC43EA" w:rsidRDefault="0071648E">
      <w:pPr>
        <w:spacing w:after="0"/>
        <w:rPr>
          <w:rFonts w:hint="eastAsia"/>
        </w:rPr>
      </w:pPr>
      <w:r>
        <w:rPr>
          <w:rFonts w:hint="eastAsia"/>
        </w:rPr>
        <w:pict w14:anchorId="55B8A97D">
          <v:shape id="_x0000_s1119" type="#_x0000_t202" alt="" style="position:absolute;margin-left:64.95pt;margin-top:469pt;width:345.7pt;height:33.15pt;z-index:2516142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367B4FE" w14:textId="77777777" w:rsidR="00FC43EA" w:rsidRDefault="00000000">
                  <w:pPr>
                    <w:rPr>
                      <w:rFonts w:hint="eastAsia"/>
                    </w:rPr>
                  </w:pPr>
                  <w:r>
                    <w:rPr>
                      <w:rFonts w:eastAsia="Sans Serif"/>
                    </w:rPr>
                    <w:t>Įtempis, kaip ir jėga yra vektorinis dydis. Jeigu įtempis nėra statmenas pjūvio plokštumai, jį kaip ir jėgą-</w:t>
                  </w:r>
                  <w:r>
                    <w:rPr>
                      <w:rFonts w:eastAsia="Sans Serif"/>
                    </w:rPr>
                    <w:br/>
                    <w:t>vektorių galime suskaidyti į dedamąsias pagal koordinacių ašis. Dekartinėj koordinacių sistemoje tai</w:t>
                  </w:r>
                  <w:r>
                    <w:rPr>
                      <w:rFonts w:eastAsia="Sans Serif"/>
                    </w:rPr>
                    <w:br/>
                    <w:t>pavaizduota 2 pav.</w:t>
                  </w:r>
                </w:p>
              </w:txbxContent>
            </v:textbox>
            <w10:wrap anchorx="page" anchory="page"/>
          </v:shape>
        </w:pict>
      </w:r>
    </w:p>
    <w:p w14:paraId="3278E7A2" w14:textId="77777777" w:rsidR="00FC43EA" w:rsidRDefault="0071648E">
      <w:pPr>
        <w:spacing w:after="0"/>
        <w:rPr>
          <w:rFonts w:hint="eastAsia"/>
        </w:rPr>
      </w:pPr>
      <w:r>
        <w:rPr>
          <w:rFonts w:hint="eastAsia"/>
        </w:rPr>
        <w:pict w14:anchorId="3D98DFC1">
          <v:shape id="_x0000_s1118" type="#_x0000_t202" alt="" style="position:absolute;margin-left:476.95pt;margin-top:181.4pt;width:348.5pt;height:107.15pt;z-index:2516152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32F451F" w14:textId="77777777" w:rsidR="00FC43EA" w:rsidRDefault="00000000">
                  <w:pPr>
                    <w:rPr>
                      <w:rFonts w:hint="eastAsia"/>
                    </w:rPr>
                  </w:pPr>
                  <w:r>
                    <w:rPr>
                      <w:rFonts w:eastAsia="Sans Serif"/>
                    </w:rPr>
                    <w:t>Įtempis arba įtempio dedamoji, esanti statmena pjūvio plokštumai vadinamas normaliniu įtempiu.</w:t>
                  </w:r>
                  <w:r>
                    <w:rPr>
                      <w:rFonts w:eastAsia="Sans Serif"/>
                    </w:rPr>
                    <w:br/>
                    <w:t>Normaliais įtempis gali būti tempimo arba gniuždymo įtempiu. Normaliaiis įtempis žymimas graikiška</w:t>
                  </w:r>
                  <w:r>
                    <w:rPr>
                      <w:rFonts w:eastAsia="Sans Serif"/>
                    </w:rPr>
                    <w:br/>
                    <w:t>raide (sigma) σ</w:t>
                  </w:r>
                  <w:r>
                    <w:rPr>
                      <w:rFonts w:eastAsia="Sans Serif"/>
                    </w:rPr>
                    <w:br/>
                  </w:r>
                  <w:r>
                    <w:rPr>
                      <w:rFonts w:eastAsia="Sans Serif"/>
                    </w:rPr>
                    <w:br/>
                    <w:t>Įtempis arba bendro įtempio dedamosios, lygiagrečios pjūvio plokštumai vadinamos tangentiniais</w:t>
                  </w:r>
                  <w:r>
                    <w:rPr>
                      <w:rFonts w:eastAsia="Sans Serif"/>
                    </w:rPr>
                    <w:br/>
                    <w:t>įtempiais ir žymimos graikiška raide (tau) τ .</w:t>
                  </w:r>
                  <w:r>
                    <w:rPr>
                      <w:rFonts w:eastAsia="Sans Serif"/>
                    </w:rPr>
                    <w:br/>
                  </w:r>
                  <w:r>
                    <w:rPr>
                      <w:rFonts w:eastAsia="Sans Serif"/>
                    </w:rPr>
                    <w:br/>
                    <w:t>Jeigu elementarų kubą apkrauti vienoje plokštumoje normaliniu ir tangentiniu įtempiu, kai parodyta 3 pav.,</w:t>
                  </w:r>
                  <w:r>
                    <w:rPr>
                      <w:rFonts w:eastAsia="Sans Serif"/>
                    </w:rPr>
                    <w:br/>
                    <w:t>tai suprasime, kad toks elementas negali būti pusiausvyroje (tangentinis įtempis suks elementą). Tik tada,</w:t>
                  </w:r>
                  <w:r>
                    <w:rPr>
                      <w:rFonts w:eastAsia="Sans Serif"/>
                    </w:rPr>
                    <w:br/>
                    <w:t>kai pridėsime priešingos krypties sukimo momentą (iš tangentinių įtempių) statmenose plokštumose</w:t>
                  </w:r>
                  <w:r>
                    <w:rPr>
                      <w:rFonts w:eastAsia="Sans Serif"/>
                    </w:rPr>
                    <w:br/>
                    <w:t>elementas bus pusiausvyroje .</w:t>
                  </w:r>
                </w:p>
              </w:txbxContent>
            </v:textbox>
            <w10:wrap anchorx="page" anchory="page"/>
          </v:shape>
        </w:pict>
      </w:r>
    </w:p>
    <w:p w14:paraId="635AF044" w14:textId="77777777" w:rsidR="00FC43EA" w:rsidRDefault="0071648E">
      <w:pPr>
        <w:spacing w:after="0"/>
        <w:rPr>
          <w:rFonts w:hint="eastAsia"/>
        </w:rPr>
      </w:pPr>
      <w:r>
        <w:rPr>
          <w:rFonts w:hint="eastAsia"/>
        </w:rPr>
        <w:pict w14:anchorId="77B8CEC4">
          <v:shape id="_x0000_s1117" type="#_x0000_t202" alt="" style="position:absolute;margin-left:609.45pt;margin-top:399.7pt;width:77.75pt;height:13.55pt;z-index:2516162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ABB8276" w14:textId="77777777" w:rsidR="00FC43EA" w:rsidRDefault="00000000">
                  <w:pPr>
                    <w:rPr>
                      <w:rFonts w:hint="eastAsia"/>
                    </w:rPr>
                  </w:pPr>
                  <w:r>
                    <w:rPr>
                      <w:rFonts w:eastAsia="Sans Serif"/>
                    </w:rPr>
                    <w:t>3 pav.: {tempiai elemente</w:t>
                  </w:r>
                </w:p>
              </w:txbxContent>
            </v:textbox>
            <w10:wrap anchorx="page" anchory="page"/>
          </v:shape>
        </w:pict>
      </w:r>
    </w:p>
    <w:p w14:paraId="32C0464F" w14:textId="77777777" w:rsidR="00FC43EA" w:rsidRDefault="0071648E">
      <w:pPr>
        <w:spacing w:after="0"/>
        <w:rPr>
          <w:rFonts w:hint="eastAsia"/>
        </w:rPr>
      </w:pPr>
      <w:r>
        <w:rPr>
          <w:rFonts w:hint="eastAsia"/>
        </w:rPr>
        <w:pict w14:anchorId="570C39D3">
          <v:shape id="_x0000_s1116" type="#_x0000_t202" alt="" style="position:absolute;margin-left:472.35pt;margin-top:416.55pt;width:351.45pt;height:136.05pt;z-index:2516172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54A369" w14:textId="77777777" w:rsidR="00FC43EA" w:rsidRDefault="00000000">
                  <w:pPr>
                    <w:rPr>
                      <w:rFonts w:hint="eastAsia"/>
                    </w:rPr>
                  </w:pPr>
                  <w:r>
                    <w:rPr>
                      <w:rFonts w:eastAsia="Sans Serif"/>
                    </w:rPr>
                    <w:t>Tangentinių įtempių pusiausvyros sąlyga</w:t>
                  </w:r>
                  <w:r>
                    <w:rPr>
                      <w:rFonts w:eastAsia="Sans Serif"/>
                    </w:rPr>
                    <w:br/>
                  </w:r>
                  <w:r>
                    <w:rPr>
                      <w:rFonts w:eastAsia="Sans Serif"/>
                    </w:rPr>
                    <w:br/>
                    <w:t>Reiškia tangentiniai įtempiai veikia poromis. Jeigu kurioje nors plokštumoje veikia tangentiniai įtempiai tai statmenoje plokštumoje turi veikti tokio pat dydžio bet priešingos sukimo krypties tangentiniai įtempiai. Tangentiniai įtempiai veikia tik plokščiam ir erdviniam įtempimų būviuose.</w:t>
                  </w:r>
                  <w:r>
                    <w:rPr>
                      <w:rFonts w:eastAsia="Sans Serif"/>
                    </w:rPr>
                    <w:br/>
                    <w:t>Įtempių vienetu SI sistemoje priimtas paskalis [Pa] Čia 1 Pa = 1 N/M². Dokumentuose įtempiai gali būti nurodyti ir [N/mm²], megapaskaliais [MPa], arba Gigapaskaliais [GPa]:</w:t>
                  </w:r>
                  <w:r>
                    <w:rPr>
                      <w:rFonts w:eastAsia="Sans Serif"/>
                    </w:rPr>
                    <w:br/>
                  </w:r>
                  <w:r>
                    <w:rPr>
                      <w:rFonts w:eastAsia="Sans Serif"/>
                    </w:rPr>
                    <w:br/>
                    <w:t>1 MPa = 1 N/mm² = 10⁶Pa</w:t>
                  </w:r>
                  <w:r>
                    <w:rPr>
                      <w:rFonts w:eastAsia="Sans Serif"/>
                    </w:rPr>
                    <w:br/>
                  </w:r>
                  <w:r>
                    <w:rPr>
                      <w:rFonts w:eastAsia="Sans Serif"/>
                    </w:rPr>
                    <w:br/>
                    <w:t>1 GPa = 10³ MPa = 10⁹ Pa.</w:t>
                  </w:r>
                  <w:r>
                    <w:rPr>
                      <w:rFonts w:eastAsia="Sans Serif"/>
                    </w:rPr>
                    <w:br/>
                  </w:r>
                  <w:r>
                    <w:rPr>
                      <w:rFonts w:eastAsia="Sans Serif"/>
                    </w:rPr>
                    <w:br/>
                    <w:t>Šiose lekcijose įtempiai bus užduodami [N/mm²], suprastintame variante [kN/cm²]; 1 kN/cm² =10N/mm²).</w:t>
                  </w:r>
                </w:p>
              </w:txbxContent>
            </v:textbox>
            <w10:wrap anchorx="page" anchory="page"/>
          </v:shape>
        </w:pict>
      </w:r>
    </w:p>
    <w:p w14:paraId="155603DE" w14:textId="77777777" w:rsidR="00FC43EA" w:rsidRDefault="0071648E">
      <w:pPr>
        <w:spacing w:after="0"/>
        <w:rPr>
          <w:rFonts w:hint="eastAsia"/>
        </w:rPr>
      </w:pPr>
      <w:r>
        <w:rPr>
          <w:rFonts w:hint="eastAsia"/>
        </w:rPr>
        <w:pict w14:anchorId="623E4869">
          <v:shape id="_x0000_s1115" type="#_x0000_t202" alt="" style="position:absolute;margin-left:484.25pt;margin-top:289.6pt;width:114.45pt;height:24.2pt;z-index:2516183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A0DDB5" w14:textId="77777777" w:rsidR="00FC43EA" w:rsidRDefault="00000000">
                  <w:pPr>
                    <w:rPr>
                      <w:rFonts w:hint="eastAsia"/>
                    </w:rPr>
                  </w:pPr>
                  <w:r>
                    <w:rPr>
                      <w:rFonts w:eastAsia="Sans Serif"/>
                    </w:rPr>
                    <w:t>(Taip vadinamas tangentinių įtempių</w:t>
                  </w:r>
                  <w:r>
                    <w:rPr>
                      <w:rFonts w:eastAsia="Sans Serif"/>
                    </w:rPr>
                    <w:br/>
                    <w:t>dualumo dėsnis )</w:t>
                  </w:r>
                </w:p>
              </w:txbxContent>
            </v:textbox>
            <w10:wrap anchorx="page" anchory="page"/>
          </v:shape>
        </w:pict>
      </w:r>
    </w:p>
    <w:p w14:paraId="1FDF13D9" w14:textId="77777777" w:rsidR="00FC43EA" w:rsidRDefault="0071648E">
      <w:pPr>
        <w:spacing w:after="0"/>
        <w:rPr>
          <w:rFonts w:hint="eastAsia"/>
        </w:rPr>
      </w:pPr>
      <w:r>
        <w:rPr>
          <w:rFonts w:hint="eastAsia"/>
        </w:rPr>
        <w:pict w14:anchorId="4F3BBAAA">
          <v:shape id="_x0000_s1114" type="#_x0000_t202" alt="" style="position:absolute;margin-left:474.95pt;margin-top:161.05pt;width:118.65pt;height:18.7pt;z-index:2516193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BF56C5" w14:textId="77777777" w:rsidR="00FC43EA" w:rsidRDefault="00000000">
                  <w:pPr>
                    <w:rPr>
                      <w:rFonts w:hint="eastAsia"/>
                    </w:rPr>
                  </w:pPr>
                  <w:r>
                    <w:rPr>
                      <w:rFonts w:eastAsia="Sans Serif"/>
                    </w:rPr>
                    <w:t>2 pav. Įtempis elementariame plotelyje</w:t>
                  </w:r>
                </w:p>
              </w:txbxContent>
            </v:textbox>
            <w10:wrap anchorx="page" anchory="page"/>
          </v:shape>
        </w:pict>
      </w:r>
    </w:p>
    <w:p w14:paraId="4C092826" w14:textId="77777777" w:rsidR="00FC43EA" w:rsidRDefault="00FC43EA">
      <w:pPr>
        <w:rPr>
          <w:rFonts w:hint="eastAsia"/>
        </w:rPr>
        <w:sectPr w:rsidR="00FC43EA">
          <w:pgSz w:w="16834" w:h="11904"/>
          <w:pgMar w:top="0" w:right="0" w:bottom="0" w:left="0" w:header="0" w:footer="0" w:gutter="0"/>
          <w:cols w:space="720"/>
          <w:docGrid w:linePitch="360"/>
        </w:sectPr>
      </w:pPr>
    </w:p>
    <w:p w14:paraId="16561C1D" w14:textId="77777777" w:rsidR="00FC43EA" w:rsidRDefault="00FC43EA">
      <w:pPr>
        <w:rPr>
          <w:rFonts w:hint="eastAsia"/>
        </w:rPr>
      </w:pPr>
    </w:p>
    <w:p w14:paraId="00814401" w14:textId="77777777" w:rsidR="00FC43EA" w:rsidRDefault="0071648E">
      <w:pPr>
        <w:spacing w:after="0"/>
        <w:rPr>
          <w:rFonts w:hint="eastAsia"/>
        </w:rPr>
      </w:pPr>
      <w:r>
        <w:rPr>
          <w:rFonts w:hint="eastAsia"/>
        </w:rPr>
        <w:pict w14:anchorId="7FDFE554">
          <v:shape id="_x0000_s1113" type="#_x0000_t202" alt="" style="position:absolute;margin-left:1in;margin-top:63.2pt;width:347.05pt;height:83.15pt;z-index:2516203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C89F0CC" w14:textId="77777777" w:rsidR="00FC43EA" w:rsidRDefault="00000000">
                  <w:pPr>
                    <w:rPr>
                      <w:rFonts w:hint="eastAsia"/>
                    </w:rPr>
                  </w:pPr>
                  <w:r>
                    <w:rPr>
                      <w:rFonts w:eastAsia="Sans Serif"/>
                    </w:rPr>
                    <w:t>2.2 Formos pokytis</w:t>
                  </w:r>
                  <w:r>
                    <w:rPr>
                      <w:rFonts w:eastAsia="Sans Serif"/>
                    </w:rPr>
                    <w:br/>
                    <w:t>Kiekvienas kūnas arba konstrukcinis elementas, veikiant išorinėms jėgoms, keičia savo formą ir matmenis.</w:t>
                  </w:r>
                  <w:r>
                    <w:rPr>
                      <w:rFonts w:eastAsia="Sans Serif"/>
                    </w:rPr>
                    <w:br/>
                    <w:t>Jeigu kūnas, veikiamas išorinių jėgų ilgėja, tai tokia deformacija vadinama išilgine deformacija .Išilginės</w:t>
                  </w:r>
                  <w:r>
                    <w:rPr>
                      <w:rFonts w:eastAsia="Sans Serif"/>
                    </w:rPr>
                    <w:br/>
                    <w:t>deformacijos intensyvumą patogu išreikšti santykyje su pradiniu ilgiu - tai santykinė linijinė deformacija.</w:t>
                  </w:r>
                  <w:r>
                    <w:rPr>
                      <w:rFonts w:eastAsia="Sans Serif"/>
                    </w:rPr>
                    <w:br/>
                    <w:t>Santykinė linijinė deformacija žymima graikiška raide (epsilon) ε</w:t>
                  </w:r>
                  <w:r>
                    <w:rPr>
                      <w:rFonts w:eastAsia="Sans Serif"/>
                    </w:rPr>
                    <w:br/>
                    <w:t>Santykinė linijinė deformacija galėtų būti išreikšta [mm/m ], procentais, promilėmis arba</w:t>
                  </w:r>
                  <w:r>
                    <w:rPr>
                      <w:rFonts w:eastAsia="Sans Serif"/>
                    </w:rPr>
                    <w:br/>
                    <w:t>bedimensiniu dydžiu, jeigu skaitiklis ir vardiklis turės tą patį ilgio matmenį. Žinoma, patogiausias</w:t>
                  </w:r>
                  <w:r>
                    <w:rPr>
                      <w:rFonts w:eastAsia="Sans Serif"/>
                    </w:rPr>
                    <w:br/>
                    <w:t>bedimensinis dydis ir naudojamas</w:t>
                  </w:r>
                </w:p>
              </w:txbxContent>
            </v:textbox>
            <w10:wrap anchorx="page" anchory="page"/>
          </v:shape>
        </w:pict>
      </w:r>
    </w:p>
    <w:p w14:paraId="7A1A8811" w14:textId="77777777" w:rsidR="00FC43EA" w:rsidRDefault="0071648E">
      <w:pPr>
        <w:spacing w:after="0"/>
        <w:rPr>
          <w:rFonts w:hint="eastAsia"/>
        </w:rPr>
      </w:pPr>
      <w:r>
        <w:rPr>
          <w:rFonts w:hint="eastAsia"/>
        </w:rPr>
        <w:pict w14:anchorId="06276937">
          <v:shape id="_x0000_s1112" type="#_x0000_t202" alt="" style="position:absolute;margin-left:70.35pt;margin-top:261.8pt;width:135.9pt;height:14.45pt;z-index:2516213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ACC65A5" w14:textId="77777777" w:rsidR="00FC43EA" w:rsidRDefault="00000000">
                  <w:pPr>
                    <w:rPr>
                      <w:rFonts w:hint="eastAsia"/>
                    </w:rPr>
                  </w:pPr>
                  <w:r>
                    <w:rPr>
                      <w:rFonts w:eastAsia="Sans Serif"/>
                    </w:rPr>
                    <w:t>4 pav.: Elementaraus kubo išilginė deformacija</w:t>
                  </w:r>
                </w:p>
              </w:txbxContent>
            </v:textbox>
            <w10:wrap anchorx="page" anchory="page"/>
          </v:shape>
        </w:pict>
      </w:r>
    </w:p>
    <w:p w14:paraId="66E2ECBC" w14:textId="77777777" w:rsidR="00FC43EA" w:rsidRDefault="0071648E">
      <w:pPr>
        <w:spacing w:after="0"/>
        <w:rPr>
          <w:rFonts w:hint="eastAsia"/>
        </w:rPr>
      </w:pPr>
      <w:r>
        <w:rPr>
          <w:rFonts w:hint="eastAsia"/>
        </w:rPr>
        <w:pict w14:anchorId="77CA4CAC">
          <v:shape id="_x0000_s1111" type="#_x0000_t202" alt="" style="position:absolute;margin-left:123.3pt;margin-top:303pt;width:198pt;height:14.4pt;z-index:2516224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B0AF7A9" w14:textId="77777777" w:rsidR="00FC43EA" w:rsidRDefault="00000000">
                  <w:pPr>
                    <w:rPr>
                      <w:rFonts w:hint="eastAsia"/>
                    </w:rPr>
                  </w:pPr>
                  <w:r>
                    <w:rPr>
                      <w:rFonts w:eastAsia="Sans Serif"/>
                    </w:rPr>
                    <w:t>Pastaba: Normaliniai įtempiai iššaukia linijinę deformaciją</w:t>
                  </w:r>
                </w:p>
              </w:txbxContent>
            </v:textbox>
            <w10:wrap anchorx="page" anchory="page"/>
          </v:shape>
        </w:pict>
      </w:r>
    </w:p>
    <w:p w14:paraId="2AA0D791" w14:textId="77777777" w:rsidR="00FC43EA" w:rsidRDefault="0071648E">
      <w:pPr>
        <w:spacing w:after="0"/>
        <w:rPr>
          <w:rFonts w:hint="eastAsia"/>
        </w:rPr>
      </w:pPr>
      <w:r>
        <w:rPr>
          <w:rFonts w:hint="eastAsia"/>
        </w:rPr>
        <w:pict w14:anchorId="56B969A3">
          <v:shape id="_x0000_s1110" type="#_x0000_t202" alt="" style="position:absolute;margin-left:66.25pt;margin-top:318.8pt;width:344.3pt;height:33.8pt;z-index:2516234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ED88022" w14:textId="77777777" w:rsidR="00FC43EA" w:rsidRDefault="00000000">
                  <w:pPr>
                    <w:rPr>
                      <w:rFonts w:hint="eastAsia"/>
                    </w:rPr>
                  </w:pPr>
                  <w:r>
                    <w:rPr>
                      <w:rFonts w:eastAsia="Sans Serif"/>
                    </w:rPr>
                    <w:t>Deformuojantis elementui gali kisti ne tik jo linijiniai matmenys, bet ir buvę kampai (kinta forma). Kampų</w:t>
                  </w:r>
                  <w:r>
                    <w:rPr>
                      <w:rFonts w:eastAsia="Sans Serif"/>
                    </w:rPr>
                    <w:br/>
                    <w:t>pokytį vadina kampine deformacija arba elemento šlytimi. Šlyties deformacija žymima graikiška raide</w:t>
                  </w:r>
                  <w:r>
                    <w:rPr>
                      <w:rFonts w:eastAsia="Sans Serif"/>
                    </w:rPr>
                    <w:br/>
                    <w:t>(gama) „$\gamma$“ ja irgi patogiausia naudoti bedimensinėje formoje, o ne procentais arba promilėmis.</w:t>
                  </w:r>
                </w:p>
              </w:txbxContent>
            </v:textbox>
            <w10:wrap anchorx="page" anchory="page"/>
          </v:shape>
        </w:pict>
      </w:r>
    </w:p>
    <w:p w14:paraId="777AA565" w14:textId="77777777" w:rsidR="00FC43EA" w:rsidRDefault="0071648E">
      <w:pPr>
        <w:spacing w:after="0"/>
        <w:rPr>
          <w:rFonts w:hint="eastAsia"/>
        </w:rPr>
      </w:pPr>
      <w:r>
        <w:rPr>
          <w:rFonts w:hint="eastAsia"/>
        </w:rPr>
        <w:pict w14:anchorId="0B94B683">
          <v:shape id="_x0000_s1109" type="#_x0000_t202" alt="" style="position:absolute;margin-left:68.5pt;margin-top:452.15pt;width:146.45pt;height:16.2pt;z-index:2516244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A12A72F" w14:textId="77777777" w:rsidR="00FC43EA" w:rsidRDefault="00000000">
                  <w:pPr>
                    <w:rPr>
                      <w:rFonts w:hint="eastAsia"/>
                    </w:rPr>
                  </w:pPr>
                  <w:r>
                    <w:rPr>
                      <w:rFonts w:eastAsia="Sans Serif"/>
                    </w:rPr>
                    <w:t>5 pav. Elemento šlyties schema plokštumoje</w:t>
                  </w:r>
                </w:p>
              </w:txbxContent>
            </v:textbox>
            <w10:wrap anchorx="page" anchory="page"/>
          </v:shape>
        </w:pict>
      </w:r>
    </w:p>
    <w:p w14:paraId="37281E16" w14:textId="77777777" w:rsidR="00FC43EA" w:rsidRDefault="0071648E">
      <w:pPr>
        <w:spacing w:after="0"/>
        <w:rPr>
          <w:rFonts w:hint="eastAsia"/>
        </w:rPr>
      </w:pPr>
      <w:r>
        <w:rPr>
          <w:rFonts w:hint="eastAsia"/>
        </w:rPr>
        <w:pict w14:anchorId="586D4C49">
          <v:shape id="_x0000_s1108" type="#_x0000_t202" alt="" style="position:absolute;margin-left:120.1pt;margin-top:495.15pt;width:180.9pt;height:15.95pt;z-index:2516254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B281D3" w14:textId="77777777" w:rsidR="00FC43EA" w:rsidRDefault="00000000">
                  <w:pPr>
                    <w:rPr>
                      <w:rFonts w:hint="eastAsia"/>
                    </w:rPr>
                  </w:pPr>
                  <w:r>
                    <w:rPr>
                      <w:rFonts w:eastAsia="Sans Serif"/>
                    </w:rPr>
                    <w:t>Pastaba: Tangentinius įtempius lydi šlyties deformacija</w:t>
                  </w:r>
                </w:p>
              </w:txbxContent>
            </v:textbox>
            <w10:wrap anchorx="page" anchory="page"/>
          </v:shape>
        </w:pict>
      </w:r>
    </w:p>
    <w:p w14:paraId="1916F85A" w14:textId="77777777" w:rsidR="00FC43EA" w:rsidRDefault="0071648E">
      <w:pPr>
        <w:spacing w:after="0"/>
        <w:rPr>
          <w:rFonts w:hint="eastAsia"/>
        </w:rPr>
      </w:pPr>
      <w:r>
        <w:rPr>
          <w:rFonts w:hint="eastAsia"/>
        </w:rPr>
        <w:pict w14:anchorId="009C4D90">
          <v:shape id="_x0000_s1107" type="#_x0000_t202" alt="" style="position:absolute;margin-left:483.15pt;margin-top:64.7pt;width:342.75pt;height:94pt;z-index:2516264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23A7C7B" w14:textId="77777777" w:rsidR="00FC43EA" w:rsidRDefault="00000000">
                  <w:pPr>
                    <w:rPr>
                      <w:rFonts w:hint="eastAsia"/>
                    </w:rPr>
                  </w:pPr>
                  <w:r>
                    <w:rPr>
                      <w:rFonts w:eastAsia="Sans Serif"/>
                    </w:rPr>
                    <w:t>3. Medžiagų būviai ir charakteristikos</w:t>
                  </w:r>
                  <w:r>
                    <w:rPr>
                      <w:rFonts w:eastAsia="Sans Serif"/>
                    </w:rPr>
                    <w:br/>
                  </w:r>
                  <w:r>
                    <w:rPr>
                      <w:rFonts w:eastAsia="Sans Serif"/>
                    </w:rPr>
                    <w:br/>
                    <w:t>Veikiant pakrovai, medžiagoje atsiranda deformacijos, medžiagos tampriosios dalelių sukibimo jėgos priešinasi tai deformacijai ir sukelia įtempius. Suprantama, kad kiekvienos medžiagos dalelių sukibimo jėgos turi skirtingas ribines reikšmes ir vienodos deformacijos gali sukelti skirtingus įtempius .</w:t>
                  </w:r>
                  <w:r>
                    <w:rPr>
                      <w:rFonts w:eastAsia="Sans Serif"/>
                    </w:rPr>
                    <w:br/>
                  </w:r>
                  <w:r>
                    <w:rPr>
                      <w:rFonts w:eastAsia="Sans Serif"/>
                    </w:rPr>
                    <w:br/>
                    <w:t>3.1 Huko dėsnis linijiniam įtempių būvui</w:t>
                  </w:r>
                  <w:r>
                    <w:rPr>
                      <w:rFonts w:eastAsia="Sans Serif"/>
                    </w:rPr>
                    <w:br/>
                  </w:r>
                  <w:r>
                    <w:rPr>
                      <w:rFonts w:eastAsia="Sans Serif"/>
                    </w:rPr>
                    <w:br/>
                    <w:t>Priklausomai nuo medžiagos savybių medžiaga, esanti linijiniame įtempių būvyje gali deformuotis a) linijiniai tampriai, b) nelinijiniai tampriai, c) tampriai- plastiškai</w:t>
                  </w:r>
                </w:p>
              </w:txbxContent>
            </v:textbox>
            <w10:wrap anchorx="page" anchory="page"/>
          </v:shape>
        </w:pict>
      </w:r>
    </w:p>
    <w:p w14:paraId="21425DAD" w14:textId="77777777" w:rsidR="00FC43EA" w:rsidRDefault="0071648E">
      <w:pPr>
        <w:spacing w:after="0"/>
        <w:rPr>
          <w:rFonts w:hint="eastAsia"/>
        </w:rPr>
      </w:pPr>
      <w:r>
        <w:rPr>
          <w:rFonts w:hint="eastAsia"/>
        </w:rPr>
        <w:pict w14:anchorId="6BB17DE4">
          <v:shape id="_x0000_s1106" type="#_x0000_t202" alt="" style="position:absolute;margin-left:480.15pt;margin-top:281.25pt;width:188.65pt;height:13.35pt;z-index:2516275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A9FD61F" w14:textId="77777777" w:rsidR="00FC43EA" w:rsidRDefault="00000000">
                  <w:pPr>
                    <w:rPr>
                      <w:rFonts w:hint="eastAsia"/>
                    </w:rPr>
                  </w:pPr>
                  <w:r>
                    <w:rPr>
                      <w:rFonts w:eastAsia="Sans Serif"/>
                    </w:rPr>
                    <w:t>6 pav. įvairių medžiagų apkrovimo ir nukrovimo dėsningumai</w:t>
                  </w:r>
                </w:p>
              </w:txbxContent>
            </v:textbox>
            <w10:wrap anchorx="page" anchory="page"/>
          </v:shape>
        </w:pict>
      </w:r>
    </w:p>
    <w:p w14:paraId="0A108C8B" w14:textId="77777777" w:rsidR="00FC43EA" w:rsidRDefault="0071648E">
      <w:pPr>
        <w:spacing w:after="0"/>
        <w:rPr>
          <w:rFonts w:hint="eastAsia"/>
        </w:rPr>
      </w:pPr>
      <w:r>
        <w:rPr>
          <w:rFonts w:hint="eastAsia"/>
        </w:rPr>
        <w:pict w14:anchorId="6D19E920">
          <v:shape id="_x0000_s1105" type="#_x0000_t202" alt="" style="position:absolute;margin-left:477.95pt;margin-top:294.9pt;width:350.1pt;height:162.9pt;z-index:2516285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A670FC4" w14:textId="77777777" w:rsidR="00FC43EA" w:rsidRDefault="00000000">
                  <w:pPr>
                    <w:rPr>
                      <w:rFonts w:hint="eastAsia"/>
                    </w:rPr>
                  </w:pPr>
                  <w:r>
                    <w:rPr>
                      <w:rFonts w:eastAsia="Sans Serif"/>
                    </w:rPr>
                    <w:t>Čia a) linijiniai tampri medžiaga; b) nelineijiniai tampri; c) tampriai plastiška medžiaga</w:t>
                  </w:r>
                  <w:r>
                    <w:rPr>
                      <w:rFonts w:eastAsia="Sans Serif"/>
                    </w:rPr>
                    <w:br/>
                  </w:r>
                  <w:r>
                    <w:rPr>
                      <w:rFonts w:eastAsia="Sans Serif"/>
                    </w:rPr>
                    <w:br/>
                    <w:t>Esant tampriai deformacijai po nukrovimo liekamųjų deformacijų (pokyčių) nelieka. Esant tampriai – plastinei deformacijai po nukrovimo lieka dalis deformacijos, kaip negrįžtama dedamoji. Realūs plienai linkę tampriai - plastiškai deformuotis, liekamosios deformacijos yra tiek mažos, kad tam tikrose ribose (iki proporcingumo ribos) plienus patogu laikyti idealiai tampriais. Tada įtempiai laikomi tiesiai proporcingi deformacijoms.</w:t>
                  </w:r>
                  <w:r>
                    <w:rPr>
                      <w:rFonts w:eastAsia="Sans Serif"/>
                    </w:rPr>
                    <w:br/>
                  </w:r>
                  <w:r>
                    <w:rPr>
                      <w:rFonts w:eastAsia="Sans Serif"/>
                    </w:rPr>
                    <w:br/>
                    <w:t>Pirmas šį dėsningumą nustatė anglų fizikas Robertas Hukas [Robert Hooke ](1635-1693). Šis nustatytas dėsningumas sudaro tamprumo teorijos pagrindą. Proporcingumo koeficientas (tamprumo modulis-Jungo modulis) buvo pažymėtas raide „E“. Ir tapo keistu proporcingumo koeficientu, turinčiu įtempio dimensiją (proporcingumo koeficientai – paprastai bedimensiniai dydžiai).</w:t>
                  </w:r>
                  <w:r>
                    <w:rPr>
                      <w:rFonts w:eastAsia="Sans Serif"/>
                    </w:rPr>
                    <w:br/>
                  </w:r>
                  <w:r>
                    <w:rPr>
                      <w:rFonts w:eastAsia="Sans Serif"/>
                    </w:rPr>
                    <w:br/>
                    <w:t>3.2 Tamprumo modulis</w:t>
                  </w:r>
                  <w:r>
                    <w:rPr>
                      <w:rFonts w:eastAsia="Sans Serif"/>
                    </w:rPr>
                    <w:br/>
                  </w:r>
                  <w:r>
                    <w:rPr>
                      <w:rFonts w:eastAsia="Sans Serif"/>
                    </w:rPr>
                    <w:br/>
                    <w:t>E-paprastai vadinamas tamprumo moduliu. Europinėje dalyje (ypač anglų techninėje literatūroje tai Jungo modulis (T. Young) - anglų fizikas, gydytojas, egiptologas (1773-1829). Tamprumo modulis charakterizuoja medžiagos tampriąsias savybes (standumą), o sąlyginėje įtempių deformacijų diagramoje charakterizuoja diagramos polinkio kampo tangentą. Kuo kampas su $\epsilon$ ašimi mažesnis tuo tamprumo modulis mažesnis</w:t>
                  </w:r>
                </w:p>
              </w:txbxContent>
            </v:textbox>
            <w10:wrap anchorx="page" anchory="page"/>
          </v:shape>
        </w:pict>
      </w:r>
    </w:p>
    <w:p w14:paraId="37EC6A0B" w14:textId="77777777" w:rsidR="00FC43EA" w:rsidRDefault="0071648E">
      <w:pPr>
        <w:spacing w:after="0"/>
        <w:rPr>
          <w:rFonts w:hint="eastAsia"/>
        </w:rPr>
      </w:pPr>
      <w:r>
        <w:rPr>
          <w:rFonts w:hint="eastAsia"/>
        </w:rPr>
        <w:pict w14:anchorId="16AD3867">
          <v:shape id="_x0000_s1104" type="#_x0000_t202" alt="" style="position:absolute;margin-left:472.35pt;margin-top:541.35pt;width:134.65pt;height:20.1pt;z-index:2516295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C4D492" w14:textId="77777777" w:rsidR="00FC43EA" w:rsidRDefault="00000000">
                  <w:pPr>
                    <w:rPr>
                      <w:rFonts w:hint="eastAsia"/>
                    </w:rPr>
                  </w:pPr>
                  <w:r>
                    <w:rPr>
                      <w:rFonts w:eastAsia="Sans Serif"/>
                    </w:rPr>
                    <w:t>7 pav. E-kaip polinkio kampo charakteristika</w:t>
                  </w:r>
                </w:p>
              </w:txbxContent>
            </v:textbox>
            <w10:wrap anchorx="page" anchory="page"/>
          </v:shape>
        </w:pict>
      </w:r>
    </w:p>
    <w:p w14:paraId="03ACEEA8" w14:textId="77777777" w:rsidR="00FC43EA" w:rsidRDefault="00FC43EA">
      <w:pPr>
        <w:rPr>
          <w:rFonts w:hint="eastAsia"/>
        </w:rPr>
        <w:sectPr w:rsidR="00FC43EA">
          <w:pgSz w:w="16834" w:h="11904"/>
          <w:pgMar w:top="0" w:right="0" w:bottom="0" w:left="0" w:header="0" w:footer="0" w:gutter="0"/>
          <w:cols w:space="720"/>
          <w:docGrid w:linePitch="360"/>
        </w:sectPr>
      </w:pPr>
    </w:p>
    <w:p w14:paraId="1C4C6186" w14:textId="77777777" w:rsidR="00FC43EA" w:rsidRDefault="00FC43EA">
      <w:pPr>
        <w:rPr>
          <w:rFonts w:hint="eastAsia"/>
        </w:rPr>
      </w:pPr>
    </w:p>
    <w:p w14:paraId="394617E3" w14:textId="77777777" w:rsidR="00FC43EA" w:rsidRDefault="0071648E">
      <w:pPr>
        <w:spacing w:after="0"/>
        <w:rPr>
          <w:rFonts w:hint="eastAsia"/>
        </w:rPr>
      </w:pPr>
      <w:r>
        <w:rPr>
          <w:rFonts w:hint="eastAsia"/>
        </w:rPr>
        <w:pict w14:anchorId="661CF0A5">
          <v:shape id="_x0000_s1103" type="#_x0000_t202" alt="" style="position:absolute;margin-left:67.75pt;margin-top:67.9pt;width:347.15pt;height:38.8pt;z-index:2516305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B7FE65" w14:textId="77777777" w:rsidR="00FC43EA" w:rsidRDefault="00000000">
                  <w:pPr>
                    <w:rPr>
                      <w:rFonts w:hint="eastAsia"/>
                    </w:rPr>
                  </w:pPr>
                  <w:r>
                    <w:rPr>
                      <w:rFonts w:eastAsia="Sans Serif"/>
                    </w:rPr>
                    <w:t>E modulis- specifinė medžiagos charakteristika, priklausanti nuo medžiagos vidinių tarpkristalinių ryšių, kristalų sandaros ir mažai priklauso nuo medžiagos būvio (grūdinimo, šaltos deformacijos ir t.t.) Tamprumo modulis žinynuose paprastai duodamas vienodas visai medžiagos grupei (pav. plienams 2,1 10¹¹ Pa)</w:t>
                  </w:r>
                </w:p>
              </w:txbxContent>
            </v:textbox>
            <w10:wrap anchorx="page" anchory="page"/>
          </v:shape>
        </w:pict>
      </w:r>
    </w:p>
    <w:p w14:paraId="510F40DF" w14:textId="77777777" w:rsidR="00FC43EA" w:rsidRDefault="0071648E">
      <w:pPr>
        <w:spacing w:after="0"/>
        <w:rPr>
          <w:rFonts w:hint="eastAsia"/>
        </w:rPr>
      </w:pPr>
      <w:r>
        <w:rPr>
          <w:rFonts w:hint="eastAsia"/>
        </w:rPr>
        <w:pict w14:anchorId="451E6B9A">
          <v:shape id="_x0000_s1102" type="#_x0000_t202" alt="" style="position:absolute;margin-left:70.3pt;margin-top:206.95pt;width:342.8pt;height:80.75pt;z-index:2516316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6457AD8" w14:textId="77777777" w:rsidR="00FC43EA" w:rsidRDefault="00000000">
                  <w:pPr>
                    <w:rPr>
                      <w:rFonts w:hint="eastAsia"/>
                    </w:rPr>
                  </w:pPr>
                  <w:r>
                    <w:rPr>
                      <w:rFonts w:eastAsia="Sans Serif"/>
                    </w:rPr>
                    <w:t>Huko dėsnis viena iš svarbiausių stiprumo teorijos hipotezių leidžiančių rasti įtempius konstrukcijose pagal išmatuotas deformacijas, arba pagal turimas apkrovas apskaičiuoti laukiamas deformacijas.</w:t>
                  </w:r>
                  <w:r>
                    <w:rPr>
                      <w:rFonts w:eastAsia="Sans Serif"/>
                    </w:rPr>
                    <w:br/>
                  </w:r>
                  <w:r>
                    <w:rPr>
                      <w:rFonts w:eastAsia="Sans Serif"/>
                    </w:rPr>
                    <w:br/>
                    <w:t>3.3 Puasono koeficientas</w:t>
                  </w:r>
                  <w:r>
                    <w:rPr>
                      <w:rFonts w:eastAsia="Sans Serif"/>
                    </w:rPr>
                    <w:br/>
                  </w:r>
                  <w:r>
                    <w:rPr>
                      <w:rFonts w:eastAsia="Sans Serif"/>
                    </w:rPr>
                    <w:br/>
                    <w:t>Pavyzdžiui tempiant strypą jis ne tik ilgėja bet ir susitraukia skersine kryptimi. Tempiant matmenys skersine kryptimi mažėja, o gniuždant didėja. Tamprumo ribose egzistuoja tamprus fizikinis ryšys tarp išilginių ir skersinių deformacijų (Jos tarpusavyje proporcingos). Tą proporcingumą pirmas pastebėjo Puasonas [S.D. Poisson ] - prancūzų matematikas (1781-1840):</w:t>
                  </w:r>
                </w:p>
              </w:txbxContent>
            </v:textbox>
            <w10:wrap anchorx="page" anchory="page"/>
          </v:shape>
        </w:pict>
      </w:r>
    </w:p>
    <w:p w14:paraId="513889F2" w14:textId="77777777" w:rsidR="00FC43EA" w:rsidRDefault="0071648E">
      <w:pPr>
        <w:spacing w:after="0"/>
        <w:rPr>
          <w:rFonts w:hint="eastAsia"/>
        </w:rPr>
      </w:pPr>
      <w:r>
        <w:rPr>
          <w:rFonts w:hint="eastAsia"/>
        </w:rPr>
        <w:pict w14:anchorId="4686D47B">
          <v:shape id="_x0000_s1101" type="#_x0000_t202" alt="" style="position:absolute;margin-left:69.9pt;margin-top:298.05pt;width:254.65pt;height:24.75pt;z-index:2516326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D8BF4D9" w14:textId="77777777" w:rsidR="00FC43EA" w:rsidRDefault="00000000">
                  <w:pPr>
                    <w:rPr>
                      <w:rFonts w:hint="eastAsia"/>
                    </w:rPr>
                  </w:pPr>
                  <w:r>
                    <w:rPr>
                      <w:rFonts w:eastAsia="Sans Serif"/>
                    </w:rPr>
                    <w:t>Linijiniame įtempimų būvyje Puasono koeficientas išreiškiamas paprastai</w:t>
                  </w:r>
                </w:p>
              </w:txbxContent>
            </v:textbox>
            <w10:wrap anchorx="page" anchory="page"/>
          </v:shape>
        </w:pict>
      </w:r>
    </w:p>
    <w:p w14:paraId="0110E814" w14:textId="77777777" w:rsidR="00FC43EA" w:rsidRDefault="0071648E">
      <w:pPr>
        <w:spacing w:after="0"/>
        <w:rPr>
          <w:rFonts w:hint="eastAsia"/>
        </w:rPr>
      </w:pPr>
      <w:r>
        <w:rPr>
          <w:rFonts w:hint="eastAsia"/>
        </w:rPr>
        <w:pict w14:anchorId="286B3F09">
          <v:shape id="_x0000_s1100" type="#_x0000_t202" alt="" style="position:absolute;margin-left:70.2pt;margin-top:359.8pt;width:343.15pt;height:151.8pt;z-index:2516336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6D346B8" w14:textId="77777777" w:rsidR="00FC43EA" w:rsidRDefault="00000000">
                  <w:pPr>
                    <w:rPr>
                      <w:rFonts w:hint="eastAsia"/>
                    </w:rPr>
                  </w:pPr>
                  <w:r>
                    <w:rPr>
                      <w:rFonts w:eastAsia="Sans Serif"/>
                    </w:rPr>
                    <w:t>Sakoma, kad tai santykinės skersinės deformacijos santykis su santykine išilgine deformacija. Europoje ir anglakalbėje literatūroje Puasono koeficientas žymimas raide v.</w:t>
                  </w:r>
                  <w:r>
                    <w:rPr>
                      <w:rFonts w:eastAsia="Sans Serif"/>
                    </w:rPr>
                    <w:br/>
                  </w:r>
                  <w:r>
                    <w:rPr>
                      <w:rFonts w:eastAsia="Sans Serif"/>
                    </w:rPr>
                    <w:br/>
                    <w:t>Praktiniuose skaičiavimuose Puasono koeficientas varijuoja tarp 0,25-0,5</w:t>
                  </w:r>
                  <w:r>
                    <w:rPr>
                      <w:rFonts w:eastAsia="Sans Serif"/>
                    </w:rPr>
                    <w:br/>
                    <w:t>Metalams Puasono koeficientas varijuoja tarp 0,25 ir 0,40. (tamprumo teorijos skaičiavimuose priimame lygiu 0,3)</w:t>
                  </w:r>
                  <w:r>
                    <w:rPr>
                      <w:rFonts w:eastAsia="Sans Serif"/>
                    </w:rPr>
                    <w:br/>
                  </w:r>
                  <w:r>
                    <w:rPr>
                      <w:rFonts w:eastAsia="Sans Serif"/>
                    </w:rPr>
                    <w:br/>
                    <w:t>3.4 Šlyties modulis</w:t>
                  </w:r>
                  <w:r>
                    <w:rPr>
                      <w:rFonts w:eastAsia="Sans Serif"/>
                    </w:rPr>
                    <w:br/>
                  </w:r>
                  <w:r>
                    <w:rPr>
                      <w:rFonts w:eastAsia="Sans Serif"/>
                    </w:rPr>
                    <w:br/>
                    <w:t>Toks pats proporcingumas kaip tarp $\sigma$ ir $\varepsilon$ , egzistuoja ir tarp tangentinių įtempių $\tau$ ir šlyties deformacijos $\gamma$., tik proporcingumo koeficientas čia vadinamas šlyties moduliu ir žymimas „G“</w:t>
                  </w:r>
                  <w:r>
                    <w:rPr>
                      <w:rFonts w:eastAsia="Sans Serif"/>
                    </w:rPr>
                    <w:br/>
                  </w:r>
                  <w:r>
                    <w:rPr>
                      <w:rFonts w:eastAsia="Sans Serif"/>
                    </w:rPr>
                    <w:br/>
                    <w:t>$\tau = G \gamma$</w:t>
                  </w:r>
                  <w:r>
                    <w:rPr>
                      <w:rFonts w:eastAsia="Sans Serif"/>
                    </w:rPr>
                    <w:br/>
                  </w:r>
                  <w:r>
                    <w:rPr>
                      <w:rFonts w:eastAsia="Sans Serif"/>
                    </w:rPr>
                    <w:br/>
                    <w:t>Šlyties modulis irgi turi įtempio dimensiją.</w:t>
                  </w:r>
                  <w:r>
                    <w:rPr>
                      <w:rFonts w:eastAsia="Sans Serif"/>
                    </w:rPr>
                    <w:br/>
                    <w:t>Šlyties modulis irgi lygus diagramos $\tau$-$\gamma$ palinkimo kampo tangentui su $\gamma$ ašimi.</w:t>
                  </w:r>
                </w:p>
              </w:txbxContent>
            </v:textbox>
            <w10:wrap anchorx="page" anchory="page"/>
          </v:shape>
        </w:pict>
      </w:r>
    </w:p>
    <w:p w14:paraId="00A3EE9B" w14:textId="77777777" w:rsidR="00FC43EA" w:rsidRDefault="0071648E">
      <w:pPr>
        <w:spacing w:after="0"/>
        <w:rPr>
          <w:rFonts w:hint="eastAsia"/>
        </w:rPr>
      </w:pPr>
      <w:r>
        <w:rPr>
          <w:rFonts w:hint="eastAsia"/>
        </w:rPr>
        <w:pict w14:anchorId="3A8ACDA2">
          <v:shape id="_x0000_s1099" type="#_x0000_t202" alt="" style="position:absolute;margin-left:67.2pt;margin-top:110.45pt;width:255.65pt;height:19.75pt;z-index:2516346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9D2D8B8" w14:textId="77777777" w:rsidR="00FC43EA" w:rsidRDefault="00000000">
                  <w:pPr>
                    <w:rPr>
                      <w:rFonts w:hint="eastAsia"/>
                    </w:rPr>
                  </w:pPr>
                  <w:r>
                    <w:rPr>
                      <w:rFonts w:eastAsia="Sans Serif"/>
                    </w:rPr>
                    <w:t>I lentelė. Kai kurių metalų tankis $\rho$ , tamprumo modulis E ir Puasono koeficientas $\mu$</w:t>
                  </w:r>
                </w:p>
              </w:txbxContent>
            </v:textbox>
            <w10:wrap anchorx="page" anchory="page"/>
          </v:shape>
        </w:pict>
      </w:r>
    </w:p>
    <w:p w14:paraId="2C0571A6" w14:textId="77777777" w:rsidR="00FC43EA" w:rsidRDefault="0071648E">
      <w:pPr>
        <w:spacing w:after="0"/>
        <w:rPr>
          <w:rFonts w:hint="eastAsia"/>
        </w:rPr>
      </w:pPr>
      <w:r>
        <w:rPr>
          <w:rFonts w:hint="eastAsia"/>
        </w:rPr>
        <w:pict w14:anchorId="7438F71F">
          <v:shape id="_x0000_s1098" type="#_x0000_t202" alt="" style="position:absolute;margin-left:545.05pt;margin-top:152.15pt;width:211.85pt;height:16.45pt;z-index:2516357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232301D" w14:textId="77777777" w:rsidR="00FC43EA" w:rsidRDefault="00000000">
                  <w:pPr>
                    <w:rPr>
                      <w:rFonts w:hint="eastAsia"/>
                    </w:rPr>
                  </w:pPr>
                  <w:r>
                    <w:rPr>
                      <w:rFonts w:eastAsia="Sans Serif"/>
                    </w:rPr>
                    <w:t>8 pav. Šlyties modulis kaip kampo τ - γ diagramoje interpretacija</w:t>
                  </w:r>
                </w:p>
              </w:txbxContent>
            </v:textbox>
            <w10:wrap anchorx="page" anchory="page"/>
          </v:shape>
        </w:pict>
      </w:r>
    </w:p>
    <w:p w14:paraId="67E5BB43" w14:textId="77777777" w:rsidR="00FC43EA" w:rsidRDefault="0071648E">
      <w:pPr>
        <w:spacing w:after="0"/>
        <w:rPr>
          <w:rFonts w:hint="eastAsia"/>
        </w:rPr>
      </w:pPr>
      <w:r>
        <w:rPr>
          <w:rFonts w:hint="eastAsia"/>
        </w:rPr>
        <w:pict w14:anchorId="003EF2AD">
          <v:shape id="_x0000_s1097" type="#_x0000_t202" alt="" style="position:absolute;margin-left:475.7pt;margin-top:170.6pt;width:343pt;height:38.75pt;z-index:2516367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0812BD" w14:textId="77777777" w:rsidR="00FC43EA" w:rsidRDefault="00000000">
                  <w:pPr>
                    <w:rPr>
                      <w:rFonts w:hint="eastAsia"/>
                    </w:rPr>
                  </w:pPr>
                  <w:r>
                    <w:rPr>
                      <w:rFonts w:eastAsia="Sans Serif"/>
                    </w:rPr>
                    <w:t>Tarp anksčiau nagrinėtų tampriųjų konstantų E, μ ir G izotropinėms medžiagoms egzistuoja tamprus</w:t>
                  </w:r>
                  <w:r>
                    <w:rPr>
                      <w:rFonts w:eastAsia="Sans Serif"/>
                    </w:rPr>
                    <w:br/>
                    <w:t>teorinis ryšys. Todėl turint tam tikros medžiagos dvi konstantas – trečioji gali būti rasta iš formulės,</w:t>
                  </w:r>
                  <w:r>
                    <w:rPr>
                      <w:rFonts w:eastAsia="Sans Serif"/>
                    </w:rPr>
                    <w:br/>
                    <w:t>arba turi tenkinti formulę. Sakoma, kad tik dvi konstantos yra nepriklausomos.</w:t>
                  </w:r>
                </w:p>
              </w:txbxContent>
            </v:textbox>
            <w10:wrap anchorx="page" anchory="page"/>
          </v:shape>
        </w:pict>
      </w:r>
    </w:p>
    <w:p w14:paraId="734DF59B" w14:textId="77777777" w:rsidR="00FC43EA" w:rsidRDefault="0071648E">
      <w:pPr>
        <w:spacing w:after="0"/>
        <w:rPr>
          <w:rFonts w:hint="eastAsia"/>
        </w:rPr>
      </w:pPr>
      <w:r>
        <w:rPr>
          <w:rFonts w:hint="eastAsia"/>
        </w:rPr>
        <w:pict w14:anchorId="0833D2F3">
          <v:shape id="_x0000_s1096" type="#_x0000_t202" alt="" style="position:absolute;margin-left:473.1pt;margin-top:234.9pt;width:344.75pt;height:46pt;z-index:2516377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35EC311" w14:textId="77777777" w:rsidR="00FC43EA" w:rsidRDefault="00000000">
                  <w:pPr>
                    <w:rPr>
                      <w:rFonts w:hint="eastAsia"/>
                    </w:rPr>
                  </w:pPr>
                  <w:r>
                    <w:rPr>
                      <w:rFonts w:eastAsia="Sans Serif"/>
                    </w:rPr>
                    <w:t>Dažniausia skaičiuojamas šlyties modulis, pavyzdžiui E $\approx$ 210.000 N/mm$^2$ ir $\mu \approx 0,3$ gauname G = 80.769 $\cong$ 81.000 N/mm$^2$.</w:t>
                  </w:r>
                  <w:r>
                    <w:rPr>
                      <w:rFonts w:eastAsia="Sans Serif"/>
                    </w:rPr>
                    <w:br/>
                  </w:r>
                  <w:r>
                    <w:rPr>
                      <w:rFonts w:eastAsia="Sans Serif"/>
                    </w:rPr>
                    <w:br/>
                    <w:t>3.5 Medžiagos charakteringi parametrai</w:t>
                  </w:r>
                </w:p>
              </w:txbxContent>
            </v:textbox>
            <w10:wrap anchorx="page" anchory="page"/>
          </v:shape>
        </w:pict>
      </w:r>
    </w:p>
    <w:p w14:paraId="10D43200" w14:textId="77777777" w:rsidR="00FC43EA" w:rsidRDefault="0071648E">
      <w:pPr>
        <w:spacing w:after="0"/>
        <w:rPr>
          <w:rFonts w:hint="eastAsia"/>
        </w:rPr>
      </w:pPr>
      <w:r>
        <w:rPr>
          <w:rFonts w:hint="eastAsia"/>
        </w:rPr>
        <w:pict w14:anchorId="574AC6DF">
          <v:shape id="_x0000_s1095" type="#_x0000_t202" alt="" style="position:absolute;margin-left:473.4pt;margin-top:436.05pt;width:346pt;height:54.15pt;z-index:2516387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64EF8C4" w14:textId="77777777" w:rsidR="00FC43EA" w:rsidRDefault="00000000">
                  <w:pPr>
                    <w:rPr>
                      <w:rFonts w:hint="eastAsia"/>
                    </w:rPr>
                  </w:pPr>
                  <w:r>
                    <w:rPr>
                      <w:rFonts w:eastAsia="Sans Serif"/>
                    </w:rPr>
                    <w:t>9 pav. Įtempimų-deformacijų diagramos: a) su ryškiai išreikšta takio aikštele; b) be takio aikštelės</w:t>
                  </w:r>
                  <w:r>
                    <w:rPr>
                      <w:rFonts w:eastAsia="Sans Serif"/>
                    </w:rPr>
                    <w:br/>
                  </w:r>
                  <w:r>
                    <w:rPr>
                      <w:rFonts w:eastAsia="Sans Serif"/>
                    </w:rPr>
                    <w:br/>
                    <w:t>Gaunama tempimo - deformacijų diagrama duoda labai daug ir svarbios informacijos apie medžiagos</w:t>
                  </w:r>
                  <w:r>
                    <w:rPr>
                      <w:rFonts w:eastAsia="Sans Serif"/>
                    </w:rPr>
                    <w:br/>
                    <w:t>savybes. Diagramas F- $\Delta l$ braižo specialios bandymo mašinos ,tempiant standartizuotus bandinius.</w:t>
                  </w:r>
                  <w:r>
                    <w:rPr>
                      <w:rFonts w:eastAsia="Sans Serif"/>
                    </w:rPr>
                    <w:br/>
                    <w:t>Sąlyginiai įtempiai skaičiuojami pagal formulę:</w:t>
                  </w:r>
                </w:p>
              </w:txbxContent>
            </v:textbox>
            <w10:wrap anchorx="page" anchory="page"/>
          </v:shape>
        </w:pict>
      </w:r>
    </w:p>
    <w:p w14:paraId="378ED2B0" w14:textId="77777777" w:rsidR="00FC43EA" w:rsidRDefault="0071648E">
      <w:pPr>
        <w:spacing w:after="0"/>
        <w:rPr>
          <w:rFonts w:hint="eastAsia"/>
        </w:rPr>
      </w:pPr>
      <w:r>
        <w:rPr>
          <w:rFonts w:hint="eastAsia"/>
        </w:rPr>
        <w:pict w14:anchorId="26C0FA5B">
          <v:shape id="_x0000_s1094" type="#_x0000_t202" alt="" style="position:absolute;margin-left:470.95pt;margin-top:514.7pt;width:114.2pt;height:18.2pt;z-index:2516398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1F59C0" w14:textId="44D834EE" w:rsidR="00FC43EA" w:rsidRDefault="00000000">
                  <w:pPr>
                    <w:rPr>
                      <w:rFonts w:hint="eastAsia"/>
                    </w:rPr>
                  </w:pPr>
                  <w:r>
                    <w:rPr>
                      <w:rFonts w:eastAsia="Sans Serif"/>
                    </w:rPr>
                    <w:t>Santykinės linijinės deformacijos:</w:t>
                  </w:r>
                </w:p>
              </w:txbxContent>
            </v:textbox>
            <w10:wrap anchorx="page" anchory="page"/>
          </v:shape>
        </w:pict>
      </w:r>
    </w:p>
    <w:p w14:paraId="7D35759D" w14:textId="77777777" w:rsidR="00FC43EA" w:rsidRDefault="00FC43EA">
      <w:pPr>
        <w:rPr>
          <w:rFonts w:hint="eastAsia"/>
        </w:rPr>
        <w:sectPr w:rsidR="00FC43EA">
          <w:pgSz w:w="16834" w:h="11904"/>
          <w:pgMar w:top="0" w:right="0" w:bottom="0" w:left="0" w:header="0" w:footer="0" w:gutter="0"/>
          <w:cols w:space="720"/>
          <w:docGrid w:linePitch="360"/>
        </w:sectPr>
      </w:pPr>
    </w:p>
    <w:p w14:paraId="06EDF369" w14:textId="77777777" w:rsidR="00FC43EA" w:rsidRDefault="00FC43EA">
      <w:pPr>
        <w:rPr>
          <w:rFonts w:hint="eastAsia"/>
        </w:rPr>
      </w:pPr>
    </w:p>
    <w:p w14:paraId="719FC1DB" w14:textId="77777777" w:rsidR="00FC43EA" w:rsidRDefault="0071648E">
      <w:pPr>
        <w:spacing w:after="0"/>
        <w:rPr>
          <w:rFonts w:hint="eastAsia"/>
        </w:rPr>
      </w:pPr>
      <w:r>
        <w:rPr>
          <w:rFonts w:hint="eastAsia"/>
        </w:rPr>
        <w:pict w14:anchorId="33F991C8">
          <v:shape id="_x0000_s1093" type="#_x0000_t202" alt="" style="position:absolute;margin-left:66.85pt;margin-top:97.15pt;width:351.2pt;height:141.3pt;z-index:2516408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4B57C3" w14:textId="77777777" w:rsidR="00FC43EA" w:rsidRDefault="00000000">
                  <w:pPr>
                    <w:rPr>
                      <w:rFonts w:hint="eastAsia"/>
                    </w:rPr>
                  </w:pPr>
                  <w:r>
                    <w:rPr>
                      <w:rFonts w:eastAsia="Sans Serif"/>
                    </w:rPr>
                    <w:t>A₀ – Pradinis skerspjūvio plotas; L₀ – tiriamasis bandinio ilgis ( [DIN] 50145). Metalų diagramos gali būti</w:t>
                  </w:r>
                  <w:r>
                    <w:rPr>
                      <w:rFonts w:eastAsia="Sans Serif"/>
                    </w:rPr>
                    <w:br/>
                    <w:t>su aiškiai pasireiškusia takio aikštele ir be takio aikštelės. 9 pav. (a) parodyta tipinė nelegiruoto plieno</w:t>
                  </w:r>
                  <w:r>
                    <w:rPr>
                      <w:rFonts w:eastAsia="Sans Serif"/>
                    </w:rPr>
                    <w:br/>
                    <w:t>diagrama su ryškia takio aikštele. 9pav. (b) parodyta aukšto stiprumo aliuminio lydinio diagrama,</w:t>
                  </w:r>
                  <w:r>
                    <w:rPr>
                      <w:rFonts w:eastAsia="Sans Serif"/>
                    </w:rPr>
                    <w:br/>
                    <w:t>diagrama kyla dėl savaiminio metalo susikietinimo deformuojantis. Panašaus pobūdžio diagramas turi ir</w:t>
                  </w:r>
                  <w:r>
                    <w:rPr>
                      <w:rFonts w:eastAsia="Sans Serif"/>
                    </w:rPr>
                    <w:br/>
                    <w:t>legiruoti plienai, ypač jeigu jie buvo kokiu nors būdu papildomai sukietinti (mechaniškai , termiškai arba</w:t>
                  </w:r>
                  <w:r>
                    <w:rPr>
                      <w:rFonts w:eastAsia="Sans Serif"/>
                    </w:rPr>
                    <w:br/>
                    <w:t>kombinuotai). Panašias diagramas turi ir ketūs</w:t>
                  </w:r>
                  <w:r>
                    <w:rPr>
                      <w:rFonts w:eastAsia="Sans Serif"/>
                    </w:rPr>
                    <w:br/>
                  </w:r>
                  <w:r>
                    <w:rPr>
                      <w:rFonts w:eastAsia="Sans Serif"/>
                    </w:rPr>
                    <w:br/>
                    <w:t>Stiprumo ir plastiškumo charakteristikos, nustatytos tempimo bandymu turi statistinį charakterį t.y rezultatų</w:t>
                  </w:r>
                  <w:r>
                    <w:rPr>
                      <w:rFonts w:eastAsia="Sans Serif"/>
                    </w:rPr>
                    <w:br/>
                    <w:t>sklaidą. Todėl analizuojant tas charakteristikas, reikia analizuoti statistinį rezultatų išsidėstymą bandymo</w:t>
                  </w:r>
                  <w:r>
                    <w:rPr>
                      <w:rFonts w:eastAsia="Sans Serif"/>
                    </w:rPr>
                    <w:br/>
                    <w:t>rezultatų bazėje.</w:t>
                  </w:r>
                  <w:r>
                    <w:rPr>
                      <w:rFonts w:eastAsia="Sans Serif"/>
                    </w:rPr>
                    <w:br/>
                    <w:t>Žemiau pateiktame paveiksle pavaizduota konstrukcinio plieno S235 viršutinės takio ribos rezultatų</w:t>
                  </w:r>
                  <w:r>
                    <w:rPr>
                      <w:rFonts w:eastAsia="Sans Serif"/>
                    </w:rPr>
                    <w:br/>
                    <w:t>pasiskirstymo tankis. Vidutinė reikšmė x = 277,8 N/mm², o vidutinė kvadratinė nuokrypa s = 17,79 N/mm².</w:t>
                  </w:r>
                  <w:r>
                    <w:rPr>
                      <w:rFonts w:eastAsia="Sans Serif"/>
                    </w:rPr>
                    <w:br/>
                    <w:t>Bendros saugumo koncepcijos rėmuose priimama dėmesin reikšmės sklaida ir reikšmės tikimybė, norint</w:t>
                  </w:r>
                  <w:r>
                    <w:rPr>
                      <w:rFonts w:eastAsia="Sans Serif"/>
                    </w:rPr>
                    <w:br/>
                    <w:t>nustatyti norminę medžiagos charakteristiką. Paveiksle norminis dydis priimtas 240 N/mm² su tikimybe, kad</w:t>
                  </w:r>
                  <w:r>
                    <w:rPr>
                      <w:rFonts w:eastAsia="Sans Serif"/>
                    </w:rPr>
                    <w:br/>
                    <w:t>98,3 % tikimybė, kad panaudoto metalo charakteristika nebus mažesnė kaip 240 N/mm²</w:t>
                  </w:r>
                </w:p>
              </w:txbxContent>
            </v:textbox>
            <w10:wrap anchorx="page" anchory="page"/>
          </v:shape>
        </w:pict>
      </w:r>
    </w:p>
    <w:p w14:paraId="18DCF00A" w14:textId="77777777" w:rsidR="00FC43EA" w:rsidRDefault="0071648E">
      <w:pPr>
        <w:spacing w:after="0"/>
        <w:rPr>
          <w:rFonts w:hint="eastAsia"/>
        </w:rPr>
      </w:pPr>
      <w:r>
        <w:rPr>
          <w:rFonts w:hint="eastAsia"/>
        </w:rPr>
        <w:pict w14:anchorId="58AC2CA4">
          <v:shape id="_x0000_s1092" type="#_x0000_t202" alt="" style="position:absolute;margin-left:69.3pt;margin-top:356.25pt;width:286.85pt;height:34.9pt;z-index:2516418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BEA7670" w14:textId="77777777" w:rsidR="00FC43EA" w:rsidRDefault="00000000">
                  <w:pPr>
                    <w:rPr>
                      <w:rFonts w:hint="eastAsia"/>
                    </w:rPr>
                  </w:pPr>
                  <w:r>
                    <w:rPr>
                      <w:rFonts w:eastAsia="Sans Serif"/>
                    </w:rPr>
                    <w:t>10 pav. Konstrukcinio plieno S235 takio ribos statistinis pasiskirstymo dėsnis</w:t>
                  </w:r>
                  <w:r>
                    <w:rPr>
                      <w:rFonts w:eastAsia="Sans Serif"/>
                    </w:rPr>
                    <w:br/>
                  </w:r>
                  <w:r>
                    <w:rPr>
                      <w:rFonts w:eastAsia="Sans Serif"/>
                    </w:rPr>
                    <w:br/>
                    <w:t>Takio ir stiprio charakteringi dydžiai medžiagoms ir skaičiuotėms žymimos skirtingai:</w:t>
                  </w:r>
                </w:p>
              </w:txbxContent>
            </v:textbox>
            <w10:wrap anchorx="page" anchory="page"/>
          </v:shape>
        </w:pict>
      </w:r>
    </w:p>
    <w:p w14:paraId="6EF15E50" w14:textId="77777777" w:rsidR="00FC43EA" w:rsidRDefault="0071648E">
      <w:pPr>
        <w:spacing w:after="0"/>
        <w:rPr>
          <w:rFonts w:hint="eastAsia"/>
        </w:rPr>
      </w:pPr>
      <w:r>
        <w:rPr>
          <w:rFonts w:hint="eastAsia"/>
        </w:rPr>
        <w:pict w14:anchorId="3B9BAE02">
          <v:shape id="_x0000_s1091" type="#_x0000_t202" alt="" style="position:absolute;margin-left:490.55pt;margin-top:77.4pt;width:315.1pt;height:75.95pt;z-index:2516428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A701DD8" w14:textId="77777777" w:rsidR="00FC43EA" w:rsidRDefault="00000000">
                  <w:pPr>
                    <w:rPr>
                      <w:rFonts w:hint="eastAsia"/>
                    </w:rPr>
                  </w:pPr>
                  <w:r>
                    <w:rPr>
                      <w:rFonts w:eastAsia="Sans Serif"/>
                    </w:rPr>
                    <w:t>4. Pratybų užduotys</w:t>
                  </w:r>
                  <w:r>
                    <w:rPr>
                      <w:rFonts w:eastAsia="Sans Serif"/>
                    </w:rPr>
                    <w:br/>
                    <w:t>1 užduotis</w:t>
                  </w:r>
                  <w:r>
                    <w:rPr>
                      <w:rFonts w:eastAsia="Sans Serif"/>
                    </w:rPr>
                    <w:br/>
                    <w:t>Apskaičiuoti santykinę linijinę deformaciją l = 1 m po deformacijos įgijus 1004,5 mm ilgį</w:t>
                  </w:r>
                  <w:r>
                    <w:rPr>
                      <w:rFonts w:eastAsia="Sans Serif"/>
                    </w:rPr>
                    <w:br/>
                    <w:t>2 užduotis</w:t>
                  </w:r>
                  <w:r>
                    <w:rPr>
                      <w:rFonts w:eastAsia="Sans Serif"/>
                    </w:rPr>
                    <w:br/>
                    <w:t>Prieš deformaciją stačias kampas ,po deformacijos išmatuotas kampas buvo $\omega^* = 90,45^\circ$ rasti $\gamma$</w:t>
                  </w:r>
                  <w:r>
                    <w:rPr>
                      <w:rFonts w:eastAsia="Sans Serif"/>
                    </w:rPr>
                    <w:br/>
                    <w:t>3 užduotis</w:t>
                  </w:r>
                  <w:r>
                    <w:rPr>
                      <w:rFonts w:eastAsia="Sans Serif"/>
                    </w:rPr>
                    <w:br/>
                    <w:t>Ant elementaraus kubo, pagal sutartas žymėjimo taisykles, sužymėkite įtempius $\tau_{yz}, \tau_{xy}$ и $\sigma_y$.</w:t>
                  </w:r>
                </w:p>
              </w:txbxContent>
            </v:textbox>
            <w10:wrap anchorx="page" anchory="page"/>
          </v:shape>
        </w:pict>
      </w:r>
    </w:p>
    <w:p w14:paraId="3CBC031F" w14:textId="77777777" w:rsidR="00FC43EA" w:rsidRDefault="0071648E">
      <w:pPr>
        <w:spacing w:after="0"/>
        <w:rPr>
          <w:rFonts w:hint="eastAsia"/>
        </w:rPr>
      </w:pPr>
      <w:r>
        <w:rPr>
          <w:rFonts w:hint="eastAsia"/>
        </w:rPr>
        <w:pict w14:anchorId="7AC5B30A">
          <v:shape id="_x0000_s1090" type="#_x0000_t202" alt="" style="position:absolute;margin-left:488.65pt;margin-top:240.3pt;width:267pt;height:67.25pt;z-index:2516439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92C3D8E" w14:textId="77777777" w:rsidR="00FC43EA" w:rsidRDefault="00000000">
                  <w:pPr>
                    <w:rPr>
                      <w:rFonts w:hint="eastAsia"/>
                    </w:rPr>
                  </w:pPr>
                  <w:r>
                    <w:rPr>
                      <w:rFonts w:eastAsia="Sans Serif"/>
                    </w:rPr>
                    <w:t>4 užduotis</w:t>
                  </w:r>
                  <w:r>
                    <w:rPr>
                      <w:rFonts w:eastAsia="Sans Serif"/>
                    </w:rPr>
                    <w:br/>
                    <w:t>Vertikaliai pakabintą plieninę vielą (l₀ = 5 m, Ø = 5 mm) tempia jėga F = 10 kN.</w:t>
                  </w:r>
                  <w:r>
                    <w:rPr>
                      <w:rFonts w:eastAsia="Sans Serif"/>
                    </w:rPr>
                    <w:br/>
                    <w:t>Kiek viela pailgės?</w:t>
                  </w:r>
                  <w:r>
                    <w:rPr>
                      <w:rFonts w:eastAsia="Sans Serif"/>
                    </w:rPr>
                    <w:br/>
                    <w:t>Koks vielos tamprumo modulis?</w:t>
                  </w:r>
                  <w:r>
                    <w:rPr>
                      <w:rFonts w:eastAsia="Sans Serif"/>
                    </w:rPr>
                    <w:br/>
                  </w:r>
                  <w:r>
                    <w:rPr>
                      <w:rFonts w:eastAsia="Sans Serif"/>
                    </w:rPr>
                    <w:br/>
                    <w:t>5 užduotis</w:t>
                  </w:r>
                  <w:r>
                    <w:rPr>
                      <w:rFonts w:eastAsia="Sans Serif"/>
                    </w:rPr>
                    <w:br/>
                    <w:t>Rasti 4 užduoties vielos santykinę tūrio deformaciją.</w:t>
                  </w:r>
                </w:p>
              </w:txbxContent>
            </v:textbox>
            <w10:wrap anchorx="page" anchory="page"/>
          </v:shape>
        </w:pict>
      </w:r>
    </w:p>
    <w:p w14:paraId="13D090DC" w14:textId="77777777" w:rsidR="00FC43EA" w:rsidRDefault="0071648E">
      <w:pPr>
        <w:spacing w:after="0"/>
        <w:rPr>
          <w:rFonts w:hint="eastAsia"/>
        </w:rPr>
      </w:pPr>
      <w:r>
        <w:rPr>
          <w:rFonts w:hint="eastAsia"/>
        </w:rPr>
        <w:pict w14:anchorId="3DC11E26">
          <v:shape id="_x0000_s1089" type="#_x0000_t202" alt="" style="position:absolute;margin-left:479pt;margin-top:222pt;width:171.65pt;height:16.95pt;z-index:2516449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79E243A" w14:textId="77777777" w:rsidR="00FC43EA" w:rsidRDefault="00000000">
                  <w:pPr>
                    <w:rPr>
                      <w:rFonts w:hint="eastAsia"/>
                    </w:rPr>
                  </w:pPr>
                  <w:r>
                    <w:rPr>
                      <w:rFonts w:eastAsia="Sans Serif"/>
                    </w:rPr>
                    <w:t>11 pav. Elementarus kubas su dekartine koordinacių sistema</w:t>
                  </w:r>
                </w:p>
              </w:txbxContent>
            </v:textbox>
            <w10:wrap anchorx="page" anchory="page"/>
          </v:shape>
        </w:pict>
      </w:r>
    </w:p>
    <w:p w14:paraId="4351FE2C" w14:textId="77777777" w:rsidR="00FC43EA" w:rsidRDefault="0071648E">
      <w:pPr>
        <w:spacing w:after="0"/>
        <w:rPr>
          <w:rFonts w:hint="eastAsia"/>
        </w:rPr>
      </w:pPr>
      <w:r>
        <w:rPr>
          <w:rFonts w:hint="eastAsia"/>
        </w:rPr>
        <w:pict w14:anchorId="3FCBC7DC">
          <v:shape id="_x0000_s1088" type="#_x0000_t202" alt="" style="position:absolute;margin-left:486.7pt;margin-top:322.4pt;width:339.65pt;height:115.85pt;z-index:2516459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B150FA2" w14:textId="77777777" w:rsidR="00FC43EA" w:rsidRDefault="00000000">
                  <w:pPr>
                    <w:rPr>
                      <w:rFonts w:hint="eastAsia"/>
                    </w:rPr>
                  </w:pPr>
                  <w:r>
                    <w:rPr>
                      <w:rFonts w:eastAsia="Sans Serif"/>
                    </w:rPr>
                    <w:t>5. Literatūra</w:t>
                  </w:r>
                  <w:r>
                    <w:rPr>
                      <w:rFonts w:eastAsia="Sans Serif"/>
                    </w:rPr>
                    <w:br/>
                  </w:r>
                  <w:r>
                    <w:rPr>
                      <w:rFonts w:eastAsia="Sans Serif"/>
                    </w:rPr>
                    <w:br/>
                    <w:t>1. Lindner, J.; Scheer, J.; Schmidt, H.: Stahlbauten, Erläuterungen zu DIN 18800 Teil 1-4, 3. Auflage. Berlin: Beuth Verlag GmbH; Ernst &amp; Sohn 1998</w:t>
                  </w:r>
                  <w:r>
                    <w:rPr>
                      <w:rFonts w:eastAsia="Sans Serif"/>
                    </w:rPr>
                    <w:br/>
                    <w:t>2. ESDEP, European Steel Design Education Programme. Düsseldorf: Stahl-Informations-Zentrum</w:t>
                  </w:r>
                  <w:r>
                    <w:rPr>
                      <w:rFonts w:eastAsia="Sans Serif"/>
                    </w:rPr>
                    <w:br/>
                    <w:t>3. Neumann, A.: Schweißtechnisches Handbuch für Konstrukteure Teil 1; Grundlagen, Tragfähigkeit. Düsseldorf: DVS-Verlag GmbH 1996</w:t>
                  </w:r>
                  <w:r>
                    <w:rPr>
                      <w:rFonts w:eastAsia="Sans Serif"/>
                    </w:rPr>
                    <w:br/>
                    <w:t>4. Neumann, A.: Schweißtechnisches Handbuch für Konstrukteure Teil 2; Stahl-, Kessel- und Rohrleitungsbau. Düsseldorf: DVS-Verlag GmbH 1987</w:t>
                  </w:r>
                  <w:r>
                    <w:rPr>
                      <w:rFonts w:eastAsia="Sans Serif"/>
                    </w:rPr>
                    <w:br/>
                    <w:t>5. Issler, L.; Ruoß, H.; Häfele, P.: Festigkeitslehre, Grundlagen. Berlin, Heidelberg: Springer Verlag 1995</w:t>
                  </w:r>
                </w:p>
              </w:txbxContent>
            </v:textbox>
            <w10:wrap anchorx="page" anchory="page"/>
          </v:shape>
        </w:pict>
      </w:r>
    </w:p>
    <w:p w14:paraId="3B90A4F1" w14:textId="77777777" w:rsidR="00FC43EA" w:rsidRDefault="00FC43EA">
      <w:pPr>
        <w:rPr>
          <w:rFonts w:hint="eastAsia"/>
        </w:rPr>
        <w:sectPr w:rsidR="00FC43EA">
          <w:pgSz w:w="16834" w:h="11904"/>
          <w:pgMar w:top="0" w:right="0" w:bottom="0" w:left="0" w:header="0" w:footer="0" w:gutter="0"/>
          <w:cols w:space="720"/>
          <w:docGrid w:linePitch="360"/>
        </w:sectPr>
      </w:pPr>
    </w:p>
    <w:p w14:paraId="37148BEA" w14:textId="77777777" w:rsidR="00FC43EA" w:rsidRDefault="00FC43EA">
      <w:pPr>
        <w:rPr>
          <w:rFonts w:hint="eastAsia"/>
        </w:rPr>
      </w:pPr>
    </w:p>
    <w:p w14:paraId="2A486C19" w14:textId="77777777" w:rsidR="00FC43EA" w:rsidRDefault="0071648E">
      <w:pPr>
        <w:spacing w:after="0"/>
        <w:rPr>
          <w:rFonts w:hint="eastAsia"/>
        </w:rPr>
      </w:pPr>
      <w:r>
        <w:rPr>
          <w:rFonts w:hint="eastAsia"/>
        </w:rPr>
        <w:pict w14:anchorId="760BECC3">
          <v:shape id="_x0000_s1087" type="#_x0000_t202" alt="" style="position:absolute;margin-left:484.15pt;margin-top:78.75pt;width:192.05pt;height:25.35pt;z-index:2516469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0D1944" w14:textId="77777777" w:rsidR="00FC43EA" w:rsidRDefault="00000000">
                  <w:pPr>
                    <w:rPr>
                      <w:rFonts w:hint="eastAsia"/>
                    </w:rPr>
                  </w:pPr>
                  <w:r>
                    <w:rPr>
                      <w:rFonts w:eastAsia="Sans Serif"/>
                    </w:rPr>
                    <w:t>Vielos tūrių santykis prieš deformaciją ir po deformacijos</w:t>
                  </w:r>
                </w:p>
              </w:txbxContent>
            </v:textbox>
            <w10:wrap anchorx="page" anchory="page"/>
          </v:shape>
        </w:pict>
      </w:r>
    </w:p>
    <w:p w14:paraId="3767B7A0" w14:textId="77777777" w:rsidR="00FC43EA" w:rsidRDefault="0071648E">
      <w:pPr>
        <w:spacing w:after="0"/>
        <w:rPr>
          <w:rFonts w:hint="eastAsia"/>
        </w:rPr>
      </w:pPr>
      <w:r>
        <w:rPr>
          <w:rFonts w:hint="eastAsia"/>
        </w:rPr>
        <w:pict w14:anchorId="5DFD321C">
          <v:shape id="_x0000_s1086" type="#_x0000_t202" alt="" style="position:absolute;margin-left:472.8pt;margin-top:205.35pt;width:158.9pt;height:21.6pt;z-index:2516480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43E2338" w14:textId="77777777" w:rsidR="00FC43EA" w:rsidRDefault="00000000">
                  <w:pPr>
                    <w:rPr>
                      <w:rFonts w:hint="eastAsia"/>
                    </w:rPr>
                  </w:pPr>
                  <w:r>
                    <w:rPr>
                      <w:rFonts w:eastAsia="Sans Serif"/>
                    </w:rPr>
                    <w:t>Antros ir trečios eilės mažus dydžius atmetame</w:t>
                  </w:r>
                </w:p>
              </w:txbxContent>
            </v:textbox>
            <w10:wrap anchorx="page" anchory="page"/>
          </v:shape>
        </w:pict>
      </w:r>
    </w:p>
    <w:p w14:paraId="20FC45FA" w14:textId="77777777" w:rsidR="00FC43EA" w:rsidRDefault="0071648E">
      <w:pPr>
        <w:spacing w:after="0"/>
        <w:rPr>
          <w:rFonts w:hint="eastAsia"/>
        </w:rPr>
      </w:pPr>
      <w:r>
        <w:rPr>
          <w:rFonts w:hint="eastAsia"/>
        </w:rPr>
        <w:pict w14:anchorId="5F9C1EE5">
          <v:shape id="_x0000_s1085" type="#_x0000_t202" alt="" style="position:absolute;margin-left:472.85pt;margin-top:256.25pt;width:118.55pt;height:21.6pt;z-index:2516490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AE4DAA4" w14:textId="77777777" w:rsidR="00FC43EA" w:rsidRDefault="00000000">
                  <w:pPr>
                    <w:rPr>
                      <w:rFonts w:hint="eastAsia"/>
                    </w:rPr>
                  </w:pPr>
                  <w:r>
                    <w:rPr>
                      <w:rFonts w:eastAsia="Sans Serif"/>
                    </w:rPr>
                    <w:t>Gauname santykinį tūrio pokytį</w:t>
                  </w:r>
                </w:p>
              </w:txbxContent>
            </v:textbox>
            <w10:wrap anchorx="page" anchory="page"/>
          </v:shape>
        </w:pict>
      </w:r>
    </w:p>
    <w:p w14:paraId="09153AED" w14:textId="77777777" w:rsidR="00FC43EA" w:rsidRDefault="0071648E">
      <w:pPr>
        <w:spacing w:after="0"/>
        <w:rPr>
          <w:rFonts w:hint="eastAsia"/>
        </w:rPr>
      </w:pPr>
      <w:r>
        <w:rPr>
          <w:rFonts w:hint="eastAsia"/>
        </w:rPr>
        <w:pict w14:anchorId="56FE6213">
          <v:shape id="_x0000_s1084" type="#_x0000_t202" alt="" style="position:absolute;margin-left:78.85pt;margin-top:514.15pt;width:129.1pt;height:37.25pt;z-index:2516500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0E04262" w14:textId="77777777" w:rsidR="00FC43EA" w:rsidRDefault="00000000">
                  <w:pPr>
                    <w:rPr>
                      <w:rFonts w:hint="eastAsia"/>
                    </w:rPr>
                  </w:pPr>
                  <w:r>
                    <w:rPr>
                      <w:rFonts w:eastAsia="Sans Serif"/>
                    </w:rPr>
                    <w:t>Nedeformuotas strypas (l₀ )</w:t>
                  </w:r>
                  <w:r>
                    <w:rPr>
                      <w:rFonts w:eastAsia="Sans Serif"/>
                    </w:rPr>
                    <w:br/>
                    <w:t>Deformuotas strypas ( l' )</w:t>
                  </w:r>
                </w:p>
              </w:txbxContent>
            </v:textbox>
            <w10:wrap anchorx="page" anchory="page"/>
          </v:shape>
        </w:pict>
      </w:r>
    </w:p>
    <w:p w14:paraId="0E8244EE" w14:textId="77777777" w:rsidR="00FC43EA" w:rsidRDefault="00FC43EA">
      <w:pPr>
        <w:rPr>
          <w:rFonts w:hint="eastAsia"/>
        </w:rPr>
        <w:sectPr w:rsidR="00FC43EA">
          <w:pgSz w:w="16834" w:h="11904"/>
          <w:pgMar w:top="0" w:right="0" w:bottom="0" w:left="0" w:header="0" w:footer="0" w:gutter="0"/>
          <w:cols w:space="720"/>
          <w:docGrid w:linePitch="360"/>
        </w:sectPr>
      </w:pPr>
    </w:p>
    <w:p w14:paraId="369B2618" w14:textId="77777777" w:rsidR="00FC43EA" w:rsidRDefault="00FC43EA">
      <w:pPr>
        <w:rPr>
          <w:rFonts w:hint="eastAsia"/>
        </w:rPr>
      </w:pPr>
    </w:p>
    <w:p w14:paraId="79113311" w14:textId="77777777" w:rsidR="00FC43EA" w:rsidRDefault="0071648E">
      <w:pPr>
        <w:spacing w:after="0"/>
        <w:rPr>
          <w:rFonts w:hint="eastAsia"/>
        </w:rPr>
      </w:pPr>
      <w:r>
        <w:rPr>
          <w:rFonts w:hint="eastAsia"/>
        </w:rPr>
        <w:pict w14:anchorId="7CD4982A">
          <v:shape id="_x0000_s1083" type="#_x0000_t202" alt="" style="position:absolute;margin-left:67.7pt;margin-top:92.2pt;width:315.25pt;height:104.95pt;z-index:2516510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BBABB58" w14:textId="77777777" w:rsidR="00FC43EA" w:rsidRDefault="00000000">
                  <w:pPr>
                    <w:rPr>
                      <w:rFonts w:hint="eastAsia"/>
                    </w:rPr>
                  </w:pPr>
                  <w:r>
                    <w:rPr>
                      <w:rFonts w:eastAsia="Sans Serif"/>
                    </w:rPr>
                    <w:t>Turinys</w:t>
                  </w:r>
                  <w:r>
                    <w:rPr>
                      <w:rFonts w:eastAsia="Sans Serif"/>
                    </w:rPr>
                    <w:br/>
                    <w:t>1. Skerspjūvis ir įtempiai jame 13</w:t>
                  </w:r>
                  <w:r>
                    <w:rPr>
                      <w:rFonts w:eastAsia="Sans Serif"/>
                    </w:rPr>
                    <w:br/>
                    <w:t>2. Įtempių apskaičiavimas 17</w:t>
                  </w:r>
                  <w:r>
                    <w:rPr>
                      <w:rFonts w:eastAsia="Sans Serif"/>
                    </w:rPr>
                    <w:br/>
                    <w:t>3. Skerspjūvio charakteristikų lentelės 23</w:t>
                  </w:r>
                  <w:r>
                    <w:rPr>
                      <w:rFonts w:eastAsia="Sans Serif"/>
                    </w:rPr>
                    <w:br/>
                    <w:t>4. Užduotys savarankiškam darbui 24</w:t>
                  </w:r>
                  <w:r>
                    <w:rPr>
                      <w:rFonts w:eastAsia="Sans Serif"/>
                    </w:rPr>
                    <w:br/>
                    <w:t>5. Literatūra 25</w:t>
                  </w:r>
                </w:p>
              </w:txbxContent>
            </v:textbox>
            <w10:wrap anchorx="page" anchory="page"/>
          </v:shape>
        </w:pict>
      </w:r>
    </w:p>
    <w:p w14:paraId="23E116E7" w14:textId="77777777" w:rsidR="00FC43EA" w:rsidRDefault="0071648E">
      <w:pPr>
        <w:spacing w:after="0"/>
        <w:rPr>
          <w:rFonts w:hint="eastAsia"/>
        </w:rPr>
      </w:pPr>
      <w:r>
        <w:rPr>
          <w:rFonts w:hint="eastAsia"/>
        </w:rPr>
        <w:pict w14:anchorId="70B1747F">
          <v:shape id="_x0000_s1082" type="#_x0000_t202" alt="" style="position:absolute;margin-left:473.2pt;margin-top:70.6pt;width:298.55pt;height:54.4pt;z-index:2516520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AB96B4E" w14:textId="77777777" w:rsidR="00FC43EA" w:rsidRDefault="00000000">
                  <w:pPr>
                    <w:rPr>
                      <w:rFonts w:hint="eastAsia"/>
                    </w:rPr>
                  </w:pPr>
                  <w:r>
                    <w:rPr>
                      <w:rFonts w:eastAsia="Sans Serif"/>
                    </w:rPr>
                    <w:t>1. Skerspjūvis ir įtempiai jame</w:t>
                  </w:r>
                  <w:r>
                    <w:rPr>
                      <w:rFonts w:eastAsia="Sans Serif"/>
                    </w:rPr>
                    <w:br/>
                  </w:r>
                  <w:r>
                    <w:rPr>
                      <w:rFonts w:eastAsia="Sans Serif"/>
                    </w:rPr>
                    <w:br/>
                    <w:t>Įtempių pasiskirstymo vaizdas skerspjūvyje dažnai priklauso nuo skerspjūvio formos.</w:t>
                  </w:r>
                  <w:r>
                    <w:rPr>
                      <w:rFonts w:eastAsia="Sans Serif"/>
                    </w:rPr>
                    <w:br/>
                  </w:r>
                  <w:r>
                    <w:rPr>
                      <w:rFonts w:eastAsia="Sans Serif"/>
                    </w:rPr>
                    <w:br/>
                    <w:t>1.1 Normaliniai įtempiai nuo aşinės jėgos</w:t>
                  </w:r>
                </w:p>
              </w:txbxContent>
            </v:textbox>
            <w10:wrap anchorx="page" anchory="page"/>
          </v:shape>
        </w:pict>
      </w:r>
    </w:p>
    <w:p w14:paraId="0D385BD6" w14:textId="77777777" w:rsidR="00FC43EA" w:rsidRDefault="0071648E">
      <w:pPr>
        <w:spacing w:after="0"/>
        <w:rPr>
          <w:rFonts w:hint="eastAsia"/>
        </w:rPr>
      </w:pPr>
      <w:r>
        <w:rPr>
          <w:rFonts w:hint="eastAsia"/>
        </w:rPr>
        <w:pict w14:anchorId="31905ECB">
          <v:shape id="_x0000_s1081" type="#_x0000_t202" alt="" style="position:absolute;margin-left:476.65pt;margin-top:199.35pt;width:335.8pt;height:53.65pt;z-index:2516531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E9FF768" w14:textId="77777777" w:rsidR="00FC43EA" w:rsidRDefault="00000000">
                  <w:pPr>
                    <w:rPr>
                      <w:rFonts w:hint="eastAsia"/>
                    </w:rPr>
                  </w:pPr>
                  <w:r>
                    <w:rPr>
                      <w:rFonts w:eastAsia="Sans Serif"/>
                    </w:rPr>
                    <w:t>Deformacijų matavimai tempiamo skerspjūvio perimetre rodo, kad deformacijos visame perimetre</w:t>
                  </w:r>
                  <w:r>
                    <w:rPr>
                      <w:rFonts w:eastAsia="Sans Serif"/>
                    </w:rPr>
                    <w:br/>
                    <w:t>vienodos, o tai leidžia daryti išvadą, kad ir įtempiai skerspjūvyje pasiskirsto tolygiai. Tempimo įtempius</w:t>
                  </w:r>
                  <w:r>
                    <w:rPr>
                      <w:rFonts w:eastAsia="Sans Serif"/>
                    </w:rPr>
                    <w:br/>
                    <w:t>priimta laikyti teigiamais, o gniuždymo – neigiamais.</w:t>
                  </w:r>
                  <w:r>
                    <w:rPr>
                      <w:rFonts w:eastAsia="Sans Serif"/>
                    </w:rPr>
                    <w:br/>
                  </w:r>
                  <w:r>
                    <w:rPr>
                      <w:rFonts w:eastAsia="Sans Serif"/>
                    </w:rPr>
                    <w:br/>
                    <w:t>1.2 Įtempiai lenkiant</w:t>
                  </w:r>
                </w:p>
              </w:txbxContent>
            </v:textbox>
            <w10:wrap anchorx="page" anchory="page"/>
          </v:shape>
        </w:pict>
      </w:r>
    </w:p>
    <w:p w14:paraId="4627D1E5" w14:textId="77777777" w:rsidR="00FC43EA" w:rsidRDefault="0071648E">
      <w:pPr>
        <w:spacing w:after="0"/>
        <w:rPr>
          <w:rFonts w:hint="eastAsia"/>
        </w:rPr>
      </w:pPr>
      <w:r>
        <w:rPr>
          <w:rFonts w:hint="eastAsia"/>
        </w:rPr>
        <w:pict w14:anchorId="544586C4">
          <v:shape id="_x0000_s1080" type="#_x0000_t202" alt="" style="position:absolute;margin-left:581.05pt;margin-top:182.7pt;width:135.85pt;height:16.95pt;z-index:2516541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7632FEB" w14:textId="77777777" w:rsidR="00FC43EA" w:rsidRDefault="00000000">
                  <w:pPr>
                    <w:rPr>
                      <w:rFonts w:hint="eastAsia"/>
                    </w:rPr>
                  </w:pPr>
                  <w:r>
                    <w:rPr>
                      <w:rFonts w:eastAsia="Sans Serif"/>
                    </w:rPr>
                    <w:t>1 pav. [tempiai nuo ašinės jėgos (įrąžos)</w:t>
                  </w:r>
                </w:p>
              </w:txbxContent>
            </v:textbox>
            <w10:wrap anchorx="page" anchory="page"/>
          </v:shape>
        </w:pict>
      </w:r>
    </w:p>
    <w:p w14:paraId="00AC1E07" w14:textId="77777777" w:rsidR="00FC43EA" w:rsidRDefault="0071648E">
      <w:pPr>
        <w:spacing w:after="0"/>
        <w:rPr>
          <w:rFonts w:hint="eastAsia"/>
        </w:rPr>
      </w:pPr>
      <w:r>
        <w:rPr>
          <w:rFonts w:hint="eastAsia"/>
        </w:rPr>
        <w:pict w14:anchorId="4012A68C">
          <v:shape id="_x0000_s1079" type="#_x0000_t202" alt="" style="position:absolute;margin-left:476.6pt;margin-top:327.7pt;width:335.15pt;height:76.35pt;z-index:2516551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DA8393E" w14:textId="77777777" w:rsidR="00FC43EA" w:rsidRDefault="00000000">
                  <w:pPr>
                    <w:rPr>
                      <w:rFonts w:hint="eastAsia"/>
                    </w:rPr>
                  </w:pPr>
                  <w:r>
                    <w:rPr>
                      <w:rFonts w:eastAsia="Sans Serif"/>
                    </w:rPr>
                    <w:t>Lenkiant normaliniai įtempai pasiskirsto pagal pasvirusią tiesę, per neutralųjį sluoksnį keičiant įtempių ženklą. Skaičiuojant stiprumui, tenka orientuotis į maksimalius įtempius, kurie randasi toliausiai nuo neutralaus sluoksnio nutolusiuose skerspjūvio taškuose</w:t>
                  </w:r>
                  <w:r>
                    <w:rPr>
                      <w:rFonts w:eastAsia="Sans Serif"/>
                    </w:rPr>
                    <w:br/>
                  </w:r>
                  <w:r>
                    <w:rPr>
                      <w:rFonts w:eastAsia="Sans Serif"/>
                    </w:rPr>
                    <w:br/>
                    <w:t>Pastaba:</w:t>
                  </w:r>
                  <w:r>
                    <w:rPr>
                      <w:rFonts w:eastAsia="Sans Serif"/>
                    </w:rPr>
                    <w:br/>
                  </w:r>
                  <w:r>
                    <w:rPr>
                      <w:rFonts w:eastAsia="Sans Serif"/>
                    </w:rPr>
                    <w:br/>
                    <w:t>Kiekvieną momentą galima pakeisti, tam tikram atstume, lygiagrečiai veikiančių, priešingų krypčių jėgų dvejetu.</w:t>
                  </w:r>
                </w:p>
              </w:txbxContent>
            </v:textbox>
            <w10:wrap anchorx="page" anchory="page"/>
          </v:shape>
        </w:pict>
      </w:r>
    </w:p>
    <w:p w14:paraId="6608B23B" w14:textId="02ACBE62" w:rsidR="00FC43EA" w:rsidRDefault="00FC43EA">
      <w:pPr>
        <w:spacing w:after="0"/>
        <w:rPr>
          <w:rFonts w:hint="eastAsia"/>
        </w:rPr>
      </w:pPr>
    </w:p>
    <w:p w14:paraId="76AA6A68" w14:textId="381057D8" w:rsidR="00FC43EA" w:rsidRDefault="0071648E">
      <w:pPr>
        <w:spacing w:after="0"/>
        <w:rPr>
          <w:rFonts w:hint="eastAsia"/>
        </w:rPr>
      </w:pPr>
      <w:r>
        <w:rPr>
          <w:rFonts w:hint="eastAsia"/>
        </w:rPr>
        <w:pict w14:anchorId="3ED9B29C">
          <v:shape id="_x0000_s1078" type="#_x0000_t202" alt="" style="position:absolute;margin-left:609.25pt;margin-top:312.45pt;width:78.1pt;height:18.35pt;z-index:251656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A01777E" w14:textId="6606D3AF" w:rsidR="00FC43EA" w:rsidRDefault="00000000">
                  <w:pPr>
                    <w:rPr>
                      <w:rFonts w:hint="eastAsia"/>
                    </w:rPr>
                  </w:pPr>
                  <w:r>
                    <w:rPr>
                      <w:rFonts w:eastAsia="Sans Serif"/>
                    </w:rPr>
                    <w:t>2 pav. tempiai lenkiant</w:t>
                  </w:r>
                </w:p>
              </w:txbxContent>
            </v:textbox>
            <w10:wrap anchorx="page" anchory="page"/>
          </v:shape>
        </w:pict>
      </w:r>
      <w:r>
        <w:rPr>
          <w:rFonts w:hint="eastAsia"/>
        </w:rPr>
        <w:pict w14:anchorId="1DC919D9">
          <v:shape id="_x0000_s1077" type="#_x0000_t202" alt="" style="position:absolute;margin-left:472.65pt;margin-top:472.25pt;width:120pt;height:19.7pt;z-index:251657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2804CF4" w14:textId="77777777" w:rsidR="00FC43EA" w:rsidRDefault="00000000">
                  <w:pPr>
                    <w:rPr>
                      <w:rFonts w:hint="eastAsia"/>
                    </w:rPr>
                  </w:pPr>
                  <w:r>
                    <w:rPr>
                      <w:rFonts w:eastAsia="Sans Serif"/>
                    </w:rPr>
                    <w:t>3 pav. Lenkimo momento analogija</w:t>
                  </w:r>
                </w:p>
              </w:txbxContent>
            </v:textbox>
            <w10:wrap anchorx="page" anchory="page"/>
          </v:shape>
        </w:pict>
      </w:r>
    </w:p>
    <w:p w14:paraId="02C10F72" w14:textId="77777777" w:rsidR="00FC43EA" w:rsidRDefault="00FC43EA">
      <w:pPr>
        <w:rPr>
          <w:rFonts w:hint="eastAsia"/>
        </w:rPr>
        <w:sectPr w:rsidR="00FC43EA">
          <w:pgSz w:w="16834" w:h="11904"/>
          <w:pgMar w:top="0" w:right="0" w:bottom="0" w:left="0" w:header="0" w:footer="0" w:gutter="0"/>
          <w:cols w:space="720"/>
          <w:docGrid w:linePitch="360"/>
        </w:sectPr>
      </w:pPr>
    </w:p>
    <w:p w14:paraId="437A3F09" w14:textId="77777777" w:rsidR="00FC43EA" w:rsidRDefault="00FC43EA">
      <w:pPr>
        <w:rPr>
          <w:rFonts w:hint="eastAsia"/>
        </w:rPr>
      </w:pPr>
    </w:p>
    <w:p w14:paraId="43D12612" w14:textId="77777777" w:rsidR="00FC43EA" w:rsidRDefault="0071648E">
      <w:pPr>
        <w:spacing w:after="0"/>
        <w:rPr>
          <w:rFonts w:hint="eastAsia"/>
        </w:rPr>
      </w:pPr>
      <w:r>
        <w:rPr>
          <w:rFonts w:hint="eastAsia"/>
        </w:rPr>
        <w:pict w14:anchorId="3644FF20">
          <v:shape id="_x0000_s1076" type="#_x0000_t202" alt="" style="position:absolute;margin-left:67.55pt;margin-top:70.4pt;width:273.75pt;height:22.05pt;z-index:251658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192D1CA" w14:textId="77777777" w:rsidR="00FC43EA" w:rsidRDefault="00000000">
                  <w:pPr>
                    <w:rPr>
                      <w:rFonts w:hint="eastAsia"/>
                    </w:rPr>
                  </w:pPr>
                  <w:r>
                    <w:rPr>
                      <w:rFonts w:eastAsia="Sans Serif"/>
                    </w:rPr>
                    <w:t>1.3 Įtempiai, algebriškai sumuojant įtempius nuo lenkimo momento ir ašinės jėgos</w:t>
                  </w:r>
                </w:p>
              </w:txbxContent>
            </v:textbox>
            <w10:wrap anchorx="page" anchory="page"/>
          </v:shape>
        </w:pict>
      </w:r>
    </w:p>
    <w:p w14:paraId="49AE5D4D" w14:textId="77777777" w:rsidR="00FC43EA" w:rsidRDefault="0071648E">
      <w:pPr>
        <w:spacing w:after="0"/>
        <w:rPr>
          <w:rFonts w:hint="eastAsia"/>
        </w:rPr>
      </w:pPr>
      <w:r>
        <w:rPr>
          <w:rFonts w:hint="eastAsia"/>
        </w:rPr>
        <w:pict w14:anchorId="7AD8386C">
          <v:shape id="_x0000_s1075" type="#_x0000_t202" alt="" style="position:absolute;margin-left:68.1pt;margin-top:170.65pt;width:345.2pt;height:126.3pt;z-index:2516592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2599C72" w14:textId="77777777" w:rsidR="00FC43EA" w:rsidRDefault="00000000">
                  <w:pPr>
                    <w:rPr>
                      <w:rFonts w:hint="eastAsia"/>
                    </w:rPr>
                  </w:pPr>
                  <w:r>
                    <w:rPr>
                      <w:rFonts w:eastAsia="Sans Serif"/>
                    </w:rPr>
                    <w:t>Tiek nuo lenkimo momento, tiek nuo ašinės jėgos atsiranda normaliniai įtempliai, veikia tos pačios ašies krypimi, todėl gali būti sudėti algebriškai.</w:t>
                  </w:r>
                  <w:r>
                    <w:rPr>
                      <w:rFonts w:eastAsia="Sans Serif"/>
                    </w:rPr>
                    <w:br/>
                  </w:r>
                  <w:r>
                    <w:rPr>
                      <w:rFonts w:eastAsia="Sans Serif"/>
                    </w:rPr>
                    <w:br/>
                    <w:t>1.4 Įtempliai nuo skersinės jėgos</w:t>
                  </w:r>
                  <w:r>
                    <w:rPr>
                      <w:rFonts w:eastAsia="Sans Serif"/>
                    </w:rPr>
                    <w:br/>
                  </w:r>
                  <w:r>
                    <w:rPr>
                      <w:rFonts w:eastAsia="Sans Serif"/>
                    </w:rPr>
                    <w:br/>
                    <w:t>Tangentiniai įtempliai nuo skersinės jėgos skerspjūvyje (pagal aukštį) pasikirsto pagal kreivę, bet kirpimo, skėlimo uždaviniuose priimama, kad jie pasiskirsto tolygiai, o tai labai suprastina skaičiavimą, nelabai pakenkiant skaičiavimo tikslumui.</w:t>
                  </w:r>
                  <w:r>
                    <w:rPr>
                      <w:rFonts w:eastAsia="Sans Serif"/>
                    </w:rPr>
                    <w:br/>
                  </w:r>
                  <w:r>
                    <w:rPr>
                      <w:rFonts w:eastAsia="Sans Serif"/>
                    </w:rPr>
                    <w:br/>
                    <w:t>Skersinės jėgos iššaukia:</w:t>
                  </w:r>
                  <w:r>
                    <w:rPr>
                      <w:rFonts w:eastAsia="Sans Serif"/>
                    </w:rPr>
                    <w:br/>
                    <w:t>a) tangentinius (kirpimo ) įtemplius τ, dvi vienodos jėgos veikia labai artimose plokštumose(,, e“ labai mažas), skersai strypo ašiai ir taip kerpa strypą. Strypo kerpamame skerspjūvyje atsiranda tangentiniai pasipriešinimo įtempliai.</w:t>
                  </w:r>
                </w:p>
              </w:txbxContent>
            </v:textbox>
            <w10:wrap anchorx="page" anchory="page"/>
          </v:shape>
        </w:pict>
      </w:r>
    </w:p>
    <w:p w14:paraId="413E27DE" w14:textId="77777777" w:rsidR="00FC43EA" w:rsidRDefault="0071648E">
      <w:pPr>
        <w:spacing w:after="0"/>
        <w:rPr>
          <w:rFonts w:hint="eastAsia"/>
        </w:rPr>
      </w:pPr>
      <w:r>
        <w:rPr>
          <w:rFonts w:hint="eastAsia"/>
        </w:rPr>
        <w:pict w14:anchorId="39FA357D">
          <v:shape id="_x0000_s1074" type="#_x0000_t202" alt="" style="position:absolute;margin-left:165.75pt;margin-top:154.35pt;width:149.55pt;height:18.65pt;z-index:2516602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9BBAC84" w14:textId="77777777" w:rsidR="00FC43EA" w:rsidRDefault="00000000">
                  <w:pPr>
                    <w:rPr>
                      <w:rFonts w:hint="eastAsia"/>
                    </w:rPr>
                  </w:pPr>
                  <w:r>
                    <w:rPr>
                      <w:rFonts w:eastAsia="Sans Serif"/>
                    </w:rPr>
                    <w:t>4 pav. Normaliniai įtempiai sumuojami algebriškai</w:t>
                  </w:r>
                </w:p>
              </w:txbxContent>
            </v:textbox>
            <w10:wrap anchorx="page" anchory="page"/>
          </v:shape>
        </w:pict>
      </w:r>
    </w:p>
    <w:p w14:paraId="088C41C6" w14:textId="77777777" w:rsidR="00FC43EA" w:rsidRDefault="0071648E">
      <w:pPr>
        <w:spacing w:after="0"/>
        <w:rPr>
          <w:rFonts w:hint="eastAsia"/>
        </w:rPr>
      </w:pPr>
      <w:r>
        <w:rPr>
          <w:rFonts w:hint="eastAsia"/>
        </w:rPr>
        <w:pict w14:anchorId="2ABB7830">
          <v:shape id="_x0000_s1073" type="#_x0000_t202" alt="" style="position:absolute;margin-left:66pt;margin-top:387.8pt;width:344.3pt;height:36.55pt;z-index:2516613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62AC8F" w14:textId="77777777" w:rsidR="00FC43EA" w:rsidRDefault="00000000">
                  <w:pPr>
                    <w:rPr>
                      <w:rFonts w:hint="eastAsia"/>
                    </w:rPr>
                  </w:pPr>
                  <w:r>
                    <w:rPr>
                      <w:rFonts w:eastAsia="Sans Serif"/>
                    </w:rPr>
                    <w:t>b) skersinio lenkimo metu be normalinių įtempių „$\sigma$“ nuo lenkimo momento atsiranda ir tangentinių įtempių „$\tau$“, tai būtų galima pademonstruoti sekančiu pavyzdžiu. Išpjaukime iš sijos elementą ir išnagrinėkime jo pusiausvyrą</w:t>
                  </w:r>
                </w:p>
              </w:txbxContent>
            </v:textbox>
            <w10:wrap anchorx="page" anchory="page"/>
          </v:shape>
        </w:pict>
      </w:r>
    </w:p>
    <w:p w14:paraId="07C3FF68" w14:textId="77777777" w:rsidR="00FC43EA" w:rsidRDefault="0071648E">
      <w:pPr>
        <w:spacing w:after="0"/>
        <w:rPr>
          <w:rFonts w:hint="eastAsia"/>
        </w:rPr>
      </w:pPr>
      <w:r>
        <w:rPr>
          <w:rFonts w:hint="eastAsia"/>
        </w:rPr>
        <w:pict w14:anchorId="7E58C15E">
          <v:shape id="_x0000_s1072" type="#_x0000_t202" alt="" style="position:absolute;margin-left:135.9pt;margin-top:368.4pt;width:202.8pt;height:20.85pt;z-index:2516623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D2DA796" w14:textId="77777777" w:rsidR="00FC43EA" w:rsidRDefault="00000000">
                  <w:pPr>
                    <w:rPr>
                      <w:rFonts w:hint="eastAsia"/>
                    </w:rPr>
                  </w:pPr>
                  <w:r>
                    <w:rPr>
                      <w:rFonts w:eastAsia="Sans Serif"/>
                    </w:rPr>
                    <w:t>5 pav. Apvalaus strypo kirpimo schema (gali būti varžtas, kniedė ir kt.)</w:t>
                  </w:r>
                </w:p>
              </w:txbxContent>
            </v:textbox>
            <w10:wrap anchorx="page" anchory="page"/>
          </v:shape>
        </w:pict>
      </w:r>
    </w:p>
    <w:p w14:paraId="0529EE49" w14:textId="77777777" w:rsidR="00FC43EA" w:rsidRDefault="0071648E">
      <w:pPr>
        <w:spacing w:after="0"/>
        <w:rPr>
          <w:rFonts w:hint="eastAsia"/>
        </w:rPr>
      </w:pPr>
      <w:r>
        <w:rPr>
          <w:rFonts w:hint="eastAsia"/>
        </w:rPr>
        <w:pict w14:anchorId="785B3F9C">
          <v:shape id="_x0000_s1071" type="#_x0000_t202" alt="" style="position:absolute;margin-left:474.75pt;margin-top:276.15pt;width:346.85pt;height:96.6pt;z-index:2516633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F1688C2" w14:textId="77777777" w:rsidR="00FC43EA" w:rsidRDefault="00000000">
                  <w:pPr>
                    <w:rPr>
                      <w:rFonts w:hint="eastAsia"/>
                    </w:rPr>
                  </w:pPr>
                  <w:r>
                    <w:rPr>
                      <w:rFonts w:eastAsia="Sans Serif"/>
                    </w:rPr>
                    <w:t>Nuo elemento dx apačios atskėlus mažą žiauberėlę, matyti, kad veikiant iš vienos pusės momentui My, o iš kitos pusės My + dMy , žiauberėlėje veikia skirtingos ašinės jėgos R ir R+dR. Jas pagimdo iš vienos pusės veikiantis įtempis $\sigma$ , o iš kitos pusės $\sigma+d\sigma$. Kad atpjautoji žiauberėlė būtų pusiausvyroje tenka pridėti tangentinę jėgą „Tdx“. Jeigu priimti, kad pagal plotį tangentiniai įtempiai pasiskirsto tolygiai, tai tangentinę jėgą galime pakeisti dydžiu $\tau \cdot b \cdot dx$ . Išnagrinėjus to elementėlio pusiausvyrą, gautume matematinę tangentinio įtempio, esant skersiniam lenkimui išraišką (sovietų vadintą Žuravskio formulę).</w:t>
                  </w:r>
                  <w:r>
                    <w:rPr>
                      <w:rFonts w:eastAsia="Sans Serif"/>
                    </w:rPr>
                    <w:br/>
                  </w:r>
                  <w:r>
                    <w:rPr>
                      <w:rFonts w:eastAsia="Sans Serif"/>
                    </w:rPr>
                    <w:br/>
                    <w:t>Remiantis tangentinių įtempių dualumo dėsniu , teigiame, kad ir vertikaliai veikia tokio pat dydžio, bet priešingos sukimo krypties tangentiniai įtempiai.</w:t>
                  </w:r>
                </w:p>
              </w:txbxContent>
            </v:textbox>
            <w10:wrap anchorx="page" anchory="page"/>
          </v:shape>
        </w:pict>
      </w:r>
    </w:p>
    <w:p w14:paraId="34A70E28" w14:textId="77777777" w:rsidR="00FC43EA" w:rsidRDefault="0071648E">
      <w:pPr>
        <w:spacing w:after="0"/>
        <w:rPr>
          <w:rFonts w:hint="eastAsia"/>
        </w:rPr>
      </w:pPr>
      <w:r>
        <w:rPr>
          <w:rFonts w:hint="eastAsia"/>
        </w:rPr>
        <w:pict w14:anchorId="139D5836">
          <v:shape id="_x0000_s1070" type="#_x0000_t202" alt="" style="position:absolute;margin-left:593.7pt;margin-top:260.35pt;width:107.35pt;height:17.75pt;z-index:2516643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6BF0A39" w14:textId="77777777" w:rsidR="00FC43EA" w:rsidRDefault="00000000">
                  <w:pPr>
                    <w:rPr>
                      <w:rFonts w:hint="eastAsia"/>
                    </w:rPr>
                  </w:pPr>
                  <w:r>
                    <w:rPr>
                      <w:rFonts w:eastAsia="Sans Serif"/>
                    </w:rPr>
                    <w:t>6 pav. skersinio lenkimo pavyzdys</w:t>
                  </w:r>
                </w:p>
              </w:txbxContent>
            </v:textbox>
            <w10:wrap anchorx="page" anchory="page"/>
          </v:shape>
        </w:pict>
      </w:r>
    </w:p>
    <w:p w14:paraId="07D6F1BF" w14:textId="77777777" w:rsidR="00FC43EA" w:rsidRDefault="0071648E">
      <w:pPr>
        <w:spacing w:after="0"/>
        <w:rPr>
          <w:rFonts w:hint="eastAsia"/>
        </w:rPr>
      </w:pPr>
      <w:r>
        <w:rPr>
          <w:rFonts w:hint="eastAsia"/>
        </w:rPr>
        <w:pict w14:anchorId="0E4B0A31">
          <v:shape id="_x0000_s1069" type="#_x0000_t202" alt="" style="position:absolute;margin-left:474.3pt;margin-top:402.9pt;width:347.95pt;height:24.35pt;z-index:2516654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EC63080" w14:textId="77777777" w:rsidR="00FC43EA" w:rsidRDefault="00000000">
                  <w:pPr>
                    <w:rPr>
                      <w:rFonts w:hint="eastAsia"/>
                    </w:rPr>
                  </w:pPr>
                  <w:r>
                    <w:rPr>
                      <w:rFonts w:eastAsia="Sans Serif"/>
                    </w:rPr>
                    <w:t>Gautoji matematinė išraiška teigia ,kad tangentiniai įtempiai stačiakampiam skerspjūvyje pasiskirsto pagal žemiau pavaizduotą dėsnį (parabolė).</w:t>
                  </w:r>
                </w:p>
              </w:txbxContent>
            </v:textbox>
            <w10:wrap anchorx="page" anchory="page"/>
          </v:shape>
        </w:pict>
      </w:r>
    </w:p>
    <w:p w14:paraId="5C04DE5D" w14:textId="77777777" w:rsidR="00FC43EA" w:rsidRDefault="0071648E">
      <w:pPr>
        <w:spacing w:after="0"/>
        <w:rPr>
          <w:rFonts w:hint="eastAsia"/>
        </w:rPr>
      </w:pPr>
      <w:r>
        <w:rPr>
          <w:rFonts w:hint="eastAsia"/>
        </w:rPr>
        <w:pict w14:anchorId="17E76E7F">
          <v:shape id="_x0000_s1068" type="#_x0000_t202" alt="" style="position:absolute;margin-left:473.6pt;margin-top:507.3pt;width:228pt;height:33.15pt;z-index:2516664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2688E3C" w14:textId="77777777" w:rsidR="00FC43EA" w:rsidRDefault="00000000">
                  <w:pPr>
                    <w:rPr>
                      <w:rFonts w:hint="eastAsia"/>
                    </w:rPr>
                  </w:pPr>
                  <w:r>
                    <w:rPr>
                      <w:rFonts w:eastAsia="Sans Serif"/>
                    </w:rPr>
                    <w:t>7pav. tangentinių įtempių pasiskirstymas stačiakampiame skerspjūvyje</w:t>
                  </w:r>
                  <w:r>
                    <w:rPr>
                      <w:rFonts w:eastAsia="Sans Serif"/>
                    </w:rPr>
                    <w:br/>
                    <w:t>Tangentinių įtempių pasiskirstymas dvitejiniame skerspjūvyje.</w:t>
                  </w:r>
                </w:p>
              </w:txbxContent>
            </v:textbox>
            <w10:wrap anchorx="page" anchory="page"/>
          </v:shape>
        </w:pict>
      </w:r>
    </w:p>
    <w:p w14:paraId="41D3758B" w14:textId="77777777" w:rsidR="00FC43EA" w:rsidRDefault="00FC43EA">
      <w:pPr>
        <w:rPr>
          <w:rFonts w:hint="eastAsia"/>
        </w:rPr>
        <w:sectPr w:rsidR="00FC43EA">
          <w:pgSz w:w="16834" w:h="11904"/>
          <w:pgMar w:top="0" w:right="0" w:bottom="0" w:left="0" w:header="0" w:footer="0" w:gutter="0"/>
          <w:cols w:space="720"/>
          <w:docGrid w:linePitch="360"/>
        </w:sectPr>
      </w:pPr>
    </w:p>
    <w:p w14:paraId="68513494" w14:textId="77777777" w:rsidR="00FC43EA" w:rsidRDefault="00FC43EA">
      <w:pPr>
        <w:rPr>
          <w:rFonts w:hint="eastAsia"/>
        </w:rPr>
      </w:pPr>
    </w:p>
    <w:p w14:paraId="0E5AFEDD" w14:textId="77777777" w:rsidR="00FC43EA" w:rsidRDefault="0071648E">
      <w:pPr>
        <w:spacing w:after="0"/>
        <w:rPr>
          <w:rFonts w:hint="eastAsia"/>
        </w:rPr>
      </w:pPr>
      <w:r>
        <w:rPr>
          <w:rFonts w:hint="eastAsia"/>
        </w:rPr>
        <w:pict w14:anchorId="588BBE13">
          <v:shape id="_x0000_s1067" type="#_x0000_t202" alt="" style="position:absolute;margin-left:68.05pt;margin-top:150.95pt;width:346.2pt;height:85.35pt;z-index:2516674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5C3C535" w14:textId="77777777" w:rsidR="00FC43EA" w:rsidRDefault="00000000">
                  <w:pPr>
                    <w:rPr>
                      <w:rFonts w:hint="eastAsia"/>
                    </w:rPr>
                  </w:pPr>
                  <w:r>
                    <w:rPr>
                      <w:rFonts w:eastAsia="Sans Serif"/>
                    </w:rPr>
                    <w:t>2. Įtempių apskaičiavimas</w:t>
                  </w:r>
                  <w:r>
                    <w:rPr>
                      <w:rFonts w:eastAsia="Sans Serif"/>
                    </w:rPr>
                    <w:br/>
                  </w:r>
                  <w:r>
                    <w:rPr>
                      <w:rFonts w:eastAsia="Sans Serif"/>
                    </w:rPr>
                    <w:br/>
                    <w:t>Parenkant, tokius įtempius atlaikančio skerspjūvio, reikia įvertinti tiek normalinius, tiek tangentinius įtempius. Normalinius įtempius tarpusavyje galima sudėti algebriškai, taip pat galime sumuoti ir tangentinius įtempius. Normalinius įtempius sumuoti sutangentiniais įtempiais (ieškoti ekvivalentinius įtempius) galima tik remiantis specialiomis irimo hipotezėmis</w:t>
                  </w:r>
                  <w:r>
                    <w:rPr>
                      <w:rFonts w:eastAsia="Sans Serif"/>
                    </w:rPr>
                    <w:br/>
                  </w:r>
                  <w:r>
                    <w:rPr>
                      <w:rFonts w:eastAsia="Sans Serif"/>
                    </w:rPr>
                    <w:br/>
                    <w:t>2.1 Įtempiai nuo normalinių įrašų:</w:t>
                  </w:r>
                </w:p>
              </w:txbxContent>
            </v:textbox>
            <w10:wrap anchorx="page" anchory="page"/>
          </v:shape>
        </w:pict>
      </w:r>
    </w:p>
    <w:p w14:paraId="53F029BE" w14:textId="77777777" w:rsidR="00FC43EA" w:rsidRDefault="0071648E">
      <w:pPr>
        <w:spacing w:after="0"/>
        <w:rPr>
          <w:rFonts w:hint="eastAsia"/>
        </w:rPr>
      </w:pPr>
      <w:r>
        <w:rPr>
          <w:rFonts w:hint="eastAsia"/>
        </w:rPr>
        <w:pict w14:anchorId="0E74D4E6">
          <v:shape id="_x0000_s1066" type="#_x0000_t202" alt="" style="position:absolute;margin-left:68.65pt;margin-top:262.95pt;width:97.75pt;height:40.3pt;z-index:2516684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3752C4" w14:textId="77777777" w:rsidR="00FC43EA" w:rsidRDefault="00000000">
                  <w:pPr>
                    <w:rPr>
                      <w:rFonts w:hint="eastAsia"/>
                    </w:rPr>
                  </w:pPr>
                  <w:r>
                    <w:rPr>
                      <w:rFonts w:eastAsia="Sans Serif"/>
                    </w:rPr>
                    <w:t>Čia “ A” skerspjūvio plotas.</w:t>
                  </w:r>
                  <w:r>
                    <w:rPr>
                      <w:rFonts w:eastAsia="Sans Serif"/>
                    </w:rPr>
                    <w:br/>
                  </w:r>
                  <w:r>
                    <w:rPr>
                      <w:rFonts w:eastAsia="Sans Serif"/>
                    </w:rPr>
                    <w:br/>
                    <w:t>Pavyzdys</w:t>
                  </w:r>
                </w:p>
              </w:txbxContent>
            </v:textbox>
            <w10:wrap anchorx="page" anchory="page"/>
          </v:shape>
        </w:pict>
      </w:r>
    </w:p>
    <w:p w14:paraId="3F7E4679" w14:textId="77777777" w:rsidR="00FC43EA" w:rsidRDefault="0071648E">
      <w:pPr>
        <w:spacing w:after="0"/>
        <w:rPr>
          <w:rFonts w:hint="eastAsia"/>
        </w:rPr>
      </w:pPr>
      <w:r>
        <w:rPr>
          <w:rFonts w:hint="eastAsia"/>
        </w:rPr>
        <w:pict w14:anchorId="63D3F8DB">
          <v:shape id="_x0000_s1065" type="#_x0000_t202" alt="" style="position:absolute;margin-left:69.05pt;margin-top:356.4pt;width:170.3pt;height:22.8pt;z-index:2516695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6778DD1" w14:textId="77777777" w:rsidR="00FC43EA" w:rsidRDefault="00000000">
                  <w:pPr>
                    <w:rPr>
                      <w:rFonts w:hint="eastAsia"/>
                    </w:rPr>
                  </w:pPr>
                  <w:r>
                    <w:rPr>
                      <w:rFonts w:eastAsia="Sans Serif"/>
                    </w:rPr>
                    <w:t>9 pav. Lakštą tempiant ašinei jėgai įtempiai randami</w:t>
                  </w:r>
                  <w:r>
                    <w:rPr>
                      <w:rFonts w:eastAsia="Sans Serif"/>
                    </w:rPr>
                    <w:br/>
                    <w:t>N = 100000</w:t>
                  </w:r>
                </w:p>
              </w:txbxContent>
            </v:textbox>
            <w10:wrap anchorx="page" anchory="page"/>
          </v:shape>
        </w:pict>
      </w:r>
    </w:p>
    <w:p w14:paraId="6A6271BC" w14:textId="77777777" w:rsidR="00FC43EA" w:rsidRDefault="0071648E">
      <w:pPr>
        <w:spacing w:after="0"/>
        <w:rPr>
          <w:rFonts w:hint="eastAsia"/>
        </w:rPr>
      </w:pPr>
      <w:r>
        <w:rPr>
          <w:rFonts w:hint="eastAsia"/>
        </w:rPr>
        <w:pict w14:anchorId="5FB70927">
          <v:shape id="_x0000_s1064" type="#_x0000_t202" alt="" style="position:absolute;margin-left:68.65pt;margin-top:398.4pt;width:131.8pt;height:16.9pt;z-index:2516705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9B5927F" w14:textId="77777777" w:rsidR="00FC43EA" w:rsidRDefault="00000000">
                  <w:pPr>
                    <w:rPr>
                      <w:rFonts w:hint="eastAsia"/>
                    </w:rPr>
                  </w:pPr>
                  <w:r>
                    <w:rPr>
                      <w:rFonts w:eastAsia="Sans Serif"/>
                    </w:rPr>
                    <w:t>[tempiai nuo lenkimo momento , randami</w:t>
                  </w:r>
                </w:p>
              </w:txbxContent>
            </v:textbox>
            <w10:wrap anchorx="page" anchory="page"/>
          </v:shape>
        </w:pict>
      </w:r>
    </w:p>
    <w:p w14:paraId="5DB23B12" w14:textId="77777777" w:rsidR="00FC43EA" w:rsidRDefault="0071648E">
      <w:pPr>
        <w:spacing w:after="0"/>
        <w:rPr>
          <w:rFonts w:hint="eastAsia"/>
        </w:rPr>
      </w:pPr>
      <w:r>
        <w:rPr>
          <w:rFonts w:hint="eastAsia"/>
        </w:rPr>
        <w:pict w14:anchorId="1453DC4F">
          <v:shape id="_x0000_s1063" type="#_x0000_t202" alt="" style="position:absolute;margin-left:68.25pt;margin-top:444.4pt;width:343.2pt;height:82.35pt;z-index:2516715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FFE497" w14:textId="77777777" w:rsidR="00FC43EA" w:rsidRDefault="00000000">
                  <w:pPr>
                    <w:rPr>
                      <w:rFonts w:hint="eastAsia"/>
                    </w:rPr>
                  </w:pPr>
                  <w:r>
                    <w:rPr>
                      <w:rFonts w:eastAsia="Sans Serif"/>
                    </w:rPr>
                    <w:t>$I_x(I_y)$ skerspjūvio inercijos momentas įvertinantis skerspjūvio sugebėjimą atlaikyti lenkimo momentą, jais</w:t>
                  </w:r>
                  <w:r>
                    <w:rPr>
                      <w:rFonts w:eastAsia="Sans Serif"/>
                    </w:rPr>
                    <w:br/>
                    <w:t>įvertinama lenkimo skerspjūvio formą (juo ploto didesnė dalis nutolinta nuo lenkimo ašies, tuo jo inercijos</w:t>
                  </w:r>
                  <w:r>
                    <w:rPr>
                      <w:rFonts w:eastAsia="Sans Serif"/>
                    </w:rPr>
                    <w:br/>
                    <w:t>momentas didesnis- tuo mažesni įtempiai nuo lenkimo)</w:t>
                  </w:r>
                  <w:r>
                    <w:rPr>
                      <w:rFonts w:eastAsia="Sans Serif"/>
                    </w:rPr>
                    <w:br/>
                  </w:r>
                  <w:r>
                    <w:rPr>
                      <w:rFonts w:eastAsia="Sans Serif"/>
                    </w:rPr>
                    <w:br/>
                    <w:t>Priminimas :</w:t>
                  </w:r>
                  <w:r>
                    <w:rPr>
                      <w:rFonts w:eastAsia="Sans Serif"/>
                    </w:rPr>
                    <w:br/>
                  </w:r>
                  <w:r>
                    <w:rPr>
                      <w:rFonts w:eastAsia="Sans Serif"/>
                    </w:rPr>
                    <w:br/>
                    <w:t>Tas pats plotas (vienodas tempimui) , kitaip pastatytas, gali atlaikyti labai skirtingus lenkimo momentus</w:t>
                  </w:r>
                  <w:r>
                    <w:rPr>
                      <w:rFonts w:eastAsia="Sans Serif"/>
                    </w:rPr>
                    <w:br/>
                    <w:t>(nes bus skirtingi inercijos momentai)</w:t>
                  </w:r>
                </w:p>
              </w:txbxContent>
            </v:textbox>
            <w10:wrap anchorx="page" anchory="page"/>
          </v:shape>
        </w:pict>
      </w:r>
    </w:p>
    <w:p w14:paraId="19911275" w14:textId="77777777" w:rsidR="00FC43EA" w:rsidRDefault="0071648E">
      <w:pPr>
        <w:spacing w:after="0"/>
        <w:rPr>
          <w:rFonts w:hint="eastAsia"/>
        </w:rPr>
      </w:pPr>
      <w:r>
        <w:rPr>
          <w:rFonts w:hint="eastAsia"/>
        </w:rPr>
        <w:pict w14:anchorId="7E13E4AD">
          <v:shape id="_x0000_s1062" type="#_x0000_t202" alt="" style="position:absolute;margin-left:476.45pt;margin-top:244.1pt;width:348.7pt;height:58.35pt;z-index:2516725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44DA9DD" w14:textId="77777777" w:rsidR="00FC43EA" w:rsidRDefault="00000000">
                  <w:pPr>
                    <w:rPr>
                      <w:rFonts w:hint="eastAsia"/>
                    </w:rPr>
                  </w:pPr>
                  <w:r>
                    <w:rPr>
                      <w:rFonts w:eastAsia="Sans Serif"/>
                    </w:rPr>
                    <w:t>Skaičiuojant lenkimo ar sukimo įtempimus, skerspjūviai dažnai būna sudaryta iš standartinių profilių arba elementariausių figūrų (skritulių, stačiakampių, trikampių), todėl, patogumo dėlei, apskaičiuojamos tokių, dažnai pasitaikančių skerspjūvių inercijos momentai nuosavų centrinių ašių atžvilgiu.</w:t>
                  </w:r>
                  <w:r>
                    <w:rPr>
                      <w:rFonts w:eastAsia="Sans Serif"/>
                    </w:rPr>
                    <w:br/>
                  </w:r>
                  <w:r>
                    <w:rPr>
                      <w:rFonts w:eastAsia="Sans Serif"/>
                    </w:rPr>
                    <w:br/>
                    <w:t>Pav. stačiakampio inercijos momentai nuosavų centrinių ašių atžvilgiu</w:t>
                  </w:r>
                </w:p>
              </w:txbxContent>
            </v:textbox>
            <w10:wrap anchorx="page" anchory="page"/>
          </v:shape>
        </w:pict>
      </w:r>
    </w:p>
    <w:p w14:paraId="6D7DE213" w14:textId="77777777" w:rsidR="00FC43EA" w:rsidRDefault="0071648E">
      <w:pPr>
        <w:spacing w:after="0"/>
        <w:rPr>
          <w:rFonts w:hint="eastAsia"/>
        </w:rPr>
      </w:pPr>
      <w:r>
        <w:rPr>
          <w:rFonts w:hint="eastAsia"/>
        </w:rPr>
        <w:pict w14:anchorId="5C277261">
          <v:shape id="_x0000_s1061" type="#_x0000_t202" alt="" style="position:absolute;margin-left:471.5pt;margin-top:455.2pt;width:331.7pt;height:33.05pt;z-index:2516736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3A3581" w14:textId="77777777" w:rsidR="00FC43EA" w:rsidRDefault="00000000">
                  <w:pPr>
                    <w:rPr>
                      <w:rFonts w:hint="eastAsia"/>
                    </w:rPr>
                  </w:pPr>
                  <w:r>
                    <w:rPr>
                      <w:rFonts w:eastAsia="Sans Serif"/>
                    </w:rPr>
                    <w:t>Bet , ne visada skerspjūvis yra lenkiamas apie savo centrines ašis, todėl turimą (dažnai lentelėse duodamą) inercijos momentą reikia mokėti perskaičiuoti apie tas ašis, apie kurias lenkiamas (sukamas) skerspjūvis.</w:t>
                  </w:r>
                </w:p>
              </w:txbxContent>
            </v:textbox>
            <w10:wrap anchorx="page" anchory="page"/>
          </v:shape>
        </w:pict>
      </w:r>
    </w:p>
    <w:p w14:paraId="1156EF5D" w14:textId="77777777" w:rsidR="00FC43EA" w:rsidRDefault="0071648E">
      <w:pPr>
        <w:spacing w:after="0"/>
        <w:rPr>
          <w:rFonts w:hint="eastAsia"/>
        </w:rPr>
      </w:pPr>
      <w:r>
        <w:rPr>
          <w:rFonts w:hint="eastAsia"/>
        </w:rPr>
        <w:pict w14:anchorId="1DD13EFB">
          <v:shape id="_x0000_s1060" type="#_x0000_t202" alt="" style="position:absolute;margin-left:131.45pt;margin-top:130.8pt;width:218.6pt;height:18.5pt;z-index:2516746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8E3CA39" w14:textId="77777777" w:rsidR="00FC43EA" w:rsidRDefault="00000000">
                  <w:pPr>
                    <w:rPr>
                      <w:rFonts w:hint="eastAsia"/>
                    </w:rPr>
                  </w:pPr>
                  <w:r>
                    <w:rPr>
                      <w:rFonts w:eastAsia="Sans Serif"/>
                    </w:rPr>
                    <w:t>8 pav., tangentinių įtempių pasiskirstymas dvitejiniame skerspjūvyje</w:t>
                  </w:r>
                </w:p>
              </w:txbxContent>
            </v:textbox>
            <w10:wrap anchorx="page" anchory="page"/>
          </v:shape>
        </w:pict>
      </w:r>
    </w:p>
    <w:p w14:paraId="4F296B05" w14:textId="77777777" w:rsidR="00FC43EA" w:rsidRDefault="0071648E">
      <w:pPr>
        <w:spacing w:after="0"/>
        <w:rPr>
          <w:rFonts w:hint="eastAsia"/>
        </w:rPr>
      </w:pPr>
      <w:r>
        <w:rPr>
          <w:rFonts w:hint="eastAsia"/>
        </w:rPr>
        <w:pict w14:anchorId="765E62C2">
          <v:shape id="_x0000_s1059" type="#_x0000_t202" alt="" style="position:absolute;margin-left:477.5pt;margin-top:219.45pt;width:143.3pt;height:17.85pt;z-index:2516756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6B4336" w14:textId="77777777" w:rsidR="00FC43EA" w:rsidRDefault="00000000">
                  <w:pPr>
                    <w:rPr>
                      <w:rFonts w:hint="eastAsia"/>
                    </w:rPr>
                  </w:pPr>
                  <w:r>
                    <w:rPr>
                      <w:rFonts w:eastAsia="Sans Serif"/>
                    </w:rPr>
                    <w:t>10 pav. Skersspjūvio komponavimo variantai</w:t>
                  </w:r>
                </w:p>
              </w:txbxContent>
            </v:textbox>
            <w10:wrap anchorx="page" anchory="page"/>
          </v:shape>
        </w:pict>
      </w:r>
    </w:p>
    <w:p w14:paraId="02FB8D6A" w14:textId="77777777" w:rsidR="00FC43EA" w:rsidRDefault="0071648E">
      <w:pPr>
        <w:spacing w:after="0"/>
        <w:rPr>
          <w:rFonts w:hint="eastAsia"/>
        </w:rPr>
      </w:pPr>
      <w:r>
        <w:rPr>
          <w:rFonts w:hint="eastAsia"/>
        </w:rPr>
        <w:pict w14:anchorId="6E8B530C">
          <v:shape id="_x0000_s1058" type="#_x0000_t202" alt="" style="position:absolute;margin-left:540.7pt;margin-top:437.35pt;width:125.35pt;height:19.9pt;z-index:2516766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E3F6A74" w14:textId="77777777" w:rsidR="00FC43EA" w:rsidRDefault="00000000">
                  <w:pPr>
                    <w:rPr>
                      <w:rFonts w:hint="eastAsia"/>
                    </w:rPr>
                  </w:pPr>
                  <w:r>
                    <w:rPr>
                      <w:rFonts w:eastAsia="Sans Serif"/>
                    </w:rPr>
                    <w:t>10 pav. Stačiakampio inercijos momentai</w:t>
                  </w:r>
                </w:p>
              </w:txbxContent>
            </v:textbox>
            <w10:wrap anchorx="page" anchory="page"/>
          </v:shape>
        </w:pict>
      </w:r>
    </w:p>
    <w:p w14:paraId="076CD2E2" w14:textId="77777777" w:rsidR="00FC43EA" w:rsidRDefault="00FC43EA">
      <w:pPr>
        <w:rPr>
          <w:rFonts w:hint="eastAsia"/>
        </w:rPr>
        <w:sectPr w:rsidR="00FC43EA">
          <w:pgSz w:w="16834" w:h="11904"/>
          <w:pgMar w:top="0" w:right="0" w:bottom="0" w:left="0" w:header="0" w:footer="0" w:gutter="0"/>
          <w:cols w:space="720"/>
          <w:docGrid w:linePitch="360"/>
        </w:sectPr>
      </w:pPr>
    </w:p>
    <w:p w14:paraId="74E2E47E" w14:textId="77777777" w:rsidR="00FC43EA" w:rsidRDefault="00FC43EA">
      <w:pPr>
        <w:rPr>
          <w:rFonts w:hint="eastAsia"/>
        </w:rPr>
      </w:pPr>
    </w:p>
    <w:p w14:paraId="3F64B60B" w14:textId="77777777" w:rsidR="00FC43EA" w:rsidRDefault="0071648E">
      <w:pPr>
        <w:spacing w:after="0"/>
        <w:rPr>
          <w:rFonts w:hint="eastAsia"/>
        </w:rPr>
      </w:pPr>
      <w:r>
        <w:rPr>
          <w:rFonts w:hint="eastAsia"/>
        </w:rPr>
        <w:pict w14:anchorId="3B236403">
          <v:shape id="_x0000_s1057" type="#_x0000_t202" alt="" style="position:absolute;margin-left:70.15pt;margin-top:212.2pt;width:205.8pt;height:20.1pt;z-index:2516776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4F1D15" w14:textId="77777777" w:rsidR="00FC43EA" w:rsidRDefault="00000000">
                  <w:pPr>
                    <w:rPr>
                      <w:rFonts w:hint="eastAsia"/>
                    </w:rPr>
                  </w:pPr>
                  <w:r>
                    <w:rPr>
                      <w:rFonts w:eastAsia="Sans Serif"/>
                    </w:rPr>
                    <w:t>Galutinis inercijos momentas gaunamas, kaip dviejų narių suma</w:t>
                  </w:r>
                </w:p>
              </w:txbxContent>
            </v:textbox>
            <w10:wrap anchorx="page" anchory="page"/>
          </v:shape>
        </w:pict>
      </w:r>
    </w:p>
    <w:p w14:paraId="15A88D5B" w14:textId="77777777" w:rsidR="00FC43EA" w:rsidRDefault="0071648E">
      <w:pPr>
        <w:spacing w:after="0"/>
        <w:rPr>
          <w:rFonts w:hint="eastAsia"/>
        </w:rPr>
      </w:pPr>
      <w:r>
        <w:rPr>
          <w:rFonts w:hint="eastAsia"/>
        </w:rPr>
        <w:pict w14:anchorId="125401A4">
          <v:shape id="_x0000_s1056" type="#_x0000_t202" alt="" style="position:absolute;margin-left:69pt;margin-top:250.2pt;width:343.55pt;height:36.6pt;z-index:2516787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A1E37A" w14:textId="77777777" w:rsidR="00FC43EA" w:rsidRDefault="00000000">
                  <w:pPr>
                    <w:rPr>
                      <w:rFonts w:hint="eastAsia"/>
                    </w:rPr>
                  </w:pPr>
                  <w:r>
                    <w:rPr>
                      <w:rFonts w:eastAsia="Sans Serif"/>
                    </w:rPr>
                    <w:t>Jeigu skerspjūvis susideda iš kelių figūrų ir tų atskirų figūrų inercijos momentai jau perskaičiuoti apie</w:t>
                  </w:r>
                  <w:r>
                    <w:rPr>
                      <w:rFonts w:eastAsia="Sans Serif"/>
                    </w:rPr>
                    <w:br/>
                    <w:t>tas ašis, apie kurias lenkiamas (sukamas) skerspjūvis, tai bendras inercijos momentas gaunamas</w:t>
                  </w:r>
                  <w:r>
                    <w:rPr>
                      <w:rFonts w:eastAsia="Sans Serif"/>
                    </w:rPr>
                    <w:br/>
                    <w:t>sumuojant</w:t>
                  </w:r>
                </w:p>
              </w:txbxContent>
            </v:textbox>
            <w10:wrap anchorx="page" anchory="page"/>
          </v:shape>
        </w:pict>
      </w:r>
    </w:p>
    <w:p w14:paraId="7E4388DD" w14:textId="77777777" w:rsidR="00FC43EA" w:rsidRDefault="0071648E">
      <w:pPr>
        <w:spacing w:after="0"/>
        <w:rPr>
          <w:rFonts w:hint="eastAsia"/>
        </w:rPr>
      </w:pPr>
      <w:r>
        <w:rPr>
          <w:rFonts w:hint="eastAsia"/>
        </w:rPr>
        <w:pict w14:anchorId="614A6783">
          <v:shape id="_x0000_s1055" type="#_x0000_t202" alt="" style="position:absolute;margin-left:65.25pt;margin-top:496.65pt;width:220.75pt;height:19.05pt;z-index:2516797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3014403" w14:textId="77777777" w:rsidR="00FC43EA" w:rsidRDefault="00000000">
                  <w:pPr>
                    <w:rPr>
                      <w:rFonts w:hint="eastAsia"/>
                    </w:rPr>
                  </w:pPr>
                  <w:r>
                    <w:rPr>
                      <w:rFonts w:eastAsia="Sans Serif"/>
                    </w:rPr>
                    <w:t>12 pav. Dvitejinis skerspjūvis su sustiprintomis kraštinėmis juostomis</w:t>
                  </w:r>
                </w:p>
              </w:txbxContent>
            </v:textbox>
            <w10:wrap anchorx="page" anchory="page"/>
          </v:shape>
        </w:pict>
      </w:r>
    </w:p>
    <w:p w14:paraId="7FE677F3" w14:textId="77777777" w:rsidR="00FC43EA" w:rsidRDefault="0071648E">
      <w:pPr>
        <w:spacing w:after="0"/>
        <w:rPr>
          <w:rFonts w:hint="eastAsia"/>
        </w:rPr>
      </w:pPr>
      <w:r>
        <w:rPr>
          <w:rFonts w:hint="eastAsia"/>
        </w:rPr>
        <w:pict w14:anchorId="25EE9EB6">
          <v:shape id="_x0000_s1054" type="#_x0000_t202" alt="" style="position:absolute;margin-left:141.2pt;margin-top:194.45pt;width:130.9pt;height:17.15pt;z-index:2516807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B6EEAF2" w14:textId="77777777" w:rsidR="00FC43EA" w:rsidRDefault="00000000">
                  <w:pPr>
                    <w:rPr>
                      <w:rFonts w:hint="eastAsia"/>
                    </w:rPr>
                  </w:pPr>
                  <w:r>
                    <w:rPr>
                      <w:rFonts w:eastAsia="Sans Serif"/>
                    </w:rPr>
                    <w:t>11 pav. Priedas prie turimo inercijos momento</w:t>
                  </w:r>
                </w:p>
              </w:txbxContent>
            </v:textbox>
            <w10:wrap anchorx="page" anchory="page"/>
          </v:shape>
        </w:pict>
      </w:r>
    </w:p>
    <w:p w14:paraId="4794943F" w14:textId="77777777" w:rsidR="00FC43EA" w:rsidRDefault="0071648E">
      <w:pPr>
        <w:spacing w:after="0"/>
        <w:rPr>
          <w:rFonts w:hint="eastAsia"/>
        </w:rPr>
      </w:pPr>
      <w:r>
        <w:rPr>
          <w:rFonts w:hint="eastAsia"/>
        </w:rPr>
        <w:pict w14:anchorId="1AC75C13">
          <v:shape id="_x0000_s1053" type="#_x0000_t202" alt="" style="position:absolute;margin-left:479.1pt;margin-top:155.5pt;width:207.85pt;height:21.55pt;z-index:2516817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2EC6EC" w14:textId="77777777" w:rsidR="00FC43EA" w:rsidRDefault="00000000">
                  <w:pPr>
                    <w:rPr>
                      <w:rFonts w:hint="eastAsia"/>
                    </w:rPr>
                  </w:pPr>
                  <w:r>
                    <w:rPr>
                      <w:rFonts w:eastAsia="Sans Serif"/>
                    </w:rPr>
                    <w:t>13 pav. Normalinių įtempių pasiskirstymas tokiame skerspjūvyje</w:t>
                  </w:r>
                </w:p>
              </w:txbxContent>
            </v:textbox>
            <w10:wrap anchorx="page" anchory="page"/>
          </v:shape>
        </w:pict>
      </w:r>
    </w:p>
    <w:p w14:paraId="2A080F2D" w14:textId="77777777" w:rsidR="00FC43EA" w:rsidRDefault="0071648E">
      <w:pPr>
        <w:spacing w:after="0"/>
        <w:rPr>
          <w:rFonts w:hint="eastAsia"/>
        </w:rPr>
      </w:pPr>
      <w:r>
        <w:rPr>
          <w:rFonts w:hint="eastAsia"/>
        </w:rPr>
        <w:pict w14:anchorId="363160D9">
          <v:shape id="_x0000_s1052" type="#_x0000_t202" alt="" style="position:absolute;margin-left:473.9pt;margin-top:239.1pt;width:262.2pt;height:18.8pt;z-index:2516828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8FA671A" w14:textId="77777777" w:rsidR="00FC43EA" w:rsidRDefault="00000000">
                  <w:pPr>
                    <w:rPr>
                      <w:rFonts w:hint="eastAsia"/>
                    </w:rPr>
                  </w:pPr>
                  <w:r>
                    <w:rPr>
                      <w:rFonts w:eastAsia="Sans Serif"/>
                    </w:rPr>
                    <w:t>Maksimaliems įtempiams randami, dalijant iš taip vadinamo atsparumo momento:</w:t>
                  </w:r>
                </w:p>
              </w:txbxContent>
            </v:textbox>
            <w10:wrap anchorx="page" anchory="page"/>
          </v:shape>
        </w:pict>
      </w:r>
    </w:p>
    <w:p w14:paraId="123B0678" w14:textId="77777777" w:rsidR="00FC43EA" w:rsidRDefault="0071648E">
      <w:pPr>
        <w:spacing w:after="0"/>
        <w:rPr>
          <w:rFonts w:hint="eastAsia"/>
        </w:rPr>
      </w:pPr>
      <w:r>
        <w:rPr>
          <w:rFonts w:hint="eastAsia"/>
        </w:rPr>
        <w:pict w14:anchorId="0778CD84">
          <v:shape id="_x0000_s1051" type="#_x0000_t202" alt="" style="position:absolute;margin-left:475.3pt;margin-top:334.15pt;width:116.85pt;height:35pt;z-index:2516838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670422" w14:textId="77777777" w:rsidR="00FC43EA" w:rsidRDefault="00000000">
                  <w:pPr>
                    <w:rPr>
                      <w:rFonts w:hint="eastAsia"/>
                    </w:rPr>
                  </w:pPr>
                  <w:r>
                    <w:rPr>
                      <w:rFonts w:eastAsia="Sans Serif"/>
                    </w:rPr>
                    <w:t>2.3 Įtempiai nuo skersinės įrąžos:</w:t>
                  </w:r>
                  <w:r>
                    <w:rPr>
                      <w:rFonts w:eastAsia="Sans Serif"/>
                    </w:rPr>
                    <w:br/>
                    <w:t>• Vidutiniai tangentiniai įtempiai</w:t>
                  </w:r>
                </w:p>
              </w:txbxContent>
            </v:textbox>
            <w10:wrap anchorx="page" anchory="page"/>
          </v:shape>
        </w:pict>
      </w:r>
    </w:p>
    <w:p w14:paraId="7D73EA41" w14:textId="77777777" w:rsidR="00FC43EA" w:rsidRDefault="0071648E">
      <w:pPr>
        <w:spacing w:after="0"/>
        <w:rPr>
          <w:rFonts w:hint="eastAsia"/>
        </w:rPr>
      </w:pPr>
      <w:r>
        <w:rPr>
          <w:rFonts w:hint="eastAsia"/>
        </w:rPr>
        <w:pict w14:anchorId="71A19064">
          <v:shape id="_x0000_s1050" type="#_x0000_t202" alt="" style="position:absolute;margin-left:477.2pt;margin-top:407.2pt;width:280.55pt;height:21.4pt;z-index:2516848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5AB4F1" w14:textId="77777777" w:rsidR="00FC43EA" w:rsidRDefault="00000000">
                  <w:pPr>
                    <w:rPr>
                      <w:rFonts w:hint="eastAsia"/>
                    </w:rPr>
                  </w:pPr>
                  <w:r>
                    <w:rPr>
                      <w:rFonts w:eastAsia="Sans Serif"/>
                    </w:rPr>
                    <w:t>• Tiksliau tangentiniai įtempiai skaičiuojami pagal sekančią formulę (Žuravskio formulė)</w:t>
                  </w:r>
                </w:p>
              </w:txbxContent>
            </v:textbox>
            <w10:wrap anchorx="page" anchory="page"/>
          </v:shape>
        </w:pict>
      </w:r>
    </w:p>
    <w:p w14:paraId="62EEB673" w14:textId="77777777" w:rsidR="00FC43EA" w:rsidRDefault="0071648E">
      <w:pPr>
        <w:spacing w:after="0"/>
        <w:rPr>
          <w:rFonts w:hint="eastAsia"/>
        </w:rPr>
      </w:pPr>
      <w:r>
        <w:rPr>
          <w:rFonts w:hint="eastAsia"/>
        </w:rPr>
        <w:pict w14:anchorId="2BCC4053">
          <v:shape id="_x0000_s1049" type="#_x0000_t202" alt="" style="position:absolute;margin-left:472.7pt;margin-top:470.9pt;width:340.45pt;height:36.6pt;z-index:2516858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16E28B2" w14:textId="77777777" w:rsidR="00FC43EA" w:rsidRDefault="00000000">
                  <w:pPr>
                    <w:rPr>
                      <w:rFonts w:hint="eastAsia"/>
                    </w:rPr>
                  </w:pPr>
                  <w:r>
                    <w:rPr>
                      <w:rFonts w:eastAsia="Sans Serif"/>
                    </w:rPr>
                    <w:t>Sᵥ – reiškia pjūvio, virš nagrinėjamo sluoksnio, statinis momentas svarbiausių ašių (lenkimo ašių) atžvilgiu.</w:t>
                  </w:r>
                  <w:r>
                    <w:rPr>
                      <w:rFonts w:eastAsia="Sans Serif"/>
                    </w:rPr>
                    <w:br/>
                    <w:t>• Statinis momentas</w:t>
                  </w:r>
                </w:p>
              </w:txbxContent>
            </v:textbox>
            <w10:wrap anchorx="page" anchory="page"/>
          </v:shape>
        </w:pict>
      </w:r>
    </w:p>
    <w:p w14:paraId="7ADA36C3" w14:textId="77777777" w:rsidR="00FC43EA" w:rsidRDefault="00FC43EA">
      <w:pPr>
        <w:rPr>
          <w:rFonts w:hint="eastAsia"/>
        </w:rPr>
        <w:sectPr w:rsidR="00FC43EA">
          <w:pgSz w:w="16834" w:h="11904"/>
          <w:pgMar w:top="0" w:right="0" w:bottom="0" w:left="0" w:header="0" w:footer="0" w:gutter="0"/>
          <w:cols w:space="720"/>
          <w:docGrid w:linePitch="360"/>
        </w:sectPr>
      </w:pPr>
    </w:p>
    <w:p w14:paraId="2073C0A4" w14:textId="77777777" w:rsidR="00FC43EA" w:rsidRDefault="00FC43EA">
      <w:pPr>
        <w:rPr>
          <w:rFonts w:hint="eastAsia"/>
        </w:rPr>
      </w:pPr>
    </w:p>
    <w:p w14:paraId="13B21957" w14:textId="77777777" w:rsidR="00FC43EA" w:rsidRDefault="0071648E">
      <w:pPr>
        <w:spacing w:after="0"/>
        <w:rPr>
          <w:rFonts w:hint="eastAsia"/>
        </w:rPr>
      </w:pPr>
      <w:r>
        <w:rPr>
          <w:rFonts w:hint="eastAsia"/>
        </w:rPr>
        <w:pict w14:anchorId="78A4E5C1">
          <v:shape id="_x0000_s1048" type="#_x0000_t202" alt="" style="position:absolute;margin-left:68.15pt;margin-top:209.9pt;width:159.45pt;height:17.65pt;z-index:2516869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21A5464" w14:textId="77777777" w:rsidR="00FC43EA" w:rsidRDefault="00000000">
                  <w:pPr>
                    <w:rPr>
                      <w:rFonts w:hint="eastAsia"/>
                    </w:rPr>
                  </w:pPr>
                  <w:r>
                    <w:rPr>
                      <w:rFonts w:eastAsia="Sans Serif"/>
                    </w:rPr>
                    <w:t>14 pav. Ploto statinio momento skaičiavimo pavyzdys</w:t>
                  </w:r>
                </w:p>
              </w:txbxContent>
            </v:textbox>
            <w10:wrap anchorx="page" anchory="page"/>
          </v:shape>
        </w:pict>
      </w:r>
    </w:p>
    <w:p w14:paraId="3282D634" w14:textId="77777777" w:rsidR="00FC43EA" w:rsidRDefault="0071648E">
      <w:pPr>
        <w:spacing w:after="0"/>
        <w:rPr>
          <w:rFonts w:hint="eastAsia"/>
        </w:rPr>
      </w:pPr>
      <w:r>
        <w:rPr>
          <w:rFonts w:hint="eastAsia"/>
        </w:rPr>
        <w:pict w14:anchorId="683BA803">
          <v:shape id="_x0000_s1047" type="#_x0000_t202" alt="" style="position:absolute;margin-left:68.3pt;margin-top:233.15pt;width:343.85pt;height:24.9pt;z-index:2516879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42908E5" w14:textId="77777777" w:rsidR="00FC43EA" w:rsidRDefault="00000000">
                  <w:pPr>
                    <w:rPr>
                      <w:rFonts w:hint="eastAsia"/>
                    </w:rPr>
                  </w:pPr>
                  <w:r>
                    <w:rPr>
                      <w:rFonts w:eastAsia="Sans Serif"/>
                    </w:rPr>
                    <w:t>Skaičiuojant virš nagrinėjamo sluoksnio esančio ploto statinį momentą, jeigu tas plotas susideda iš kelių plotų, tai statinius momentus galima sumuoti.</w:t>
                  </w:r>
                </w:p>
              </w:txbxContent>
            </v:textbox>
            <w10:wrap anchorx="page" anchory="page"/>
          </v:shape>
        </w:pict>
      </w:r>
    </w:p>
    <w:p w14:paraId="60605A30" w14:textId="77777777" w:rsidR="00FC43EA" w:rsidRDefault="0071648E">
      <w:pPr>
        <w:spacing w:after="0"/>
        <w:rPr>
          <w:rFonts w:hint="eastAsia"/>
        </w:rPr>
      </w:pPr>
      <w:r>
        <w:rPr>
          <w:rFonts w:hint="eastAsia"/>
        </w:rPr>
        <w:pict w14:anchorId="33A3CBC0">
          <v:shape id="_x0000_s1046" type="#_x0000_t202" alt="" style="position:absolute;margin-left:478.9pt;margin-top:173.75pt;width:207.2pt;height:16.65pt;z-index:2516889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5470DD5" w14:textId="77777777" w:rsidR="00FC43EA" w:rsidRDefault="00000000">
                  <w:pPr>
                    <w:rPr>
                      <w:rFonts w:hint="eastAsia"/>
                    </w:rPr>
                  </w:pPr>
                  <w:r>
                    <w:rPr>
                      <w:rFonts w:eastAsia="Sans Serif"/>
                    </w:rPr>
                    <w:t>16 pav. Tangentinių įtempių pasiskirstymas skerspjūvio sienelėje</w:t>
                  </w:r>
                </w:p>
              </w:txbxContent>
            </v:textbox>
            <w10:wrap anchorx="page" anchory="page"/>
          </v:shape>
        </w:pict>
      </w:r>
    </w:p>
    <w:p w14:paraId="6B70C059" w14:textId="77777777" w:rsidR="00FC43EA" w:rsidRDefault="0071648E">
      <w:pPr>
        <w:spacing w:after="0"/>
        <w:rPr>
          <w:rFonts w:hint="eastAsia"/>
        </w:rPr>
      </w:pPr>
      <w:r>
        <w:rPr>
          <w:rFonts w:hint="eastAsia"/>
        </w:rPr>
        <w:pict w14:anchorId="1DE92A9C">
          <v:shape id="_x0000_s1045" type="#_x0000_t202" alt="" style="position:absolute;margin-left:477.8pt;margin-top:237.25pt;width:310.05pt;height:26.8pt;z-index:2516899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D96E965" w14:textId="77777777" w:rsidR="00FC43EA" w:rsidRDefault="00000000">
                  <w:pPr>
                    <w:rPr>
                      <w:rFonts w:hint="eastAsia"/>
                    </w:rPr>
                  </w:pPr>
                  <w:r>
                    <w:rPr>
                      <w:rFonts w:eastAsia="Sans Serif"/>
                    </w:rPr>
                    <w:t>Dvitejiniams (dėžutės profilio)skerspjūviams leidžiama tangentinius įtempius paskaičiuoti pagal suprastintas formules:</w:t>
                  </w:r>
                </w:p>
              </w:txbxContent>
            </v:textbox>
            <w10:wrap anchorx="page" anchory="page"/>
          </v:shape>
        </w:pict>
      </w:r>
    </w:p>
    <w:p w14:paraId="5F8FF929" w14:textId="77777777" w:rsidR="00FC43EA" w:rsidRDefault="0071648E">
      <w:pPr>
        <w:spacing w:after="0"/>
        <w:rPr>
          <w:rFonts w:hint="eastAsia"/>
        </w:rPr>
      </w:pPr>
      <w:r>
        <w:rPr>
          <w:rFonts w:hint="eastAsia"/>
        </w:rPr>
        <w:pict w14:anchorId="6396626C">
          <v:shape id="_x0000_s1044" type="#_x0000_t202" alt="" style="position:absolute;margin-left:472.45pt;margin-top:372.65pt;width:207.15pt;height:18.1pt;z-index:2516910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5728FE5" w14:textId="77777777" w:rsidR="00FC43EA" w:rsidRDefault="00000000">
                  <w:pPr>
                    <w:rPr>
                      <w:rFonts w:hint="eastAsia"/>
                    </w:rPr>
                  </w:pPr>
                  <w:r>
                    <w:rPr>
                      <w:rFonts w:eastAsia="Sans Serif"/>
                    </w:rPr>
                    <w:t>17 pav. Suprastinto sąlyginio ploto apskaičiavimas A&lt;sub&gt;Steg&lt;/sub&gt; (=A&lt;sub&gt;sien&lt;/sub&gt;)</w:t>
                  </w:r>
                </w:p>
              </w:txbxContent>
            </v:textbox>
            <w10:wrap anchorx="page" anchory="page"/>
          </v:shape>
        </w:pict>
      </w:r>
    </w:p>
    <w:p w14:paraId="31568A37" w14:textId="77777777" w:rsidR="00FC43EA" w:rsidRDefault="0071648E">
      <w:pPr>
        <w:spacing w:after="0"/>
        <w:rPr>
          <w:rFonts w:hint="eastAsia"/>
        </w:rPr>
      </w:pPr>
      <w:r>
        <w:rPr>
          <w:rFonts w:hint="eastAsia"/>
        </w:rPr>
        <w:pict w14:anchorId="06189A9B">
          <v:shape id="_x0000_s1043" type="#_x0000_t202" alt="" style="position:absolute;margin-left:475.85pt;margin-top:504.65pt;width:336.3pt;height:16.75pt;z-index:2516920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B99160" w14:textId="77777777" w:rsidR="00FC43EA" w:rsidRDefault="00000000">
                  <w:pPr>
                    <w:rPr>
                      <w:rFonts w:hint="eastAsia"/>
                    </w:rPr>
                  </w:pPr>
                  <w:r>
                    <w:rPr>
                      <w:rFonts w:eastAsia="Sans Serif"/>
                    </w:rPr>
                    <w:t>18 pav. Suprastinto skaičiavimo tangentinių įtempių pasiskirstymo diagrama ir tikro pasiskirstymo kontūras</w:t>
                  </w:r>
                </w:p>
              </w:txbxContent>
            </v:textbox>
            <w10:wrap anchorx="page" anchory="page"/>
          </v:shape>
        </w:pict>
      </w:r>
    </w:p>
    <w:p w14:paraId="60011E2B" w14:textId="77777777" w:rsidR="00FC43EA" w:rsidRDefault="0071648E">
      <w:pPr>
        <w:spacing w:after="0"/>
        <w:rPr>
          <w:rFonts w:hint="eastAsia"/>
        </w:rPr>
      </w:pPr>
      <w:r>
        <w:rPr>
          <w:rFonts w:hint="eastAsia"/>
        </w:rPr>
        <w:pict w14:anchorId="51A33F06">
          <v:shape id="_x0000_s1042" type="#_x0000_t202" alt="" style="position:absolute;margin-left:189.75pt;margin-top:536.45pt;width:97.05pt;height:13.7pt;z-index:2516930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F114ED" w14:textId="77777777" w:rsidR="00FC43EA" w:rsidRDefault="00000000">
                  <w:pPr>
                    <w:rPr>
                      <w:rFonts w:hint="eastAsia"/>
                    </w:rPr>
                  </w:pPr>
                  <w:r>
                    <w:rPr>
                      <w:rFonts w:eastAsia="Sans Serif"/>
                    </w:rPr>
                    <w:t>15 pav. Sudėtinis skerspjūvis</w:t>
                  </w:r>
                </w:p>
              </w:txbxContent>
            </v:textbox>
            <w10:wrap anchorx="page" anchory="page"/>
          </v:shape>
        </w:pict>
      </w:r>
    </w:p>
    <w:p w14:paraId="25EF4EAF" w14:textId="77777777" w:rsidR="00FC43EA" w:rsidRDefault="00FC43EA">
      <w:pPr>
        <w:rPr>
          <w:rFonts w:hint="eastAsia"/>
        </w:rPr>
        <w:sectPr w:rsidR="00FC43EA">
          <w:pgSz w:w="16834" w:h="11904"/>
          <w:pgMar w:top="0" w:right="0" w:bottom="0" w:left="0" w:header="0" w:footer="0" w:gutter="0"/>
          <w:cols w:space="720"/>
          <w:docGrid w:linePitch="360"/>
        </w:sectPr>
      </w:pPr>
    </w:p>
    <w:p w14:paraId="68AA5B1A" w14:textId="77777777" w:rsidR="00FC43EA" w:rsidRDefault="00FC43EA">
      <w:pPr>
        <w:rPr>
          <w:rFonts w:hint="eastAsia"/>
        </w:rPr>
      </w:pPr>
    </w:p>
    <w:p w14:paraId="6A75D1E1" w14:textId="77777777" w:rsidR="00FC43EA" w:rsidRDefault="0071648E">
      <w:pPr>
        <w:spacing w:after="0"/>
        <w:rPr>
          <w:rFonts w:hint="eastAsia"/>
        </w:rPr>
      </w:pPr>
      <w:r>
        <w:rPr>
          <w:rFonts w:hint="eastAsia"/>
        </w:rPr>
        <w:pict w14:anchorId="23D4605E">
          <v:shape id="_x0000_s1041" type="#_x0000_t202" alt="" style="position:absolute;margin-left:68.2pt;margin-top:63.65pt;width:349.8pt;height:56.3pt;z-index:2516940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29A3A7B" w14:textId="77777777" w:rsidR="00FC43EA" w:rsidRDefault="00000000">
                  <w:pPr>
                    <w:rPr>
                      <w:rFonts w:hint="eastAsia"/>
                    </w:rPr>
                  </w:pPr>
                  <w:r>
                    <w:rPr>
                      <w:rFonts w:eastAsia="Sans Serif"/>
                    </w:rPr>
                    <w:t>3. Skerspjūvio charakteristikų lentelės</w:t>
                  </w:r>
                  <w:r>
                    <w:rPr>
                      <w:rFonts w:eastAsia="Sans Serif"/>
                    </w:rPr>
                    <w:br/>
                  </w:r>
                  <w:r>
                    <w:rPr>
                      <w:rFonts w:eastAsia="Sans Serif"/>
                    </w:rPr>
                    <w:br/>
                    <w:t>(Norint skaičiuotojams sutaupyti laiko, standartiniams profiliams skerspjūvio charakteristikos apskaičiuojamos mašininėmis priemonėmis ir pateikiamos lentelių pavidale, bet paplitus kompiuterinėms skerspjūvio charakteristikų skaičiavimo programoms, tai sėkmingai atliktų be kuris kompiuteris)</w:t>
                  </w:r>
                </w:p>
              </w:txbxContent>
            </v:textbox>
            <w10:wrap anchorx="page" anchory="page"/>
          </v:shape>
        </w:pict>
      </w:r>
    </w:p>
    <w:p w14:paraId="450191FC" w14:textId="77777777" w:rsidR="00FC43EA" w:rsidRDefault="0071648E">
      <w:pPr>
        <w:spacing w:after="0"/>
        <w:rPr>
          <w:rFonts w:hint="eastAsia"/>
        </w:rPr>
      </w:pPr>
      <w:r>
        <w:rPr>
          <w:rFonts w:hint="eastAsia"/>
        </w:rPr>
        <w:pict w14:anchorId="5C964DD6">
          <v:shape id="_x0000_s1040" type="#_x0000_t202" alt="" style="position:absolute;margin-left:66.75pt;margin-top:216.8pt;width:246.6pt;height:54pt;z-index:2516951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6B7721" w14:textId="77777777" w:rsidR="00FC43EA" w:rsidRDefault="00000000">
                  <w:pPr>
                    <w:rPr>
                      <w:rFonts w:hint="eastAsia"/>
                    </w:rPr>
                  </w:pPr>
                  <w:r>
                    <w:rPr>
                      <w:rFonts w:eastAsia="Sans Serif"/>
                    </w:rPr>
                    <w:t>Breite I-Träger – Dvitėjinis su plačiomis lentynėlėmis skerspjūvis.</w:t>
                  </w:r>
                  <w:r>
                    <w:rPr>
                      <w:rFonts w:eastAsia="Sans Serif"/>
                    </w:rPr>
                    <w:br/>
                    <w:t>Eilė HE-B = IPB</w:t>
                  </w:r>
                  <w:r>
                    <w:rPr>
                      <w:rFonts w:eastAsia="Sans Serif"/>
                    </w:rPr>
                    <w:br/>
                    <w:t>Eilė HL didelio aukščio su ypatingai plačiomis lentynėlėmis</w:t>
                  </w:r>
                  <w:r>
                    <w:rPr>
                      <w:rFonts w:eastAsia="Sans Serif"/>
                    </w:rPr>
                    <w:br/>
                    <w:t>Profilio aukštis iki 300 mm;         sijų ilgiai         nuo 8 m iki 16 m</w:t>
                  </w:r>
                  <w:r>
                    <w:rPr>
                      <w:rFonts w:eastAsia="Sans Serif"/>
                    </w:rPr>
                    <w:br/>
                    <w:t xml:space="preserve">                                300 mm ir daugiau         nuo 8 m iki 18 m</w:t>
                  </w:r>
                </w:p>
              </w:txbxContent>
            </v:textbox>
            <w10:wrap anchorx="page" anchory="page"/>
          </v:shape>
        </w:pict>
      </w:r>
    </w:p>
    <w:p w14:paraId="684A43F1" w14:textId="77777777" w:rsidR="00FC43EA" w:rsidRDefault="0071648E">
      <w:pPr>
        <w:spacing w:after="0"/>
        <w:rPr>
          <w:rFonts w:hint="eastAsia"/>
        </w:rPr>
      </w:pPr>
      <w:r>
        <w:rPr>
          <w:rFonts w:hint="eastAsia"/>
        </w:rPr>
        <w:pict w14:anchorId="6D5EB2BD">
          <v:shape id="_x0000_s1039" type="#_x0000_t202" alt="" style="position:absolute;margin-left:476.7pt;margin-top:62.25pt;width:323.65pt;height:61.35pt;z-index:2516961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9312008" w14:textId="77777777" w:rsidR="00FC43EA" w:rsidRDefault="00000000">
                  <w:pPr>
                    <w:rPr>
                      <w:rFonts w:hint="eastAsia"/>
                    </w:rPr>
                  </w:pPr>
                  <w:r>
                    <w:rPr>
                      <w:rFonts w:eastAsia="Sans Serif"/>
                    </w:rPr>
                    <w:t>4. Užduotys savarankiškam darbui</w:t>
                  </w:r>
                  <w:r>
                    <w:rPr>
                      <w:rFonts w:eastAsia="Sans Serif"/>
                    </w:rPr>
                    <w:br/>
                  </w:r>
                  <w:r>
                    <w:rPr>
                      <w:rFonts w:eastAsia="Sans Serif"/>
                    </w:rPr>
                    <w:br/>
                    <w:t>1 užduotis</w:t>
                  </w:r>
                  <w:r>
                    <w:rPr>
                      <w:rFonts w:eastAsia="Sans Serif"/>
                    </w:rPr>
                    <w:br/>
                  </w:r>
                  <w:r>
                    <w:rPr>
                      <w:rFonts w:eastAsia="Sans Serif"/>
                    </w:rPr>
                    <w:br/>
                    <w:t>Rasti inercijos momentus I_y ir l_z ašių y_0 ir z_0 atžvilgiu. (Standartinio profilo HE 450 B geometrines charakteristikas paimti iš 19 pav.)</w:t>
                  </w:r>
                </w:p>
              </w:txbxContent>
            </v:textbox>
            <w10:wrap anchorx="page" anchory="page"/>
          </v:shape>
        </w:pict>
      </w:r>
    </w:p>
    <w:p w14:paraId="041D54C3" w14:textId="77777777" w:rsidR="00FC43EA" w:rsidRDefault="0071648E">
      <w:pPr>
        <w:spacing w:after="0"/>
        <w:rPr>
          <w:rFonts w:hint="eastAsia"/>
        </w:rPr>
      </w:pPr>
      <w:r>
        <w:rPr>
          <w:rFonts w:hint="eastAsia"/>
        </w:rPr>
        <w:pict w14:anchorId="15CD7ADA">
          <v:shape id="_x0000_s1038" type="#_x0000_t202" alt="" style="position:absolute;margin-left:554.55pt;margin-top:211.85pt;width:110.8pt;height:15.8pt;z-index:2516971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0C6138" w14:textId="77777777" w:rsidR="00FC43EA" w:rsidRDefault="00000000">
                  <w:pPr>
                    <w:rPr>
                      <w:rFonts w:hint="eastAsia"/>
                    </w:rPr>
                  </w:pPr>
                  <w:r>
                    <w:rPr>
                      <w:rFonts w:eastAsia="Sans Serif"/>
                    </w:rPr>
                    <w:t>20 pav. Sustiprintas HE 450 B profilis</w:t>
                  </w:r>
                </w:p>
              </w:txbxContent>
            </v:textbox>
            <w10:wrap anchorx="page" anchory="page"/>
          </v:shape>
        </w:pict>
      </w:r>
    </w:p>
    <w:p w14:paraId="74497901" w14:textId="77777777" w:rsidR="00FC43EA" w:rsidRDefault="0071648E">
      <w:pPr>
        <w:spacing w:after="0"/>
        <w:rPr>
          <w:rFonts w:hint="eastAsia"/>
        </w:rPr>
      </w:pPr>
      <w:r>
        <w:rPr>
          <w:rFonts w:hint="eastAsia"/>
        </w:rPr>
        <w:pict w14:anchorId="4D2ABC2A">
          <v:shape id="_x0000_s1037" type="#_x0000_t202" alt="" style="position:absolute;margin-left:476.5pt;margin-top:229.85pt;width:243.7pt;height:29.65pt;z-index:2516981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FDF0811" w14:textId="77777777" w:rsidR="00FC43EA" w:rsidRDefault="00000000">
                  <w:pPr>
                    <w:rPr>
                      <w:rFonts w:hint="eastAsia"/>
                    </w:rPr>
                  </w:pPr>
                  <w:r>
                    <w:rPr>
                      <w:rFonts w:eastAsia="Sans Serif"/>
                    </w:rPr>
                    <w:t>&lt;u&gt;2 užduotis&lt;/u&gt;</w:t>
                  </w:r>
                  <w:r>
                    <w:rPr>
                      <w:rFonts w:eastAsia="Sans Serif"/>
                    </w:rPr>
                    <w:br/>
                  </w:r>
                  <w:r>
                    <w:rPr>
                      <w:rFonts w:eastAsia="Sans Serif"/>
                    </w:rPr>
                    <w:br/>
                    <w:t>Raskite normalinius $\sigma$ ir tangentinius $\tau_m$ parodyto skerspjūvio pjūvyje 1-1</w:t>
                  </w:r>
                </w:p>
              </w:txbxContent>
            </v:textbox>
            <w10:wrap anchorx="page" anchory="page"/>
          </v:shape>
        </w:pict>
      </w:r>
    </w:p>
    <w:p w14:paraId="41B41619" w14:textId="77777777" w:rsidR="00FC43EA" w:rsidRDefault="0071648E">
      <w:pPr>
        <w:spacing w:after="0"/>
        <w:rPr>
          <w:rFonts w:hint="eastAsia"/>
        </w:rPr>
      </w:pPr>
      <w:r>
        <w:rPr>
          <w:rFonts w:hint="eastAsia"/>
        </w:rPr>
        <w:pict w14:anchorId="1352A0C9">
          <v:shape id="_x0000_s1036" type="#_x0000_t202" alt="" style="position:absolute;margin-left:476.4pt;margin-top:371.8pt;width:285.6pt;height:54.65pt;z-index:2516992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2C2BF1E" w14:textId="77777777" w:rsidR="00FC43EA" w:rsidRDefault="00000000">
                  <w:pPr>
                    <w:rPr>
                      <w:rFonts w:hint="eastAsia"/>
                    </w:rPr>
                  </w:pPr>
                  <w:r>
                    <w:rPr>
                      <w:rFonts w:eastAsia="Sans Serif"/>
                    </w:rPr>
                    <w:t>3 užduotis</w:t>
                  </w:r>
                  <w:r>
                    <w:rPr>
                      <w:rFonts w:eastAsia="Sans Serif"/>
                    </w:rPr>
                    <w:br/>
                  </w:r>
                  <w:r>
                    <w:rPr>
                      <w:rFonts w:eastAsia="Sans Serif"/>
                    </w:rPr>
                    <w:br/>
                    <w:t>Kokie įtempiai bus aukštyje a-a, jeigu įtempių diagramų maksimalūs dydžiai žinomi?</w:t>
                  </w:r>
                  <w:r>
                    <w:rPr>
                      <w:rFonts w:eastAsia="Sans Serif"/>
                    </w:rPr>
                    <w:br/>
                    <w:t>Wᵥ= 1600 cm³</w:t>
                  </w:r>
                  <w:r>
                    <w:rPr>
                      <w:rFonts w:eastAsia="Sans Serif"/>
                    </w:rPr>
                    <w:br/>
                    <w:t>A = 140 cm³</w:t>
                  </w:r>
                </w:p>
              </w:txbxContent>
            </v:textbox>
            <w10:wrap anchorx="page" anchory="page"/>
          </v:shape>
        </w:pict>
      </w:r>
    </w:p>
    <w:p w14:paraId="34C084CA" w14:textId="77777777" w:rsidR="00FC43EA" w:rsidRDefault="0071648E">
      <w:pPr>
        <w:spacing w:after="0"/>
        <w:rPr>
          <w:rFonts w:hint="eastAsia"/>
        </w:rPr>
      </w:pPr>
      <w:r>
        <w:rPr>
          <w:rFonts w:hint="eastAsia"/>
        </w:rPr>
        <w:pict w14:anchorId="6373BD11">
          <v:shape id="_x0000_s1035" type="#_x0000_t202" alt="" style="position:absolute;margin-left:526.8pt;margin-top:354.45pt;width:197.85pt;height:19pt;z-index:2517002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2D4701" w14:textId="77777777" w:rsidR="00FC43EA" w:rsidRDefault="00000000">
                  <w:pPr>
                    <w:rPr>
                      <w:rFonts w:hint="eastAsia"/>
                    </w:rPr>
                  </w:pPr>
                  <w:r>
                    <w:rPr>
                      <w:rFonts w:eastAsia="Sans Serif"/>
                    </w:rPr>
                    <w:t>21 pav. : Dvitejinį profilį veikia lenkimo momentas ir skersinė įraža</w:t>
                  </w:r>
                </w:p>
              </w:txbxContent>
            </v:textbox>
            <w10:wrap anchorx="page" anchory="page"/>
          </v:shape>
        </w:pict>
      </w:r>
    </w:p>
    <w:p w14:paraId="58B30CB4" w14:textId="77777777" w:rsidR="00FC43EA" w:rsidRDefault="0071648E">
      <w:pPr>
        <w:spacing w:after="0"/>
        <w:rPr>
          <w:rFonts w:hint="eastAsia"/>
        </w:rPr>
      </w:pPr>
      <w:r>
        <w:rPr>
          <w:rFonts w:hint="eastAsia"/>
        </w:rPr>
        <w:pict w14:anchorId="601116F5">
          <v:shape id="_x0000_s1034" type="#_x0000_t202" alt="" style="position:absolute;margin-left:579.85pt;margin-top:530.95pt;width:130.8pt;height:17.1pt;z-index:2517012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96DB1B" w14:textId="77777777" w:rsidR="00FC43EA" w:rsidRDefault="00000000">
                  <w:pPr>
                    <w:rPr>
                      <w:rFonts w:hint="eastAsia"/>
                    </w:rPr>
                  </w:pPr>
                  <w:r>
                    <w:rPr>
                      <w:rFonts w:eastAsia="Sans Serif"/>
                    </w:rPr>
                    <w:t>22 pav. Įtempių pasiskirstymo grafikai</w:t>
                  </w:r>
                </w:p>
              </w:txbxContent>
            </v:textbox>
            <w10:wrap anchorx="page" anchory="page"/>
          </v:shape>
        </w:pict>
      </w:r>
    </w:p>
    <w:p w14:paraId="67FB2EA1" w14:textId="77777777" w:rsidR="00FC43EA" w:rsidRDefault="0071648E">
      <w:pPr>
        <w:spacing w:after="0"/>
        <w:rPr>
          <w:rFonts w:hint="eastAsia"/>
        </w:rPr>
      </w:pPr>
      <w:r>
        <w:rPr>
          <w:rFonts w:hint="eastAsia"/>
        </w:rPr>
        <w:pict w14:anchorId="48107636">
          <v:shape id="_x0000_s1033" type="#_x0000_t202" alt="" style="position:absolute;margin-left:65.8pt;margin-top:539.25pt;width:212.45pt;height:16.85pt;z-index:2517022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7CD7683" w14:textId="77777777" w:rsidR="00FC43EA" w:rsidRDefault="00000000">
                  <w:pPr>
                    <w:rPr>
                      <w:rFonts w:hint="eastAsia"/>
                    </w:rPr>
                  </w:pPr>
                  <w:r>
                    <w:rPr>
                      <w:rFonts w:eastAsia="Sans Serif"/>
                    </w:rPr>
                    <w:t>19 pav. Duomenų lentelė (išrašas iš plieninių profilių - 20 leidimas)</w:t>
                  </w:r>
                </w:p>
              </w:txbxContent>
            </v:textbox>
            <w10:wrap anchorx="page" anchory="page"/>
          </v:shape>
        </w:pict>
      </w:r>
    </w:p>
    <w:p w14:paraId="2A38BD24" w14:textId="77777777" w:rsidR="00FC43EA" w:rsidRDefault="00FC43EA">
      <w:pPr>
        <w:rPr>
          <w:rFonts w:hint="eastAsia"/>
        </w:rPr>
        <w:sectPr w:rsidR="00FC43EA">
          <w:pgSz w:w="16834" w:h="11904"/>
          <w:pgMar w:top="0" w:right="0" w:bottom="0" w:left="0" w:header="0" w:footer="0" w:gutter="0"/>
          <w:cols w:space="720"/>
          <w:docGrid w:linePitch="360"/>
        </w:sectPr>
      </w:pPr>
    </w:p>
    <w:p w14:paraId="5DBCE212" w14:textId="77777777" w:rsidR="00FC43EA" w:rsidRDefault="00FC43EA">
      <w:pPr>
        <w:rPr>
          <w:rFonts w:hint="eastAsia"/>
        </w:rPr>
      </w:pPr>
    </w:p>
    <w:p w14:paraId="3239BE22" w14:textId="77777777" w:rsidR="00FC43EA" w:rsidRDefault="0071648E">
      <w:pPr>
        <w:spacing w:after="0"/>
        <w:rPr>
          <w:rFonts w:hint="eastAsia"/>
        </w:rPr>
      </w:pPr>
      <w:r>
        <w:rPr>
          <w:rFonts w:hint="eastAsia"/>
        </w:rPr>
        <w:pict w14:anchorId="1E304D77">
          <v:shape id="_x0000_s1032" type="#_x0000_t202" alt="" style="position:absolute;margin-left:65.4pt;margin-top:73.3pt;width:305.35pt;height:37.7pt;z-index:2517032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042DDA9" w14:textId="77777777" w:rsidR="00FC43EA" w:rsidRDefault="00000000">
                  <w:pPr>
                    <w:rPr>
                      <w:rFonts w:hint="eastAsia"/>
                    </w:rPr>
                  </w:pPr>
                  <w:r>
                    <w:rPr>
                      <w:rFonts w:eastAsia="Sans Serif"/>
                    </w:rPr>
                    <w:t>4 užduotis</w:t>
                  </w:r>
                  <w:r>
                    <w:rPr>
                      <w:rFonts w:eastAsia="Sans Serif"/>
                    </w:rPr>
                    <w:br/>
                  </w:r>
                  <w:r>
                    <w:rPr>
                      <w:rFonts w:eastAsia="Sans Serif"/>
                    </w:rPr>
                    <w:br/>
                    <w:t>Kokio dydžio skerspjūvio statiniai momentai pjūviuose (sluoksniuose) 1-1,2-2 ir y-y?</w:t>
                  </w:r>
                </w:p>
              </w:txbxContent>
            </v:textbox>
            <w10:wrap anchorx="page" anchory="page"/>
          </v:shape>
        </w:pict>
      </w:r>
    </w:p>
    <w:p w14:paraId="6C3FDFE9" w14:textId="77777777" w:rsidR="00FC43EA" w:rsidRDefault="0071648E">
      <w:pPr>
        <w:spacing w:after="0"/>
        <w:rPr>
          <w:rFonts w:hint="eastAsia"/>
        </w:rPr>
      </w:pPr>
      <w:r>
        <w:rPr>
          <w:rFonts w:hint="eastAsia"/>
        </w:rPr>
        <w:pict w14:anchorId="46333AF0">
          <v:shape id="_x0000_s1031" type="#_x0000_t202" alt="" style="position:absolute;margin-left:51.85pt;margin-top:305.4pt;width:359.95pt;height:160.5pt;z-index:2517043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9D1705E" w14:textId="77777777" w:rsidR="00FC43EA" w:rsidRDefault="00000000">
                  <w:pPr>
                    <w:rPr>
                      <w:rFonts w:hint="eastAsia"/>
                    </w:rPr>
                  </w:pPr>
                  <w:r>
                    <w:rPr>
                      <w:rFonts w:eastAsia="Sans Serif"/>
                    </w:rPr>
                    <w:t>5. Literatūra</w:t>
                  </w:r>
                  <w:r>
                    <w:rPr>
                      <w:rFonts w:eastAsia="Sans Serif"/>
                    </w:rPr>
                    <w:br/>
                  </w:r>
                  <w:r>
                    <w:rPr>
                      <w:rFonts w:eastAsia="Sans Serif"/>
                    </w:rPr>
                    <w:br/>
                    <w:t>1. Lindner, J.; Scheer, J.; Schmidt, H.: Stahlbauten, Erläuterungen zu DIN 18800 Teil 1-4, 3. Auflage. Berlin: Beuth Verlag GmbH; Ernst &amp; Sohn 1998</w:t>
                  </w:r>
                  <w:r>
                    <w:rPr>
                      <w:rFonts w:eastAsia="Sans Serif"/>
                    </w:rPr>
                    <w:br/>
                    <w:t>2. ESDEP, European Steel Design Education Programme. Düsseldorf: Stahl-Informations-Zentrum</w:t>
                  </w:r>
                  <w:r>
                    <w:rPr>
                      <w:rFonts w:eastAsia="Sans Serif"/>
                    </w:rPr>
                    <w:br/>
                    <w:t>3. Neumann, A.: Schweißtechnisches Handbuch für Konstrukteure Teil 1; Grundlagen, Tragfähigkeit. Düsseldorf: DVS-Verlag GmbH 1996</w:t>
                  </w:r>
                  <w:r>
                    <w:rPr>
                      <w:rFonts w:eastAsia="Sans Serif"/>
                    </w:rPr>
                    <w:br/>
                    <w:t>4. Neumann, A.: Schweißtechnisches Handbuch für Konstrukteure Teil 2; Stahl-, Kessel- und Rohrleitungsbau Düsseldorf: DVS-Verlag GmbH 1987</w:t>
                  </w:r>
                  <w:r>
                    <w:rPr>
                      <w:rFonts w:eastAsia="Sans Serif"/>
                    </w:rPr>
                    <w:br/>
                    <w:t>5. Kahlmeyer, E.: Stahlbau nach DIN 18800 (11.90); Bemessung und Konstruktion. Träger, Stützen, Verbindungen, 3. Auflage. Düsseldorf: Werner - Verlag GmbH 1998</w:t>
                  </w:r>
                  <w:r>
                    <w:rPr>
                      <w:rFonts w:eastAsia="Sans Serif"/>
                    </w:rPr>
                    <w:br/>
                    <w:t>6. Hofman, H.-G.; Sahmel, P.; Veit, H.-J.: Grundlagen der Gestaltung geschweißter Stahlkonstruktionen. Düsseldorf: DVS-Verlag GmbH 1993</w:t>
                  </w:r>
                </w:p>
              </w:txbxContent>
            </v:textbox>
            <w10:wrap anchorx="page" anchory="page"/>
          </v:shape>
        </w:pict>
      </w:r>
    </w:p>
    <w:p w14:paraId="697DEB5F" w14:textId="77777777" w:rsidR="00FC43EA" w:rsidRDefault="0071648E">
      <w:pPr>
        <w:spacing w:after="0"/>
        <w:rPr>
          <w:rFonts w:hint="eastAsia"/>
        </w:rPr>
      </w:pPr>
      <w:r>
        <w:rPr>
          <w:rFonts w:hint="eastAsia"/>
        </w:rPr>
        <w:pict w14:anchorId="6E348DAF">
          <v:shape id="_x0000_s1030" type="#_x0000_t202" alt="" style="position:absolute;margin-left:474.65pt;margin-top:63.55pt;width:69.95pt;height:34.35pt;z-index:2517053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4AF6C8" w14:textId="77777777" w:rsidR="00FC43EA" w:rsidRDefault="00000000">
                  <w:pPr>
                    <w:rPr>
                      <w:rFonts w:hint="eastAsia"/>
                    </w:rPr>
                  </w:pPr>
                  <w:r>
                    <w:rPr>
                      <w:rFonts w:eastAsia="Sans Serif"/>
                    </w:rPr>
                    <w:t>Sprendimų lakštai</w:t>
                  </w:r>
                  <w:r>
                    <w:rPr>
                      <w:rFonts w:eastAsia="Sans Serif"/>
                    </w:rPr>
                    <w:br/>
                  </w:r>
                  <w:r>
                    <w:rPr>
                      <w:rFonts w:eastAsia="Sans Serif"/>
                    </w:rPr>
                    <w:br/>
                    <w:t>1 užduotis</w:t>
                  </w:r>
                </w:p>
              </w:txbxContent>
            </v:textbox>
            <w10:wrap anchorx="page" anchory="page"/>
          </v:shape>
        </w:pict>
      </w:r>
    </w:p>
    <w:p w14:paraId="1EBB93C6" w14:textId="77777777" w:rsidR="00FC43EA" w:rsidRDefault="0071648E">
      <w:pPr>
        <w:spacing w:after="0"/>
        <w:rPr>
          <w:rFonts w:hint="eastAsia"/>
        </w:rPr>
      </w:pPr>
      <w:r>
        <w:rPr>
          <w:rFonts w:hint="eastAsia"/>
        </w:rPr>
        <w:pict w14:anchorId="0F5B256F">
          <v:shape id="_x0000_s1029" type="#_x0000_t202" alt="" style="position:absolute;margin-left:472pt;margin-top:190.15pt;width:149.45pt;height:32.55pt;z-index:2517063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57E9360" w14:textId="77777777" w:rsidR="00FC43EA" w:rsidRDefault="00000000">
                  <w:pPr>
                    <w:rPr>
                      <w:rFonts w:hint="eastAsia"/>
                    </w:rPr>
                  </w:pPr>
                  <w:r>
                    <w:rPr>
                      <w:rFonts w:eastAsia="Sans Serif"/>
                    </w:rPr>
                    <w:t>1 pav. Sustiprintas profilis HE 450 B</w:t>
                  </w:r>
                  <w:r>
                    <w:rPr>
                      <w:rFonts w:eastAsia="Sans Serif"/>
                    </w:rPr>
                    <w:br/>
                  </w:r>
                  <w:r>
                    <w:rPr>
                      <w:rFonts w:eastAsia="Sans Serif"/>
                    </w:rPr>
                    <w:br/>
                    <w:t>a) Inercijos momentas y₀-y₀ ašies atžvilgiu</w:t>
                  </w:r>
                </w:p>
              </w:txbxContent>
            </v:textbox>
            <w10:wrap anchorx="page" anchory="page"/>
          </v:shape>
        </w:pict>
      </w:r>
    </w:p>
    <w:p w14:paraId="1D20DADD" w14:textId="77777777" w:rsidR="00FC43EA" w:rsidRDefault="0071648E">
      <w:pPr>
        <w:spacing w:after="0"/>
        <w:rPr>
          <w:rFonts w:hint="eastAsia"/>
        </w:rPr>
      </w:pPr>
      <w:r>
        <w:rPr>
          <w:rFonts w:hint="eastAsia"/>
        </w:rPr>
        <w:pict w14:anchorId="2E1B4FCD">
          <v:shape id="_x0000_s1028" type="#_x0000_t202" alt="" style="position:absolute;margin-left:476.75pt;margin-top:270.55pt;width:137.2pt;height:17.6pt;z-index:2517073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4413713" w14:textId="77777777" w:rsidR="00FC43EA" w:rsidRDefault="00000000">
                  <w:pPr>
                    <w:rPr>
                      <w:rFonts w:hint="eastAsia"/>
                    </w:rPr>
                  </w:pPr>
                  <w:r>
                    <w:rPr>
                      <w:rFonts w:eastAsia="Sans Serif"/>
                    </w:rPr>
                    <w:t>b) Inercijos momentas z₀ašies atžvilgiu</w:t>
                  </w:r>
                </w:p>
              </w:txbxContent>
            </v:textbox>
            <w10:wrap anchorx="page" anchory="page"/>
          </v:shape>
        </w:pict>
      </w:r>
    </w:p>
    <w:p w14:paraId="10791226" w14:textId="77777777" w:rsidR="00FC43EA" w:rsidRDefault="0071648E">
      <w:pPr>
        <w:spacing w:after="0"/>
        <w:rPr>
          <w:rFonts w:hint="eastAsia"/>
        </w:rPr>
      </w:pPr>
      <w:r>
        <w:rPr>
          <w:rFonts w:hint="eastAsia"/>
        </w:rPr>
        <w:pict w14:anchorId="1D8C8282">
          <v:shape id="_x0000_s1027" type="#_x0000_t202" alt="" style="position:absolute;margin-left:473.95pt;margin-top:474.35pt;width:106.8pt;height:20.25pt;z-index:2517084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C8AC781" w14:textId="77777777" w:rsidR="00FC43EA" w:rsidRDefault="00000000">
                  <w:pPr>
                    <w:rPr>
                      <w:rFonts w:hint="eastAsia"/>
                    </w:rPr>
                  </w:pPr>
                  <w:r>
                    <w:rPr>
                      <w:rFonts w:eastAsia="Sans Serif"/>
                    </w:rPr>
                    <w:t>2 pav. Suvirintas dvitejinis profilis</w:t>
                  </w:r>
                </w:p>
              </w:txbxContent>
            </v:textbox>
            <w10:wrap anchorx="page" anchory="page"/>
          </v:shape>
        </w:pict>
      </w:r>
    </w:p>
    <w:p w14:paraId="0FBA08AF" w14:textId="77777777" w:rsidR="00FC43EA" w:rsidRDefault="0071648E">
      <w:pPr>
        <w:spacing w:after="0"/>
        <w:rPr>
          <w:rFonts w:hint="eastAsia"/>
        </w:rPr>
      </w:pPr>
      <w:r>
        <w:rPr>
          <w:rFonts w:hint="eastAsia"/>
        </w:rPr>
        <w:pict w14:anchorId="627F9734">
          <v:shape id="_x0000_s1026" type="#_x0000_t202" alt="" style="position:absolute;margin-left:198.5pt;margin-top:293.6pt;width:84.25pt;height:15.7pt;z-index:2517094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1155C84" w14:textId="77777777" w:rsidR="00FC43EA" w:rsidRDefault="00000000">
                  <w:pPr>
                    <w:rPr>
                      <w:rFonts w:hint="eastAsia"/>
                    </w:rPr>
                  </w:pPr>
                  <w:r>
                    <w:rPr>
                      <w:rFonts w:eastAsia="Sans Serif"/>
                    </w:rPr>
                    <w:t>23 pav. Sudėtinis skerspjūvis</w:t>
                  </w:r>
                </w:p>
              </w:txbxContent>
            </v:textbox>
            <w10:wrap anchorx="page" anchory="page"/>
          </v:shape>
        </w:pict>
      </w:r>
    </w:p>
    <w:sectPr w:rsidR="00FC43EA"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Sans Serif">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0195408">
    <w:abstractNumId w:val="8"/>
  </w:num>
  <w:num w:numId="2" w16cid:durableId="571740099">
    <w:abstractNumId w:val="6"/>
  </w:num>
  <w:num w:numId="3" w16cid:durableId="2021851908">
    <w:abstractNumId w:val="5"/>
  </w:num>
  <w:num w:numId="4" w16cid:durableId="1443769304">
    <w:abstractNumId w:val="4"/>
  </w:num>
  <w:num w:numId="5" w16cid:durableId="1548906127">
    <w:abstractNumId w:val="7"/>
  </w:num>
  <w:num w:numId="6" w16cid:durableId="1013337150">
    <w:abstractNumId w:val="3"/>
  </w:num>
  <w:num w:numId="7" w16cid:durableId="1898274272">
    <w:abstractNumId w:val="2"/>
  </w:num>
  <w:num w:numId="8" w16cid:durableId="164789291">
    <w:abstractNumId w:val="1"/>
  </w:num>
  <w:num w:numId="9" w16cid:durableId="9768402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067E"/>
    <w:rsid w:val="00326F90"/>
    <w:rsid w:val="0071648E"/>
    <w:rsid w:val="008238BB"/>
    <w:rsid w:val="00AA1D8D"/>
    <w:rsid w:val="00B47730"/>
    <w:rsid w:val="00CB0664"/>
    <w:rsid w:val="00FC43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8"/>
    <o:shapelayout v:ext="edit">
      <o:idmap v:ext="edit" data="1"/>
    </o:shapelayout>
  </w:shapeDefaults>
  <w:decimalSymbol w:val="."/>
  <w:listSeparator w:val=","/>
  <w14:docId w14:val="4527513A"/>
  <w14:defaultImageDpi w14:val="300"/>
  <w15:docId w15:val="{6654BBAF-D132-0949-8B0B-4A84D366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8BB"/>
    <w:rPr>
      <w:rFonts w:ascii="Sans Serif" w:hAnsi="Sans Serif"/>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34</Words>
  <Characters>195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2026-08-17T21:17:00Z</dcterms:modified>
  <cp:category/>
</cp:coreProperties>
</file>