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90.18pt;top:190.70pt;width:288.83pt;height:46.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2.06 PAGRINDINIO METALO IR SUVIRINTŲJŲ JUNGČIŲ TERMINIS</w:t>
                    <w:br/>
                  </w:r>
                  <w:r>
                    <w:rPr>
                      <w:rFonts w:ascii="Sans Serif" w:hAnsi="Sans Serif" w:eastAsia="Sans Serif"/>
                      <w:sz val="8"/>
                    </w:rPr>
                    <w:t>APDOROJIMAS</w:t>
                  </w:r>
                </w:p>
              </w:txbxContent>
            </v:textbox>
            <w10:wrap type="none" anchorx="page" anchory="page"/>
          </v:shape>
        </w:pict>
      </w:r>
    </w:p>
    <w:p>
      <w:pPr>
        <w:spacing w:before="0" w:after="0"/>
      </w:pPr>
      <w:r>
        <w:pict>
          <v:shape style="position:absolute;left:311.78pt;top:362.46pt;width:98.90pt;height:23.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Višniakas</w:t>
                  </w:r>
                </w:p>
              </w:txbxContent>
            </v:textbox>
            <w10:wrap type="none" anchorx="page" anchory="page"/>
          </v:shape>
        </w:pict>
      </w:r>
    </w:p>
    <w:p>
      <w:pPr>
        <w:spacing w:before="0" w:after="0"/>
      </w:pPr>
      <w:r>
        <w:pict>
          <v:shape style="position:absolute;left:205.48pt;top:486.96pt;width:53.13pt;height:33.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51.58pt;top:74.24pt;width:340.85pt;height:200.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Įvadas 3</w:t>
                    <w:br/>
                  </w:r>
                  <w:r>
                    <w:rPr>
                      <w:rFonts w:ascii="Sans Serif" w:hAnsi="Sans Serif" w:eastAsia="Sans Serif"/>
                      <w:sz val="8"/>
                    </w:rPr>
                    <w:t>2. Terminis apdorojimas, nesusijęs su faziniais virsmais metaluose 4</w:t>
                    <w:br/>
                  </w:r>
                  <w:r>
                    <w:rPr>
                      <w:rFonts w:ascii="Sans Serif" w:hAnsi="Sans Serif" w:eastAsia="Sans Serif"/>
                      <w:sz val="8"/>
                    </w:rPr>
                    <w:t>3. Terminis apdorojimas, susijęs su faziniais ir alotropiniais virsmais metaluose 8</w:t>
                    <w:br/>
                  </w:r>
                  <w:r>
                    <w:rPr>
                      <w:rFonts w:ascii="Sans Serif" w:hAnsi="Sans Serif" w:eastAsia="Sans Serif"/>
                      <w:sz val="8"/>
                    </w:rPr>
                    <w:t>4. Austenito izoterminio virsmo diagrama 10</w:t>
                    <w:br/>
                  </w:r>
                  <w:r>
                    <w:rPr>
                      <w:rFonts w:ascii="Sans Serif" w:hAnsi="Sans Serif" w:eastAsia="Sans Serif"/>
                      <w:sz val="8"/>
                    </w:rPr>
                    <w:t>5. Perlitinis virsmas 11</w:t>
                    <w:br/>
                  </w:r>
                  <w:r>
                    <w:rPr>
                      <w:rFonts w:ascii="Sans Serif" w:hAnsi="Sans Serif" w:eastAsia="Sans Serif"/>
                      <w:sz val="8"/>
                    </w:rPr>
                    <w:t>6. Martensitinis virsmas 12</w:t>
                    <w:br/>
                  </w:r>
                  <w:r>
                    <w:rPr>
                      <w:rFonts w:ascii="Sans Serif" w:hAnsi="Sans Serif" w:eastAsia="Sans Serif"/>
                      <w:sz val="8"/>
                    </w:rPr>
                    <w:t>7. Atleidimo virsmai ir plieno mechaninių savybių kitimas atleidimo metu 15</w:t>
                    <w:br/>
                  </w:r>
                  <w:r>
                    <w:rPr>
                      <w:rFonts w:ascii="Sans Serif" w:hAnsi="Sans Serif" w:eastAsia="Sans Serif"/>
                      <w:sz val="8"/>
                    </w:rPr>
                    <w:t>8. Plieno atkaitinimas 18</w:t>
                    <w:br/>
                  </w:r>
                  <w:r>
                    <w:rPr>
                      <w:rFonts w:ascii="Sans Serif" w:hAnsi="Sans Serif" w:eastAsia="Sans Serif"/>
                      <w:sz val="8"/>
                    </w:rPr>
                    <w:t>9. Plieno normalizavimas 19</w:t>
                    <w:br/>
                  </w:r>
                  <w:r>
                    <w:rPr>
                      <w:rFonts w:ascii="Sans Serif" w:hAnsi="Sans Serif" w:eastAsia="Sans Serif"/>
                      <w:sz val="8"/>
                    </w:rPr>
                    <w:t>10. Plieno grūdinimas 20</w:t>
                    <w:br/>
                  </w:r>
                  <w:r>
                    <w:rPr>
                      <w:rFonts w:ascii="Sans Serif" w:hAnsi="Sans Serif" w:eastAsia="Sans Serif"/>
                      <w:sz val="8"/>
                    </w:rPr>
                    <w:t>11. Plieno atleidimas 26</w:t>
                    <w:br/>
                  </w:r>
                  <w:r>
                    <w:rPr>
                      <w:rFonts w:ascii="Sans Serif" w:hAnsi="Sans Serif" w:eastAsia="Sans Serif"/>
                      <w:sz val="8"/>
                    </w:rPr>
                    <w:t>Literatūros sąrašas 27</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67pt;top:59.41pt;width:358.12pt;height:442.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1.Įvadas</w:t>
                    <w:br/>
                  </w:r>
                  <w:r>
                    <w:rPr>
                      <w:rFonts w:ascii="Sans Serif" w:hAnsi="Sans Serif" w:eastAsia="Sans Serif"/>
                      <w:sz val="8"/>
                    </w:rPr>
                    <w:t> </w:t>
                    <w:br/>
                  </w:r>
                  <w:r>
                    <w:rPr>
                      <w:rFonts w:ascii="Sans Serif" w:hAnsi="Sans Serif" w:eastAsia="Sans Serif"/>
                      <w:sz val="8"/>
                    </w:rPr>
                    <w:t>Metalų terminio apdorojimo esmė. Terminiu apdorojimu vadinami metalų struktūros ir savybių keitimo terminiu poveikiu technologiniai procesai. Yra du pagrindiniai terminio apdorojimo atvejai: terminis apdorojimas, nesusijęs su faziniais virsmais metaluose, ir terminis apdorojimas, kuriam metaluose būtini faziniai virsmai. Abiem atvejais terminio apdorojimo procesą sudaro trys etapai: įkaitinimas, izoterminis išlaikymas ir aušinimas. Pagrindiniai terminio apdorojimo technologiniai procesai yra atkaitinimas, grūdinimas, atleidimas ir sendinimas.</w:t>
                    <w:br/>
                  </w:r>
                  <w:r>
                    <w:rPr>
                      <w:rFonts w:ascii="Sans Serif" w:hAnsi="Sans Serif" w:eastAsia="Sans Serif"/>
                      <w:sz val="8"/>
                    </w:rPr>
                    <w:t> </w:t>
                    <w:br/>
                  </w:r>
                  <w:r>
                    <w:rPr>
                      <w:rFonts w:ascii="Sans Serif" w:hAnsi="Sans Serif" w:eastAsia="Sans Serif"/>
                      <w:sz val="8"/>
                    </w:rPr>
                    <w:t>Atkaitinant siekiama metalo struktūrą priartinti prie pusiausvyrinės (nurodytos pusiausvyrinėse lydinių būvio diagramose). Atkaitintas metalas yra minkštas ir plastiškas. Jame nėra vidinių įtempimų. Atkaitinimo temperatūra parenkama atsižvelgiant į atkaitinimo tikslą ir metalo cheminę sudėtį. Aušinimas paprastai būna lėtas - 30 - 200 $^\circ$C/h ribose.</w:t>
                    <w:br/>
                  </w:r>
                  <w:r>
                    <w:rPr>
                      <w:rFonts w:ascii="Sans Serif" w:hAnsi="Sans Serif" w:eastAsia="Sans Serif"/>
                      <w:sz val="8"/>
                    </w:rPr>
                    <w:t> </w:t>
                    <w:br/>
                  </w:r>
                  <w:r>
                    <w:rPr>
                      <w:rFonts w:ascii="Sans Serif" w:hAnsi="Sans Serif" w:eastAsia="Sans Serif"/>
                      <w:sz val="8"/>
                    </w:rPr>
                    <w:t>Grūdinimu siekiama lydiniuose sudaryti nepusiausvyrines - metastabilias struktūras. Tai įmanoma tik tais atvejais, jei apdorojamo lydinio kietųjų tirpalų koncentracija kinta, jame vyksta alotropiniai virsmai, eutektoidinė reakcija ir pan. Grūdinimui lydiniai įkaitinami virš fazinių virsmų temperatūros ir greitai aušinami. Taip neleidžiama vykti virsmams, vykstantiems lėto aušimo atvejau. Daugelis užgrūdintų lydinių turi didžiausią kietumą ir stiprumą. Jei grūdinant ataušintame lydinyje lieka struktūra, susidariusi įkaitinimo temperatūroje, tai toks grūdinimas vadinamas fiksuojančiu. Šiuo atveju betarpiškai po grūdinimo lydiniai nėra kiečiausi bei stipriausi. Jie sukietėja ir sustiprėja, pakartotinai pakaitinus užgrūdintą metalą arba ilgiau palaikius jį kambario temperatūroje.</w:t>
                    <w:br/>
                  </w:r>
                  <w:r>
                    <w:rPr>
                      <w:rFonts w:ascii="Sans Serif" w:hAnsi="Sans Serif" w:eastAsia="Sans Serif"/>
                      <w:sz val="8"/>
                    </w:rPr>
                    <w:t> </w:t>
                    <w:br/>
                  </w:r>
                  <w:r>
                    <w:rPr>
                      <w:rFonts w:ascii="Sans Serif" w:hAnsi="Sans Serif" w:eastAsia="Sans Serif"/>
                      <w:sz val="8"/>
                    </w:rPr>
                    <w:t>Atleidimas ir sendinimas -- tai terminis apdorojimas, kurio metu užgrūdintuose lydiniuose vyksta faziniai virsmai, priartinantys jų struktūras prie pusiausvyrinių. Tačiau atleidimo arba sendinimo temperatūra ir išlaikymo trukmė parenkami taip, kad užgrūdintame lydinyje nesusidarytų pusiausvyrinė struktūra. Tai įgalina gauti geresnes savybes negu atkaitintų lydinių savybės. Aušinimo greitis iš atleidimo arba sendinimo temperatūros dažniausiai lydinių struktūrai bei savybėms įtakos neturi.</w:t>
                    <w:br/>
                  </w:r>
                  <w:r>
                    <w:rPr>
                      <w:rFonts w:ascii="Sans Serif" w:hAnsi="Sans Serif" w:eastAsia="Sans Serif"/>
                      <w:sz val="8"/>
                    </w:rPr>
                    <w:t> </w:t>
                    <w:br/>
                  </w:r>
                  <w:r>
                    <w:rPr>
                      <w:rFonts w:ascii="Sans Serif" w:hAnsi="Sans Serif" w:eastAsia="Sans Serif"/>
                      <w:sz val="8"/>
                    </w:rPr>
                    <w:t>Terminas "atleidimas" vartojamas kalbant apie lydinius, kuriuos grūdinant vyksta polimorfiniai virsmai (dauguma plienų, kai kurie titano lydiniai, dvifazės aliumininės bronzos).</w:t>
                    <w:br/>
                  </w:r>
                  <w:r>
                    <w:rPr>
                      <w:rFonts w:ascii="Sans Serif" w:hAnsi="Sans Serif" w:eastAsia="Sans Serif"/>
                      <w:sz val="8"/>
                    </w:rPr>
                    <w:t> </w:t>
                    <w:br/>
                  </w:r>
                  <w:r>
                    <w:rPr>
                      <w:rFonts w:ascii="Sans Serif" w:hAnsi="Sans Serif" w:eastAsia="Sans Serif"/>
                      <w:sz val="8"/>
                    </w:rPr>
                    <w:t>Terminas "sendinimas" -- kalbant apie lydinius, kuriuos grūdinant polimorfiniai virsmai nevyksta (aliuminio lydiniai, nikelio lydiniai, austenitinės klasės plienai kt.).</w:t>
                  </w:r>
                </w:p>
              </w:txbxContent>
            </v:textbox>
            <w10:wrap type="none" anchorx="page" anchory="page"/>
          </v:shape>
        </w:pict>
      </w:r>
    </w:p>
    <w:p>
      <w:pPr>
        <w:spacing w:before="0" w:after="0"/>
      </w:pPr>
      <w:r>
        <w:pict>
          <v:shape style="position:absolute;left:452.16pt;top:66.15pt;width:360.94pt;height:48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Terminis apdorojimas, nesusijęs su faziniais virsmais metaluose</w:t>
                    <w:br/>
                  </w:r>
                  <w:r>
                    <w:rPr>
                      <w:rFonts w:ascii="Sans Serif" w:hAnsi="Sans Serif" w:eastAsia="Sans Serif"/>
                      <w:sz val="8"/>
                    </w:rPr>
                    <w:t> </w:t>
                    <w:br/>
                  </w:r>
                  <w:r>
                    <w:rPr>
                      <w:rFonts w:ascii="Sans Serif" w:hAnsi="Sans Serif" w:eastAsia="Sans Serif"/>
                      <w:sz val="8"/>
                    </w:rPr>
                    <w:t>Difuzinis atkaitinimas (homogenizacija). Jo paskirtis - panaikinti arba sumažinti dendritinę ir interkristalinę likvacijas. Šios likvacijos mažina lydinių plastiškumą, apsunkina jų apdorojimą spaudimu, sukelia savybių anizotropiją.</w:t>
                    <w:br/>
                  </w:r>
                  <w:r>
                    <w:rPr>
                      <w:rFonts w:ascii="Sans Serif" w:hAnsi="Sans Serif" w:eastAsia="Sans Serif"/>
                      <w:sz val="8"/>
                    </w:rPr>
                    <w:t> </w:t>
                    <w:br/>
                  </w:r>
                  <w:r>
                    <w:rPr>
                      <w:rFonts w:ascii="Sans Serif" w:hAnsi="Sans Serif" w:eastAsia="Sans Serif"/>
                      <w:sz val="8"/>
                    </w:rPr>
                    <w:t>Atkaitinami lydiniai ilgai laikomi aukštoje (artimoje lydomos) temperatūroje. Dėl difuzinių procesų palaipsniui išsilygina struktūros grūdelių cheminė sudėtis. Pavyzdžiui, homogenizuojant plieno luitus, austenito grūdeliuose tolygiau pasiskirsto fosforas, anglis bei legiruojantys elementai, palankiau išsidėsto sulfidai ir kai kurie kiti nemetaliniai intarpai.</w:t>
                    <w:br/>
                  </w:r>
                  <w:r>
                    <w:rPr>
                      <w:rFonts w:ascii="Sans Serif" w:hAnsi="Sans Serif" w:eastAsia="Sans Serif"/>
                      <w:sz val="8"/>
                    </w:rPr>
                    <w:t> </w:t>
                    <w:br/>
                  </w:r>
                  <w:r>
                    <w:rPr>
                      <w:rFonts w:ascii="Sans Serif" w:hAnsi="Sans Serif" w:eastAsia="Sans Serif"/>
                      <w:sz val="8"/>
                    </w:rPr>
                    <w:t>Dažniausiai homogenizuojami lieti metalo lutai prieš juos apdorojant spaudimu (valcuojant), tačiau taip gali būti atkaitinami ir stambesni sudėtingos formos lietų detalių ruošiniai. Legiruotojo plieno luitai homogenizuojami 1100-1300 $^\circ$C temperatūroje, išlaikant šioje temperatūroje 10-50 val. Aliuminio ir magnio luitai - 400-530 $^\circ$C temperatūroje, išlaikant 15-30 val. Liejinių homogenizavimo trukmė - 6-15 val. Homogenizuoti gaminiai aušinami lėtai - dažniausiai kartu su krosnimi, rečiau - ore.</w:t>
                    <w:br/>
                  </w:r>
                  <w:r>
                    <w:rPr>
                      <w:rFonts w:ascii="Sans Serif" w:hAnsi="Sans Serif" w:eastAsia="Sans Serif"/>
                      <w:sz val="8"/>
                    </w:rPr>
                    <w:t> </w:t>
                    <w:br/>
                  </w:r>
                  <w:r>
                    <w:rPr>
                      <w:rFonts w:ascii="Sans Serif" w:hAnsi="Sans Serif" w:eastAsia="Sans Serif"/>
                      <w:sz val="8"/>
                    </w:rPr>
                    <w:t>Plienų difuzinio atkaitinimo metu sustambėja struktūros grūdeliai. Apdorojant luitus spaudimu, šis defektas panaikinamas. Homogenizuotų detalių liejinius struktūros susmulkinimui reikia papildomai termiškai apdoroti.</w:t>
                    <w:br/>
                  </w:r>
                  <w:r>
                    <w:rPr>
                      <w:rFonts w:ascii="Sans Serif" w:hAnsi="Sans Serif" w:eastAsia="Sans Serif"/>
                      <w:sz val="8"/>
                    </w:rPr>
                    <w:t> </w:t>
                    <w:br/>
                  </w:r>
                  <w:r>
                    <w:rPr>
                      <w:rFonts w:ascii="Sans Serif" w:hAnsi="Sans Serif" w:eastAsia="Sans Serif"/>
                      <w:sz val="8"/>
                    </w:rPr>
                    <w:t>Rekristalizacija ir rekristalizacinis atkaitinimas. Plastiškai deformuotame metale susikaupia 5-15 % deformavimui sunaudotos energijos. Tokia metalo būklė termodinamiškai yra nestabili. Jame turi vykti procesai, mažinantys laisvąją energiją, t.y. struktūros stabilizejimo procesai. Daugumoje plastiškai deformuotų metalų ryškesni struktūros stabilėjimo procesai kambario temperatūroje nevyksta. Jie vyksta tik kaitinant deformuotą metalą. Išskirtini du deformuoto metalo struktūros stabilėjimo etapai: atsisatymas ir rekristalizacija.</w:t>
                    <w:br/>
                  </w:r>
                  <w:r>
                    <w:rPr>
                      <w:rFonts w:ascii="Sans Serif" w:hAnsi="Sans Serif" w:eastAsia="Sans Serif"/>
                      <w:sz val="8"/>
                    </w:rPr>
                    <w:t> </w:t>
                    <w:br/>
                  </w:r>
                  <w:r>
                    <w:rPr>
                      <w:rFonts w:ascii="Sans Serif" w:hAnsi="Sans Serif" w:eastAsia="Sans Serif"/>
                      <w:sz val="8"/>
                    </w:rPr>
                    <w:t>Atsistatymas vyksta neaukštoje temperatūroje, neviršijančioje 0,3 metalo lydimosi temperatūros (išreikštos K laipsniais). Atsistatymo etapo stadijos yra poilsis ir poligonizacija.</w:t>
                    <w:br/>
                  </w:r>
                  <w:r>
                    <w:rPr>
                      <w:rFonts w:ascii="Sans Serif" w:hAnsi="Sans Serif" w:eastAsia="Sans Serif"/>
                      <w:sz val="8"/>
                    </w:rPr>
                    <w:t> </w:t>
                    <w:br/>
                  </w:r>
                  <w:r>
                    <w:rPr>
                      <w:rFonts w:ascii="Sans Serif" w:hAnsi="Sans Serif" w:eastAsia="Sans Serif"/>
                      <w:sz val="8"/>
                    </w:rPr>
                    <w:t>Poilsio stadijoje deformuotų struktūros grūdelių forma ir dydis nekinta, juose sumažėja vakansinių, dislokuotų atomų bei dislokacijų tankis ir kristalinės gardelės iškraipymai. Dėl to truputį ($\sim$ 10-15 %) sumažėja deformuoto metalo kietumas bei stiprumas ir atitinkamai padidėja plastiškumas. Kai kurios fizinės savybės, pavyzdžiui, elektros varža, atsistato visiškai.</w:t>
                    <w:br/>
                  </w:r>
                  <w:r>
                    <w:rPr>
                      <w:rFonts w:ascii="Sans Serif" w:hAnsi="Sans Serif" w:eastAsia="Sans Serif"/>
                      <w:sz val="8"/>
                    </w:rPr>
                    <w:t> </w:t>
                    <w:br/>
                  </w:r>
                  <w:r>
                    <w:rPr>
                      <w:rFonts w:ascii="Sans Serif" w:hAnsi="Sans Serif" w:eastAsia="Sans Serif"/>
                      <w:sz val="8"/>
                    </w:rPr>
                    <w:t>Poligonizacijos stadijoje intensyviai mažėja dislokacijų tankis, keičiasi jų išsidėstymas. Dalis dislokacijų tarpusavio sąveikoje pasinaikina (anihiliuojasi) likusi dalis - susigrupuoja į „sieneles“, sudarydama subgrūdų ribas. Taip deformuotame kristale susidaro smulkūs daugiakampiai (poligoniniai) subgrūdeliai, kuriuose nėra dislokacijų (3.3 pav.). Poligonizacija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0.50pt;top:63.37pt;width:353.49pt;height:339.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vyksta tik kai kuriuose, mažai deformuotose ($\epsilon$ = 2-8 %) techninio grynumo metaluose ir lydiniuose. Šis reiškinys būdingas aliminiui, geležiai, molibdenui bei jų lydiniams. Ji labai retai vyksta varyje bei jo lydiniuose. Dėl poliganizacijos sumažėja deformuoto metalo kietumas bei stiprumas ir padidėja plastiškumas. Poligonizuota blokinė struktūra yra patvari beveik iki lydymosi temperatūros. Dėl to įvykus poligonizacijai nebebūna rekristalizacijos etapo.</w:t>
                    <w:br/>
                  </w:r>
                  <w:r>
                    <w:rPr>
                      <w:rFonts w:ascii="Sans Serif" w:hAnsi="Sans Serif" w:eastAsia="Sans Serif"/>
                      <w:sz val="8"/>
                    </w:rPr>
                    <w:t> </w:t>
                    <w:br/>
                  </w:r>
                  <w:r>
                    <w:rPr>
                      <w:rFonts w:ascii="Sans Serif" w:hAnsi="Sans Serif" w:eastAsia="Sans Serif"/>
                      <w:sz val="8"/>
                    </w:rPr>
                    <w:t>Rekristalizacija - tai naujų nedeformuotų struktūros grūdelių susidarymo procesas. Ji vyksta tik tuo atveju, jei metalas buvo deformuotas didesniu už tam tikrą kritinį deformavimo laipsnį. Kritinis deformavimo laipsnis paprastai būna nedidelis -2-8 %. Pavyzdžiui, aliminiui jis yra $\sim$ 2%, geležiai - $\sim$ 5%. Jei deformavimo laipsnis mažesnis už kritinį, nauji grūdeliai nesusidaro.</w:t>
                    <w:br/>
                  </w:r>
                  <w:r>
                    <w:rPr>
                      <w:rFonts w:ascii="Sans Serif" w:hAnsi="Sans Serif" w:eastAsia="Sans Serif"/>
                      <w:sz val="8"/>
                    </w:rPr>
                    <w:t> </w:t>
                    <w:br/>
                  </w:r>
                  <w:r>
                    <w:rPr>
                      <w:rFonts w:ascii="Sans Serif" w:hAnsi="Sans Serif" w:eastAsia="Sans Serif"/>
                      <w:sz val="8"/>
                    </w:rPr>
                    <w:t>Temperatūra, kurioje pradeda susidaryti pirmieji rekristalizuoti struktūros grūdeliai (1. pav.), vadinama rekristalizacijos pradžios temperatūra. Didėjant deformavimo laipsniui, metalo rekristalizacijos pradžios temperatūra žemėja. Esant dideliam deformavimo laipsniui (60-70 %), labai grynų metalų rekristalizacijos pradžios temperatūra yra $\sim$ 10-25 % metalo lydymosi temperatūros, techninio grynumo $\sim$ 30-40 %, kietųjų tirpalų struktūros lydinių $\sim$ 50-60 % (skaičiuojant nuo absoliutaus nulio).</w:t>
                    <w:br/>
                  </w:r>
                  <w:r>
                    <w:rPr>
                      <w:rFonts w:ascii="Sans Serif" w:hAnsi="Sans Serif" w:eastAsia="Sans Serif"/>
                      <w:sz val="8"/>
                    </w:rPr>
                    <w:t> </w:t>
                    <w:br/>
                  </w:r>
                  <w:r>
                    <w:rPr>
                      <w:rFonts w:ascii="Sans Serif" w:hAnsi="Sans Serif" w:eastAsia="Sans Serif"/>
                      <w:sz val="8"/>
                    </w:rPr>
                    <w:t>Rekristalizacija vyksta susidarant ir augant rekristalizacijos centrams. Pirmieji rekristalizacijos centrai susidaro tose vietose, kur yra didžiausias dislokacijų tankis, nes čia metalo laisvoji energija yra didžiausia. Dažniausiai tai būna deformuotų struktūrų grūdelių ribos. Rekristalizacijos centrai auga difuziniu būdu prisijungiant prie jų deformuotų kristalų atomams. Rekristalizacijos centrų susidarymo ir jų augimo procesas vadinamas pirmine rekristalizacija. Pirminė rekristalizacija baigiasi, kada išnyksta visi deformuoti struktūros grūdeliai. Jai pasibaigus, metalo struktūra yra smulkiagrūdė, taisyklinga (1. pav., b). Pirminės rekristalizacijos metu visiškai išnyksta deformacinis sukietėjimas, t.y. metalas vėl pasidaro minkštas ir plastiškas (2. pav.).</w:t>
                  </w:r>
                </w:p>
              </w:txbxContent>
            </v:textbox>
            <w10:wrap type="none" anchorx="page" anchory="page"/>
          </v:shape>
        </w:pict>
      </w:r>
    </w:p>
    <w:p>
      <w:pPr>
        <w:spacing w:before="0" w:after="0"/>
      </w:pPr>
      <w:r>
        <w:pict>
          <v:shape style="position:absolute;left:48.05pt;top:497.86pt;width:348.39pt;height:51.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Metalo mikrostruktūros kitimas rekristalizacijos metu schema: a - deformuotas metalas, b - pirminės rekristalizacijos pradžia, c - pirminės rekristalizacijos pabaiga, d - surenkamosios rekristalizacijos stadija.</w:t>
                  </w:r>
                </w:p>
              </w:txbxContent>
            </v:textbox>
            <w10:wrap type="none" anchorx="page" anchory="page"/>
          </v:shape>
        </w:pict>
      </w:r>
    </w:p>
    <w:p>
      <w:pPr>
        <w:spacing w:before="0" w:after="0"/>
      </w:pPr>
      <w:r>
        <w:pict>
          <v:shape style="position:absolute;left:462.40pt;top:70.63pt;width:348.47pt;height:173.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Toliau keliant temperatūrą arba išlaikant metalą pastovioje temperatūroje, rekristalizuoti struktūros grūdeliai auga. Ši rekristalizacijos stadija vadinama surenkamaja rekristalizacija (1. pav., d). Surenkamosios rekristalizacijos metu metalo mechaninės savybės kinta nežymyiai (2. pav.). Metalų plastiškumas ir ypač smūginis tąsumas priklauso nuo struktūros grūdelių dydžio - mažėjant struktūros grūdeliams, smūginis tąsumas didėja. Rekristalizuotų metalų struktūros grūdelių dydžiui įtakingiausi faktoriai yra deformavimo laipsnis ir rekristalizacijos temperatūra. Išlaikymo rekristalizacijos temperatūroje įtaka mažesnė. Didėjant metalo deformavimo laipsniui, rekristalizacijos struktūros grūdeliai mažėja, o kylant rekristalizacijos temperatūrai - didėja. Rekristalizuotų metalų savybės dažniausiai yra izotropinės, t.y. visomis kryptimis vienodos. Tačiau būna atvejų, kada rekristalizuotoje struktūroje susidaro tam tikra kristalografinė orientacija. Šis reiškinys vadinamas rekristalizacijos tekstūra.</w:t>
                  </w:r>
                </w:p>
              </w:txbxContent>
            </v:textbox>
            <w10:wrap type="none" anchorx="page" anchory="page"/>
          </v:shape>
        </w:pict>
      </w:r>
    </w:p>
    <w:p>
      <w:pPr>
        <w:spacing w:before="0" w:after="0"/>
      </w:pPr>
      <w:r>
        <w:pict>
          <v:shape style="position:absolute;left:455.10pt;top:398.36pt;width:353.76pt;height:153.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Rekristalizacijos tekstūra dažniau pastebima varyje, aliuminyje, geležyje ir jų lydiniuose. Jos susidaryma skatina deformavimo tekstūra, kai kurios priemaišos, apdorojimo spaudimu ir atkaitinimo technologiniai ypatumai. Susidarius rekristalizacijos tekstūrai, metalo savybės būna anizotropiškos. Daugumai konstrukcinių lydinių tai nepageidautina. Tačiau specialiųjų savybių lydiniuose ji gali būti naudinga. Pavyzdžiui, transformatorinių plienų lakštuose rekristalizacijos tekstūra įgalina sumažinti permagnetinimo nuostolius.</w:t>
                    <w:br/>
                  </w:r>
                  <w:r>
                    <w:rPr>
                      <w:rFonts w:ascii="Sans Serif" w:hAnsi="Sans Serif" w:eastAsia="Sans Serif"/>
                      <w:sz val="8"/>
                    </w:rPr>
                    <w:t> </w:t>
                    <w:br/>
                  </w:r>
                  <w:r>
                    <w:rPr>
                      <w:rFonts w:ascii="Sans Serif" w:hAnsi="Sans Serif" w:eastAsia="Sans Serif"/>
                      <w:sz val="8"/>
                    </w:rPr>
                    <w:t>Daugiafazių lydinių rekristalizacijos procesas žymiai sudėtingesnis negu grynų metalų ar vienfazių lydinių. Juose rekristalizacijos centrų susidarymui bei grūdelių augimui turi įtakos skirtingos fazių savybės, jų kiekis, matmenys ir išsidėstymas. Ypatingą reikšmę čia turi antrinių fazių matmenys ir atstumai tarp jų. Kuo arčiau viena kitos yra antrinių fazių dalelės, tuo labiau jos</w:t>
                  </w:r>
                </w:p>
              </w:txbxContent>
            </v:textbox>
            <w10:wrap type="none" anchorx="page" anchory="page"/>
          </v:shape>
        </w:pict>
      </w:r>
    </w:p>
    <w:p>
      <w:pPr>
        <w:spacing w:before="0" w:after="0"/>
      </w:pPr>
      <w:r>
        <w:pict>
          <v:shape style="position:absolute;left:484.96pt;top:373.34pt;width:264.17pt;height:2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Kietumo (a) ir plastiškumo (b) kitimas kaitinant deformuotą metalą</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9.87pt;top:62.97pt;width:354.15pt;height:478.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kliudo naujiems grūdeliams augti ir lėtina rekristalizacinius procesus. Dėl to kyla rekristalizacijos temperatūra, ilgėja pirminės rekristalizacijos trukme. Labiausiai rekristalizacijai trukdo smulkios (0,1 $\mu$m ir mažesnės) antrinių fazių dalelės. Stambesnės dalelės (0,1-0,5 $\mu$m ir daugiau) rekristalizaciją lėtina, jei jos yra arti viena kitos, ir ją spartina, jei yra toli viena nuo kitos. Pastaruoju atveju ant fazių skyrimo ribų susidaro papildomi rekristalizacijos centrai.</w:t>
                    <w:br/>
                  </w:r>
                  <w:r>
                    <w:rPr>
                      <w:rFonts w:ascii="Sans Serif" w:hAnsi="Sans Serif" w:eastAsia="Sans Serif"/>
                      <w:sz val="8"/>
                    </w:rPr>
                    <w:t> </w:t>
                    <w:br/>
                  </w:r>
                  <w:r>
                    <w:rPr>
                      <w:rFonts w:ascii="Sans Serif" w:hAnsi="Sans Serif" w:eastAsia="Sans Serif"/>
                      <w:sz val="8"/>
                    </w:rPr>
                    <w:t>*Rekristalizacinis atkaitinimas* - tai šaltai deformuotų pusgaminių arba detalių įkaitinimas virš rekristalizacijos temperatūros, išlaikymas šioje temperatūroje ir ataušinimas. Pagrindinis rekristalizacinio atkaitinimo tikslas - panaikinti rekristalizacinį sukietėjimą ir grąžinti metalui plastiškumą. Be to, jis gali būti taikomas rekristalizacijos tekstūrai sudaryti specialiuose lydiniuose. Šaltuoju plastiniu deformavimu ir rekristalizaciniu atkaitinimu keičiami struktūros grūdelių dydis bei savybės tokių lydinių, kuriuose kietame būvyje nevykta faziniai virsmai (aliuminis, nikelis, varis, vienfaziai žalvariai ir bronzos, feritinės ir austenitinės klasės plienai).</w:t>
                    <w:br/>
                  </w:r>
                  <w:r>
                    <w:rPr>
                      <w:rFonts w:ascii="Sans Serif" w:hAnsi="Sans Serif" w:eastAsia="Sans Serif"/>
                      <w:sz val="8"/>
                    </w:rPr>
                    <w:t> </w:t>
                    <w:br/>
                  </w:r>
                  <w:r>
                    <w:rPr>
                      <w:rFonts w:ascii="Sans Serif" w:hAnsi="Sans Serif" w:eastAsia="Sans Serif"/>
                      <w:sz val="8"/>
                    </w:rPr>
                    <w:t>Rekristalizaciniu atkaitinimu metalai suminkštinami prieš šaltąjį apdorojimą spaudimu. Dažnai jis taikomas metalų suminkštinimui tarp šaltojo apdorojimo spaudimu (traukimo, valcavimo ir pan.) operacijų. Metalo lakštams, strypams ir kitiems pusgaminiams neretai jis būna ir galutinė terminio apdorojimo operacija.</w:t>
                    <w:br/>
                  </w:r>
                  <w:r>
                    <w:rPr>
                      <w:rFonts w:ascii="Sans Serif" w:hAnsi="Sans Serif" w:eastAsia="Sans Serif"/>
                      <w:sz val="8"/>
                    </w:rPr>
                    <w:t> </w:t>
                    <w:br/>
                  </w:r>
                  <w:r>
                    <w:rPr>
                      <w:rFonts w:ascii="Sans Serif" w:hAnsi="Sans Serif" w:eastAsia="Sans Serif"/>
                      <w:sz val="8"/>
                    </w:rPr>
                    <w:t>Rekristalizacinio atkaitinimo temperatūra dažniausiai būna 100-200 $^\circ\text{C}$ aukštesnė negu apdorojamo metalo rekristalizacijos pradžios temperatūra. Išlaikymo trukmė dažniausiai apribojama pirminės rekristalizacijos stadija. Aušinimo greitis didesnės reikšmės neturi. Dažniausiai iš rekristalizacijos temperatūros ataušinama ramiame ore. Daugumos plienų rekristalizacinio atkaitinimo temperatūra 650-760 $^\circ\text{C}$. Pavyzdžiui, mažo anglingumo (0,08-0,2 % C) plieno lakštai prieš šaltąjį štampavimą atkaitinami (8-12 val.) 680-700 $^\circ\text{C}$ temperatūroje. Šaltuoju traukimu gamintų anglingų legiruotųjų plienų strypai atkaitinami 730 $^\circ\text{C}$ temperatūroje (nuo 0,5 iki 1,5 val.). Deformuojamieji aliuminio lydiniai atkaitinami 350-500 $^\circ\text{C}$ temperatūroje (0,5-3 val.), magnio lydiniai -- 300-350 $^\circ\text{C}$, titano lydiniai -- 650-850 $^\circ\text{C}$, vario lydiniai -- 550-700 $^\circ\text{C}$ temperatūroje.</w:t>
                    <w:br/>
                  </w:r>
                  <w:r>
                    <w:rPr>
                      <w:rFonts w:ascii="Sans Serif" w:hAnsi="Sans Serif" w:eastAsia="Sans Serif"/>
                      <w:sz val="8"/>
                    </w:rPr>
                    <w:t> </w:t>
                    <w:br/>
                  </w:r>
                  <w:r>
                    <w:rPr>
                      <w:rFonts w:ascii="Sans Serif" w:hAnsi="Sans Serif" w:eastAsia="Sans Serif"/>
                      <w:sz val="8"/>
                    </w:rPr>
                    <w:t>*Atkaitinimas vidiniams įtempimams panaikinti.* Dėl daugelio technologinių veiksnių gaminant ruošinius, pusgaminius bei detales, juose susidaro liekamieji vidiniai įtempimai. Vidinių įtempimų veikiami gaminiai deformuojasi ir praranda tikslumą, toliau juos apdorojant, sandėliuojant bei eksploatuojant. Dažnai jie būna priešlaikinio konstrukcijų suirimo priežastis. Dėl to jos būtina panaikinti ar bent sumažint. Liekamieji įtempimai sumažinami arba ir visai panaikinami gaminius atkaitinant. Ketaus bei plieno gaminiuose vidiniai įtempimai labai sumažėja kaitinant juos $\sim 450\ ^\circ\text{C}$ temperatūroje, o išlaikant $\sim 600\ ^\circ\text{C}$ temperatūroje jie beveik visai</w:t>
                  </w:r>
                </w:p>
              </w:txbxContent>
            </v:textbox>
            <w10:wrap type="none" anchorx="page" anchory="page"/>
          </v:shape>
        </w:pict>
      </w:r>
    </w:p>
    <w:p>
      <w:pPr>
        <w:spacing w:before="0" w:after="0"/>
      </w:pPr>
      <w:r>
        <w:pict>
          <v:shape style="position:absolute;left:455.88pt;top:62.73pt;width:357.44pt;height:443.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panaikinami. Pavyzdžiui, liejimo įtempimams sumažinti ir matmenims stabilizuoti ketaus liejiniai</w:t>
                    <w:br/>
                  </w:r>
                  <w:r>
                    <w:rPr>
                      <w:rFonts w:ascii="Sans Serif" w:hAnsi="Sans Serif" w:eastAsia="Sans Serif"/>
                      <w:sz val="8"/>
                    </w:rPr>
                    <w:t>atkaitinami 500-600 $^\circ\text{C}$ temperatūroje, laikant joje 2-10 val. Ketaus mechaninės savybės mažai</w:t>
                    <w:br/>
                  </w:r>
                  <w:r>
                    <w:rPr>
                      <w:rFonts w:ascii="Sans Serif" w:hAnsi="Sans Serif" w:eastAsia="Sans Serif"/>
                      <w:sz val="8"/>
                    </w:rPr>
                    <w:t>tepasikeičia, o vidiniai įtempimai sumažėja 80-90 %. Daugelis precizinių staklių plieninių detalių</w:t>
                    <w:br/>
                  </w:r>
                  <w:r>
                    <w:rPr>
                      <w:rFonts w:ascii="Sans Serif" w:hAnsi="Sans Serif" w:eastAsia="Sans Serif"/>
                      <w:sz val="8"/>
                    </w:rPr>
                    <w:t>(pavarų sraigtai, krumpliaračiai, sliekinių pavarų detalės ir kt.), apdorotos pjovimu, atkaitinamos</w:t>
                    <w:br/>
                  </w:r>
                  <w:r>
                    <w:rPr>
                      <w:rFonts w:ascii="Sans Serif" w:hAnsi="Sans Serif" w:eastAsia="Sans Serif"/>
                      <w:sz val="8"/>
                    </w:rPr>
                    <w:t>500-700 $^\circ\text{C}$ temperatūroje 2-3 val., o po galutinio šlifavimo --160-180 $^\circ\text{C}$ temperatūroje 2-2,5 val.</w:t>
                    <w:br/>
                  </w:r>
                  <w:r>
                    <w:rPr>
                      <w:rFonts w:ascii="Sans Serif" w:hAnsi="Sans Serif" w:eastAsia="Sans Serif"/>
                      <w:sz val="8"/>
                    </w:rPr>
                    <w:t>Suvirinti plieno sujungimai įtempimams sumažinti atkaitinami 650-700 $^\circ\text{C}$ temperatūroje.</w:t>
                    <w:br/>
                  </w:r>
                  <w:r>
                    <w:rPr>
                      <w:rFonts w:ascii="Sans Serif" w:hAnsi="Sans Serif" w:eastAsia="Sans Serif"/>
                      <w:sz val="8"/>
                    </w:rPr>
                    <w:t>Spalvotųjų metalų gaminiai vidiniams įtempimams panaikinti atkaitinami žemesnėje temperatūroje:</w:t>
                    <w:br/>
                  </w:r>
                  <w:r>
                    <w:rPr>
                      <w:rFonts w:ascii="Sans Serif" w:hAnsi="Sans Serif" w:eastAsia="Sans Serif"/>
                      <w:sz val="8"/>
                    </w:rPr>
                    <w:t>žalvario -- 250-300 $^\circ\text{C}$, deformuojamųjų aliuminio lydinių -- 150-300 $^\circ\text{C}$, fasoniniai aliuminio</w:t>
                    <w:br/>
                  </w:r>
                  <w:r>
                    <w:rPr>
                      <w:rFonts w:ascii="Sans Serif" w:hAnsi="Sans Serif" w:eastAsia="Sans Serif"/>
                      <w:sz val="8"/>
                    </w:rPr>
                    <w:t>liejiniai $\sim 350\ ^\circ\text{C}$, dvifazių titano lydinių gaminiai -- 550-650 $^\circ\text{C}$ temperatūroje. Atkaitinti gaminiai</w:t>
                    <w:br/>
                  </w:r>
                  <w:r>
                    <w:rPr>
                      <w:rFonts w:ascii="Sans Serif" w:hAnsi="Sans Serif" w:eastAsia="Sans Serif"/>
                      <w:sz val="8"/>
                    </w:rPr>
                    <w:t>turi būti aušinami lėtai, nes greitai auštant, juose gali susidaryti nauji įtempimai. Aušimo greitis</w:t>
                    <w:br/>
                  </w:r>
                  <w:r>
                    <w:rPr>
                      <w:rFonts w:ascii="Sans Serif" w:hAnsi="Sans Serif" w:eastAsia="Sans Serif"/>
                      <w:sz val="8"/>
                    </w:rPr>
                    <w:t>priklauso nuo gaminio masės, jo koncentracijos, metalo šilumos laidumo ir būna 20-200 $^\circ\text{C/h}$</w:t>
                    <w:br/>
                  </w:r>
                  <w:r>
                    <w:rPr>
                      <w:rFonts w:ascii="Sans Serif" w:hAnsi="Sans Serif" w:eastAsia="Sans Serif"/>
                      <w:sz val="8"/>
                    </w:rPr>
                    <w:t>ribose.</w:t>
                    <w:br/>
                  </w:r>
                  <w:r>
                    <w:rPr>
                      <w:rFonts w:ascii="Sans Serif" w:hAnsi="Sans Serif" w:eastAsia="Sans Serif"/>
                      <w:sz val="8"/>
                    </w:rPr>
                    <w:t> </w:t>
                    <w:br/>
                  </w:r>
                  <w:r>
                    <w:rPr>
                      <w:rFonts w:ascii="Sans Serif" w:hAnsi="Sans Serif" w:eastAsia="Sans Serif"/>
                      <w:sz val="8"/>
                    </w:rPr>
                    <w:t>3. Terminis apdorojimas, susijęs su faziniais ir alotropiniais virsmais metaluose</w:t>
                    <w:br/>
                  </w:r>
                  <w:r>
                    <w:rPr>
                      <w:rFonts w:ascii="Sans Serif" w:hAnsi="Sans Serif" w:eastAsia="Sans Serif"/>
                      <w:sz val="8"/>
                    </w:rPr>
                    <w:t>Faziniai virsmai kaitinant plieną. Neužgrūdinto plieno struktūrą kambario temperatūroje</w:t>
                    <w:br/>
                  </w:r>
                  <w:r>
                    <w:rPr>
                      <w:rFonts w:ascii="Sans Serif" w:hAnsi="Sans Serif" w:eastAsia="Sans Serif"/>
                      <w:sz val="8"/>
                    </w:rPr>
                    <w:t>sudaro feritas ir perlitas, vien perlitas arba perlitas ir antrinis cementitas .</w:t>
                    <w:br/>
                  </w:r>
                  <w:r>
                    <w:rPr>
                      <w:rFonts w:ascii="Sans Serif" w:hAnsi="Sans Serif" w:eastAsia="Sans Serif"/>
                      <w:sz val="8"/>
                    </w:rPr>
                    <w:t> </w:t>
                    <w:br/>
                  </w:r>
                  <w:r>
                    <w:rPr>
                      <w:rFonts w:ascii="Sans Serif" w:hAnsi="Sans Serif" w:eastAsia="Sans Serif"/>
                      <w:sz val="8"/>
                    </w:rPr>
                    <w:t>Kaitinant plienus terminiam apdorojimui, jų struktūra nekinta iki kritinės temperatūros $A_{c1}$</w:t>
                    <w:br/>
                  </w:r>
                  <w:r>
                    <w:rPr>
                      <w:rFonts w:ascii="Sans Serif" w:hAnsi="Sans Serif" w:eastAsia="Sans Serif"/>
                      <w:sz val="8"/>
                    </w:rPr>
                    <w:t>(727 $^\circ\text{C}$). Kritinėje temperatūroje $A_{c1}$ prasideda perlito virsmas austenitu (austenitinis virsmas).</w:t>
                    <w:br/>
                  </w:r>
                  <w:r>
                    <w:rPr>
                      <w:rFonts w:ascii="Sans Serif" w:hAnsi="Sans Serif" w:eastAsia="Sans Serif"/>
                      <w:sz val="8"/>
                    </w:rPr>
                    <w:t> </w:t>
                    <w:br/>
                  </w:r>
                  <w:r>
                    <w:rPr>
                      <w:rFonts w:ascii="Sans Serif" w:hAnsi="Sans Serif" w:eastAsia="Sans Serif"/>
                      <w:sz val="8"/>
                    </w:rPr>
                    <w:t>Prasidėjus austenitiniam virsmui pirmosios austenito kristalų užuomazgos susidaro ant</w:t>
                    <w:br/>
                  </w:r>
                  <w:r>
                    <w:rPr>
                      <w:rFonts w:ascii="Sans Serif" w:hAnsi="Sans Serif" w:eastAsia="Sans Serif"/>
                      <w:sz val="8"/>
                    </w:rPr>
                    <w:t>ferito-cementito fazių ribų (3. pav.). Virsmo metu lygiagrečiai vyksta du procesai: alotropinis $Fe_\alpha$</w:t>
                    <w:br/>
                  </w:r>
                  <w:r>
                    <w:rPr>
                      <w:rFonts w:ascii="Sans Serif" w:hAnsi="Sans Serif" w:eastAsia="Sans Serif"/>
                      <w:sz val="8"/>
                    </w:rPr>
                    <w:t>$\rightarrow Fe_\gamma$ ir cementito fazės tirpimas $Fe_\gamma$. Alotropinis $Fe_\alpha \rightarrow Fe_\gamma$ virsmas vyksta greičiau negu</w:t>
                    <w:br/>
                  </w:r>
                  <w:r>
                    <w:rPr>
                      <w:rFonts w:ascii="Sans Serif" w:hAnsi="Sans Serif" w:eastAsia="Sans Serif"/>
                      <w:sz val="8"/>
                    </w:rPr>
                    <w:t>cementito tirpimas geležyje, todėl pasibaigus perlito virsmui į austenitą, jame yra netolygiai</w:t>
                    <w:br/>
                  </w:r>
                  <w:r>
                    <w:rPr>
                      <w:rFonts w:ascii="Sans Serif" w:hAnsi="Sans Serif" w:eastAsia="Sans Serif"/>
                      <w:sz val="8"/>
                    </w:rPr>
                    <w:t>pasiskirsčiusi anglis. Toks austenitas vadinamas nehomogeniniu. Toliau keliant temperatūrą arba</w:t>
                    <w:br/>
                  </w:r>
                  <w:r>
                    <w:rPr>
                      <w:rFonts w:ascii="Sans Serif" w:hAnsi="Sans Serif" w:eastAsia="Sans Serif"/>
                      <w:sz val="8"/>
                    </w:rPr>
                    <w:t>išlaikant ją pastovia, vyksta austenito cheminės sudėties susivienodinimas -- homogenizacija.</w:t>
                    <w:br/>
                  </w:r>
                  <w:r>
                    <w:rPr>
                      <w:rFonts w:ascii="Sans Serif" w:hAnsi="Sans Serif" w:eastAsia="Sans Serif"/>
                      <w:sz val="8"/>
                    </w:rPr>
                    <w:t> </w:t>
                    <w:br/>
                  </w:r>
                  <w:r>
                    <w:rPr>
                      <w:rFonts w:ascii="Sans Serif" w:hAnsi="Sans Serif" w:eastAsia="Sans Serif"/>
                      <w:sz val="8"/>
                    </w:rPr>
                    <w:t>Priešeutektoidiniame pliene, pasibaigus perlito virsmui į austenitą, struktūroje lieka</w:t>
                    <w:br/>
                  </w:r>
                  <w:r>
                    <w:rPr>
                      <w:rFonts w:ascii="Sans Serif" w:hAnsi="Sans Serif" w:eastAsia="Sans Serif"/>
                      <w:sz val="8"/>
                    </w:rPr>
                    <w:t>perteklinio ferito, užeutektoidiniame -- antrinio cementito fazės. Kaitinant priešeutektoidinį plieną</w:t>
                    <w:br/>
                  </w:r>
                  <w:r>
                    <w:rPr>
                      <w:rFonts w:ascii="Sans Serif" w:hAnsi="Sans Serif" w:eastAsia="Sans Serif"/>
                      <w:sz val="8"/>
                    </w:rPr>
                    <w:t>nuo kritinės temperatūros $A_{c1}$ iki $A_{c3}$, perteklinis feritas virsta austenitu, kaitinant užeutektoidinį</w:t>
                    <w:br/>
                  </w:r>
                  <w:r>
                    <w:rPr>
                      <w:rFonts w:ascii="Sans Serif" w:hAnsi="Sans Serif" w:eastAsia="Sans Serif"/>
                      <w:sz val="8"/>
                    </w:rPr>
                    <w:t>plieną nuo kritinės temperatūros $A_{c1}$ iki $A_{cm}$, antrinis cementitas tirpsta austenite. Dėl šių priežasčių</w:t>
                    <w:br/>
                  </w:r>
                  <w:r>
                    <w:rPr>
                      <w:rFonts w:ascii="Sans Serif" w:hAnsi="Sans Serif" w:eastAsia="Sans Serif"/>
                      <w:sz val="8"/>
                    </w:rPr>
                    <w:t>priešeutektoidinio plieno austenito homogenizacija baigiasi tik virš kritinės temperatūros $A_{c3}$ ,</w:t>
                    <w:br/>
                  </w:r>
                  <w:r>
                    <w:rPr>
                      <w:rFonts w:ascii="Sans Serif" w:hAnsi="Sans Serif" w:eastAsia="Sans Serif"/>
                      <w:sz val="8"/>
                    </w:rPr>
                    <w:t>užeutektoidinio -- virš kritinės temperatūros $A_{cm}$ .</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9.52pt;top:183.14pt;width:353.67pt;height:369.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Austenito grūdelių augimas. Austenitinio virsmo metu kiekvienoje perlito kolonijoje susidaro kelių austenito grūdelių užuomazgos. Dėl to, pasibaigus perlito virsmui į austenitą, plieno struktūra labai susmulkėja. Virsmo pabaigoje susidarę austenito grūdeliai vadinami pradiniais austenito grūdeliais.</w:t>
                    <w:br/>
                  </w:r>
                  <w:r>
                    <w:rPr>
                      <w:rFonts w:ascii="Sans Serif" w:hAnsi="Sans Serif" w:eastAsia="Sans Serif"/>
                      <w:sz val="8"/>
                    </w:rPr>
                    <w:t> </w:t>
                    <w:br/>
                  </w:r>
                  <w:r>
                    <w:rPr>
                      <w:rFonts w:ascii="Sans Serif" w:hAnsi="Sans Serif" w:eastAsia="Sans Serif"/>
                      <w:sz val="8"/>
                    </w:rPr>
                    <w:t>Keliant temperatūrą vienfazėje austenitinėje srityje, austenito grūdeliai auga. Austenito grūdeliai šiek tiek auga ir dvifazėse srityse t.y. tarp kritinių temperatūrų $A_{c1} - A_{c3}$ ir $A_{c1} - A_{cm}$, tačiau šiose srityse jų augimą stabdo perteklinis feritas arba antrinis cementitas.</w:t>
                    <w:br/>
                  </w:r>
                  <w:r>
                    <w:rPr>
                      <w:rFonts w:ascii="Sans Serif" w:hAnsi="Sans Serif" w:eastAsia="Sans Serif"/>
                      <w:sz val="8"/>
                    </w:rPr>
                    <w:t> </w:t>
                    <w:br/>
                  </w:r>
                  <w:r>
                    <w:rPr>
                      <w:rFonts w:ascii="Sans Serif" w:hAnsi="Sans Serif" w:eastAsia="Sans Serif"/>
                      <w:sz val="8"/>
                    </w:rPr>
                    <w:t>Pagal austenito grūdelių augimo greitį plienas skirstomas į stambiagrūdį ir smulkiagrūdį. Stambiagrūdžiame pliene austenito grūdeliai sparčiai auga vos temperatūrai viršijus kritines temperatūras $A_{c3}$ arba $A_{cm}$. Smulkiagrūdžiame pliene austenito grūdeliai iki 950-1100 $^\circ\text{C}$ auga nežymiai ir tik viršijus šią temperatūrą jie pradeda intensyviai augti.</w:t>
                    <w:br/>
                  </w:r>
                  <w:r>
                    <w:rPr>
                      <w:rFonts w:ascii="Sans Serif" w:hAnsi="Sans Serif" w:eastAsia="Sans Serif"/>
                      <w:sz val="8"/>
                    </w:rPr>
                    <w:t> </w:t>
                    <w:br/>
                  </w:r>
                  <w:r>
                    <w:rPr>
                      <w:rFonts w:ascii="Sans Serif" w:hAnsi="Sans Serif" w:eastAsia="Sans Serif"/>
                      <w:sz val="8"/>
                    </w:rPr>
                    <w:t>Polinkis austenito grūdeliams pliene augti priklauso nuo plieno lydymo technologinių ypatumų ir nuo cheminės sudėties. Stambiagrūdis dažniausiai būna plienas, lydymo metu išoksidintas siliciu ir manganu. Smulkiagrūdis -- be šių elementų dar papildomai išoksidintas aliminiu. Manoma, kad šiuo atveju austenito grūdeliams augti kliudo dispersiškos AlN dalelės, nusėdusios ant grūdelių paviršiaus. 950-1100 $^\circ\text{C}$ temperatūroje šis nitridas suyra ir nebekliudo grūdeliams augti. Smulkiagrūdžiai yra legiruotieji plienai, legiruoti karbidizuojančiais elementais (Ti, V, Nb, Zr, W, Mo ir kt.). Šiuo atveju austenito grūdeliams augti kliudo karbidai, ypač titano ir vanadžio.</w:t>
                    <w:br/>
                  </w:r>
                  <w:r>
                    <w:rPr>
                      <w:rFonts w:ascii="Sans Serif" w:hAnsi="Sans Serif" w:eastAsia="Sans Serif"/>
                      <w:sz val="8"/>
                    </w:rPr>
                    <w:t> </w:t>
                    <w:br/>
                  </w:r>
                  <w:r>
                    <w:rPr>
                      <w:rFonts w:ascii="Sans Serif" w:hAnsi="Sans Serif" w:eastAsia="Sans Serif"/>
                      <w:sz val="8"/>
                    </w:rPr>
                    <w:t>Smulkiagrūdis plienas yra technologiškesnis negu stambiagrūdis. Jis nejautrus perkaitinimui. Apdorojant jį termiškai, nebūtina labai tiksliai išlaikyti temperatūrinį režimą. Jis tinkamesnis termocheminiam apdorojimui.</w:t>
                    <w:br/>
                  </w:r>
                  <w:r>
                    <w:rPr>
                      <w:rFonts w:ascii="Sans Serif" w:hAnsi="Sans Serif" w:eastAsia="Sans Serif"/>
                      <w:sz val="8"/>
                    </w:rPr>
                    <w:t> </w:t>
                    <w:br/>
                  </w:r>
                  <w:r>
                    <w:rPr>
                      <w:rFonts w:ascii="Sans Serif" w:hAnsi="Sans Serif" w:eastAsia="Sans Serif"/>
                      <w:sz val="8"/>
                    </w:rPr>
                    <w:t>Terminai "stambiagrūdis" ir "smulkiagrūdis" tikrojo austenito grūdelio dydžio neapibūdina. Jie tik nusako plieno austenito grūdelių polinkį augimui. Skirtingose temperatūrose stambiagrūdžio plieno tikrieji austenito grūdeliai gali būti smulkesni negu smulkiagrūdžio plieno. Tikrajį austenito</w:t>
                  </w:r>
                </w:p>
              </w:txbxContent>
            </v:textbox>
            <w10:wrap type="none" anchorx="page" anchory="page"/>
          </v:shape>
        </w:pict>
      </w:r>
    </w:p>
    <w:p>
      <w:pPr>
        <w:spacing w:before="0" w:after="0"/>
      </w:pPr>
      <w:r>
        <w:pict>
          <v:shape style="position:absolute;left:458.93pt;top:64.69pt;width:357.82pt;height:205.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grūdelių dydį nulemia įkaitinimo temperatūra, laikymo šioje temperatūroje trukmė ir plieno polinkis austenito grūdeliams augti.</w:t>
                    <w:br/>
                  </w:r>
                  <w:r>
                    <w:rPr>
                      <w:rFonts w:ascii="Sans Serif" w:hAnsi="Sans Serif" w:eastAsia="Sans Serif"/>
                      <w:sz val="8"/>
                    </w:rPr>
                    <w:t> </w:t>
                    <w:br/>
                  </w:r>
                  <w:r>
                    <w:rPr>
                      <w:rFonts w:ascii="Sans Serif" w:hAnsi="Sans Serif" w:eastAsia="Sans Serif"/>
                      <w:sz val="8"/>
                    </w:rPr>
                    <w:t>Aušinant plienus austenito grūdelių matmenys nekinta. Dėl to ir kambario temperatūroje stambiagrūdės struktūros susiformuoja iš stambiagrūdžio austenito. Taigi plienų mechaninės savybės, nors ir netiesiogiai, priklauso nuo tikrojo austenito grūdelio dydžio.</w:t>
                    <w:br/>
                  </w:r>
                  <w:r>
                    <w:rPr>
                      <w:rFonts w:ascii="Sans Serif" w:hAnsi="Sans Serif" w:eastAsia="Sans Serif"/>
                      <w:sz val="8"/>
                    </w:rPr>
                    <w:t> </w:t>
                    <w:br/>
                  </w:r>
                  <w:r>
                    <w:rPr>
                      <w:rFonts w:ascii="Sans Serif" w:hAnsi="Sans Serif" w:eastAsia="Sans Serif"/>
                      <w:sz val="8"/>
                    </w:rPr>
                    <w:t>4. Austenito izoterminio virsmo diagrama</w:t>
                    <w:br/>
                  </w:r>
                  <w:r>
                    <w:rPr>
                      <w:rFonts w:ascii="Sans Serif" w:hAnsi="Sans Serif" w:eastAsia="Sans Serif"/>
                      <w:sz val="8"/>
                    </w:rPr>
                    <w:t> </w:t>
                    <w:br/>
                  </w:r>
                  <w:r>
                    <w:rPr>
                      <w:rFonts w:ascii="Sans Serif" w:hAnsi="Sans Serif" w:eastAsia="Sans Serif"/>
                      <w:sz val="8"/>
                    </w:rPr>
                    <w:t>Austenito izoterminio virsmo diagrama (4. pav.) apibendrina peraušinto austenito skilimo į ferito-cementito fazių mišinį dėsningumus. Ši diagrama sudaryta koordinatėse "temperatūra-laikas". Joje virš kritinės temperatūros $A_1$ yra stabilaus austenito sritis. Žemiau kritinės temperatūros $A_1$ , kairiau kreivės "Virsmo pradžia" -- peraušinto austenito sritis. Tarp kreivių "Virsmo pradžia" ir "Virsmo pabaiga" austenitas skyla į ferito-cementito fazių mišinį. Dešiniau kreivės "Virsmo pabaiga" nurodytos iš austenito susidariusios struktūros ir jų kietumas HRC vienetais.</w:t>
                  </w:r>
                </w:p>
              </w:txbxContent>
            </v:textbox>
            <w10:wrap type="none" anchorx="page" anchory="page"/>
          </v:shape>
        </w:pict>
      </w:r>
    </w:p>
    <w:p>
      <w:pPr>
        <w:spacing w:before="0" w:after="0"/>
      </w:pPr>
      <w:r>
        <w:pict>
          <v:shape style="position:absolute;left:458.86pt;top:406.11pt;width:350.06pt;height:134.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Laiko tarpas iki peraušinto austenito skilimo pradžios (atkarpa nuo temperatūrų ašies iki</w:t>
                    <w:br/>
                  </w:r>
                  <w:r>
                    <w:rPr>
                      <w:rFonts w:ascii="Sans Serif" w:hAnsi="Sans Serif" w:eastAsia="Sans Serif"/>
                      <w:sz val="8"/>
                    </w:rPr>
                    <w:t>kreivės "Virsmo pradžia") įvertina peraušinto austenito stabilumą. Iš diagramos matyti, kad</w:t>
                    <w:br/>
                  </w:r>
                  <w:r>
                    <w:rPr>
                      <w:rFonts w:ascii="Sans Serif" w:hAnsi="Sans Serif" w:eastAsia="Sans Serif"/>
                      <w:sz val="8"/>
                    </w:rPr>
                    <w:t>peraušintas austenitas mažiausiai stabilus, t.y. greičiausiai pradeda skilti ~ 550 °C temperatūroje.</w:t>
                    <w:br/>
                  </w:r>
                  <w:r>
                    <w:rPr>
                      <w:rFonts w:ascii="Sans Serif" w:hAnsi="Sans Serif" w:eastAsia="Sans Serif"/>
                      <w:sz val="8"/>
                    </w:rPr>
                    <w:t>Eutektoidinės sudėties austenitas šioje temperatūroje pradeda skilti maždaug po 1 s. Aukštesnėje ir</w:t>
                    <w:br/>
                  </w:r>
                  <w:r>
                    <w:rPr>
                      <w:rFonts w:ascii="Sans Serif" w:hAnsi="Sans Serif" w:eastAsia="Sans Serif"/>
                      <w:sz val="8"/>
                    </w:rPr>
                    <w:t>žemesnėje temperatūroje peraušintas austenitas yra stabilnesnis. Pavyzdžiui, to paties plieno</w:t>
                    <w:br/>
                  </w:r>
                  <w:r>
                    <w:rPr>
                      <w:rFonts w:ascii="Sans Serif" w:hAnsi="Sans Serif" w:eastAsia="Sans Serif"/>
                      <w:sz val="8"/>
                    </w:rPr>
                    <w:t>peraušintas austenitas 700 °C temperatūroje stabilus apie 10 s, o 300 °C temperatūroje jau apie 60 s.</w:t>
                    <w:br/>
                  </w:r>
                  <w:r>
                    <w:rPr>
                      <w:rFonts w:ascii="Sans Serif" w:hAnsi="Sans Serif" w:eastAsia="Sans Serif"/>
                      <w:sz val="8"/>
                    </w:rPr>
                    <w:t>Dėl to 600-500 °C temperatūrų intervalas vadinamas mažiausiu peraušinto austenito stabilumo</w:t>
                    <w:br/>
                  </w:r>
                  <w:r>
                    <w:rPr>
                      <w:rFonts w:ascii="Sans Serif" w:hAnsi="Sans Serif" w:eastAsia="Sans Serif"/>
                      <w:sz val="8"/>
                    </w:rPr>
                    <w:t>intervalu. Atsižvelgiant į austenito peraušinimo laipsnį ir jo virsmo į kitas struktūras pobūdį</w:t>
                  </w:r>
                </w:p>
              </w:txbxContent>
            </v:textbox>
            <w10:wrap type="none" anchorx="page" anchory="page"/>
          </v:shape>
        </w:pict>
      </w:r>
    </w:p>
    <w:p>
      <w:pPr>
        <w:spacing w:before="0" w:after="0"/>
      </w:pPr>
      <w:r>
        <w:pict>
          <v:shape style="position:absolute;left:460.60pt;top:379.46pt;width:310.82pt;height:24.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Austenito grūdelių augimas stambiagrūdžiame (I) ir smulkiagrūdžiame (II) pliene</w:t>
                  </w:r>
                </w:p>
              </w:txbxContent>
            </v:textbox>
            <w10:wrap type="none" anchorx="page" anchory="page"/>
          </v:shape>
        </w:pict>
      </w:r>
    </w:p>
    <w:p>
      <w:pPr>
        <w:spacing w:before="0" w:after="0"/>
      </w:pPr>
      <w:r>
        <w:pict>
          <v:shape style="position:absolute;left:48.91pt;top:152.36pt;width:162.58pt;height:20.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Austenitinio virimo proceso schema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5.27pt;top:61.91pt;width:347.23pt;height:28.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diagramoje išskirtinos trys temperatūrinės sritys: perlitinio, beinitinio (tarpinio) ir martensitinio</w:t>
                    <w:br/>
                  </w:r>
                  <w:r>
                    <w:rPr>
                      <w:rFonts w:ascii="Sans Serif" w:hAnsi="Sans Serif" w:eastAsia="Sans Serif"/>
                      <w:sz val="8"/>
                    </w:rPr>
                    <w:t>virsmo.</w:t>
                  </w:r>
                </w:p>
              </w:txbxContent>
            </v:textbox>
            <w10:wrap type="none" anchorx="page" anchory="page"/>
          </v:shape>
        </w:pict>
      </w:r>
    </w:p>
    <w:p>
      <w:pPr>
        <w:spacing w:before="0" w:after="0"/>
      </w:pPr>
      <w:r>
        <w:pict>
          <v:shape style="position:absolute;left:53.42pt;top:302.57pt;width:344.57pt;height:36.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Kairiosios apatinės Fe-Fe$_3$C diagramos dalies (a) ir austenito izoterminio virsmo (b)</w:t>
                    <w:br/>
                  </w:r>
                  <w:r>
                    <w:rPr>
                      <w:rFonts w:ascii="Sans Serif" w:hAnsi="Sans Serif" w:eastAsia="Sans Serif"/>
                      <w:sz val="8"/>
                    </w:rPr>
                    <w:t>diagramų schemos</w:t>
                  </w:r>
                </w:p>
              </w:txbxContent>
            </v:textbox>
            <w10:wrap type="none" anchorx="page" anchory="page"/>
          </v:shape>
        </w:pict>
      </w:r>
    </w:p>
    <w:p>
      <w:pPr>
        <w:spacing w:before="0" w:after="0"/>
      </w:pPr>
      <w:r>
        <w:pict>
          <v:shape style="position:absolute;left:50.76pt;top:344.49pt;width:347.52pt;height:198.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Perlitinis virsmas</w:t>
                    <w:br/>
                  </w:r>
                  <w:r>
                    <w:rPr>
                      <w:rFonts w:ascii="Sans Serif" w:hAnsi="Sans Serif" w:eastAsia="Sans Serif"/>
                      <w:sz val="8"/>
                    </w:rPr>
                    <w:t> </w:t>
                    <w:br/>
                  </w:r>
                  <w:r>
                    <w:rPr>
                      <w:rFonts w:ascii="Sans Serif" w:hAnsi="Sans Serif" w:eastAsia="Sans Serif"/>
                      <w:sz val="8"/>
                    </w:rPr>
                    <w:t>Perlitinio virsmo sritis yra tarp $A_1$ ir $550\ ^\circ\text{C}$ temperatūrų. Šiame temperatūrų intervale austenitas į ferito cementito fazių mišinį skyla pagal eutektoidinę reakciją. Virsmo metu austenito grūdeliuose susidaro perlito kolonijos - pakaitomis išsidėsčiusios ferito ir cementito plokštelės. Skirtingos koncentracijos fazių susidarymui būtina anglies atomų difuzija austenite. Anglies atomų difuzijos austenite atstumus nulemia temperatūra. Žemėjant austenito skilimo temperatūrai, anglies atomu difuzijos atstumai mažėja, todėl susidaro plonesnės ferito bei cementito plokštelės.</w:t>
                    <w:br/>
                  </w:r>
                  <w:r>
                    <w:rPr>
                      <w:rFonts w:ascii="Sans Serif" w:hAnsi="Sans Serif" w:eastAsia="Sans Serif"/>
                      <w:sz val="8"/>
                    </w:rPr>
                    <w:t> </w:t>
                    <w:br/>
                  </w:r>
                  <w:r>
                    <w:rPr>
                      <w:rFonts w:ascii="Sans Serif" w:hAnsi="Sans Serif" w:eastAsia="Sans Serif"/>
                      <w:sz val="8"/>
                    </w:rPr>
                    <w:t>Gretimų ferito ir cementito plokštelių storių suma vadinama tarpplokšteliniu atstumu $l_0$. Mažėjant šiam atstumui, didėja struktūros kietumas ir mažėja jos plastiškumas.</w:t>
                    <w:br/>
                  </w:r>
                  <w:r>
                    <w:rPr>
                      <w:rFonts w:ascii="Sans Serif" w:hAnsi="Sans Serif" w:eastAsia="Sans Serif"/>
                      <w:sz val="8"/>
                    </w:rPr>
                    <w:t> </w:t>
                    <w:br/>
                  </w:r>
                  <w:r>
                    <w:rPr>
                      <w:rFonts w:ascii="Sans Serif" w:hAnsi="Sans Serif" w:eastAsia="Sans Serif"/>
                      <w:sz val="8"/>
                    </w:rPr>
                    <w:t>Austenitui skylant $A_1$ - $650\ ^\circ\text{C}$ temperatūroje, $l_0 = 0,6\text{-}1,0\ \mu\text{m}$. Tokia struktūra vadinama perlitu. Jos kietumas $\sim 20\ \text{HRC}$.</w:t>
                    <w:br/>
                  </w:r>
                  <w:r>
                    <w:rPr>
                      <w:rFonts w:ascii="Sans Serif" w:hAnsi="Sans Serif" w:eastAsia="Sans Serif"/>
                      <w:sz val="8"/>
                    </w:rPr>
                    <w:t> </w:t>
                    <w:br/>
                  </w:r>
                  <w:r>
                    <w:rPr>
                      <w:rFonts w:ascii="Sans Serif" w:hAnsi="Sans Serif" w:eastAsia="Sans Serif"/>
                      <w:sz val="8"/>
                    </w:rPr>
                    <w:t>Austenitui skylant $650\text{-}600\ ^\circ\text{C}$ temperatūroje, $l_0 = 0,25\text{-}0,3\ \mu\text{m}$. Ši struktūra vadinama sorbitu. Jos kietumas $\sim 30\ \text{HRC}$.</w:t>
                  </w:r>
                </w:p>
              </w:txbxContent>
            </v:textbox>
            <w10:wrap type="none" anchorx="page" anchory="page"/>
          </v:shape>
        </w:pict>
      </w:r>
    </w:p>
    <w:p>
      <w:pPr>
        <w:spacing w:before="0" w:after="0"/>
      </w:pPr>
      <w:r>
        <w:pict>
          <v:shape style="position:absolute;left:453.91pt;top:65.78pt;width:354.79pt;height:481.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Austenitui skylant 600-550 $^\circ\text{C}$ temperatūroje, susidarisiusi struktūra vadinama trostitu. Joje $l_0 = 0,1-0,15 \mu\text{m}$. Kietumas $\sim 40 \text{ HRC}$. Visos šios struktūros sudaro perlitinių struktūrų šeimą.</w:t>
                    <w:br/>
                  </w:r>
                  <w:r>
                    <w:rPr>
                      <w:rFonts w:ascii="Sans Serif" w:hAnsi="Sans Serif" w:eastAsia="Sans Serif"/>
                      <w:sz val="8"/>
                    </w:rPr>
                    <w:t> </w:t>
                    <w:br/>
                  </w:r>
                  <w:r>
                    <w:rPr>
                      <w:rFonts w:ascii="Sans Serif" w:hAnsi="Sans Serif" w:eastAsia="Sans Serif"/>
                      <w:sz val="8"/>
                    </w:rPr>
                    <w:t>Priešeutektoidiniame pliene prieš prasidedant austenito skilimui į ferito-cementito fazių mišinį iš austenito turi išssiskirti perteklinis feritas, užeutektoidiniame - antrinis cementitas. Austenito izoterminio virsmo diagramose šių procesų pradžią rodo papildomos kreivės (3.8 pav. punktyrinė kreivė).</w:t>
                    <w:br/>
                  </w:r>
                  <w:r>
                    <w:rPr>
                      <w:rFonts w:ascii="Sans Serif" w:hAnsi="Sans Serif" w:eastAsia="Sans Serif"/>
                      <w:sz val="8"/>
                    </w:rPr>
                    <w:t> </w:t>
                    <w:br/>
                  </w:r>
                  <w:r>
                    <w:rPr>
                      <w:rFonts w:ascii="Sans Serif" w:hAnsi="Sans Serif" w:eastAsia="Sans Serif"/>
                      <w:sz val="8"/>
                    </w:rPr>
                    <w:t>Nedaug peraušinus austenitą žemiau kritinės temperatūros $A_1$, austenitas pradeda skilti po ilgo paruošiamojo (inkubacinio) laiko. Šis laikas yra pakankamas visam pertekliniam feritui arba antriniam cementitui išssiskirti. Didėjant austenito peraušinimo laipsniui, jame blogėja anglies difuzijos sąlygos, pats austenito skilimas prasideda greičiau. Trostito susidarymo temperatūros srityje perteklinis feritas iš austenito iš viso nebeišssiskiria. Austenitas skyla i ferito-cementito fazių mišinį mažesnės negu eutektoidinė (0,8 % C) koncentracijos. Užeutektoidiniame pliene atitinkamai susidaro ferito-cementito fazių mišinys, kuriame anglies koncentracija yra didesnė negu eutektoidinė. Perlitinės struktūros, kuriose anglies koncentracija yra mažesne arba didesnė negu eutektoidinė, vadinamos kvazieutektoidinėmis. 5. pav. sąlygiškai parodyta kvazieutektoidinių struktūrų sritis $\text{Fe-Fe}_3\text{C}$ diagramoje -- užbrūkšniuota zona tarp GS ir PS linijų tąsų.</w:t>
                    <w:br/>
                  </w:r>
                  <w:r>
                    <w:rPr>
                      <w:rFonts w:ascii="Sans Serif" w:hAnsi="Sans Serif" w:eastAsia="Sans Serif"/>
                      <w:sz val="8"/>
                    </w:rPr>
                    <w:t> </w:t>
                    <w:br/>
                  </w:r>
                  <w:r>
                    <w:rPr>
                      <w:rFonts w:ascii="Sans Serif" w:hAnsi="Sans Serif" w:eastAsia="Sans Serif"/>
                      <w:sz val="8"/>
                    </w:rPr>
                    <w:t>6. Martensitinis virsmas</w:t>
                    <w:br/>
                  </w:r>
                  <w:r>
                    <w:rPr>
                      <w:rFonts w:ascii="Sans Serif" w:hAnsi="Sans Serif" w:eastAsia="Sans Serif"/>
                      <w:sz val="8"/>
                    </w:rPr>
                    <w:t> </w:t>
                    <w:br/>
                  </w:r>
                  <w:r>
                    <w:rPr>
                      <w:rFonts w:ascii="Sans Serif" w:hAnsi="Sans Serif" w:eastAsia="Sans Serif"/>
                      <w:sz val="8"/>
                    </w:rPr>
                    <w:t>Martensitinio virsmo temperatūrų sritis yra tarp linijų $M_s$ ir $M_f$. Linija $M_s$ atitinka martensitinio virsmo pradžios temperatūrą, $M_f$ - jo pabaigos temperatūrą. Šių temperatūrų padėtys priklauso nuo plieno chemines sudėties. Didėjant plienuose anglies kiekui, $M_s$ ir $M_f$ temperatūros žemėja (5. pav., a).</w:t>
                    <w:br/>
                  </w:r>
                  <w:r>
                    <w:rPr>
                      <w:rFonts w:ascii="Sans Serif" w:hAnsi="Sans Serif" w:eastAsia="Sans Serif"/>
                      <w:sz val="8"/>
                    </w:rPr>
                    <w:t> </w:t>
                    <w:br/>
                  </w:r>
                  <w:r>
                    <w:rPr>
                      <w:rFonts w:ascii="Sans Serif" w:hAnsi="Sans Serif" w:eastAsia="Sans Serif"/>
                      <w:sz val="8"/>
                    </w:rPr>
                    <w:t>Martensitinis virsmas prasideda žemoje temperatūroje, kurioje anglies difuzija austenite jau nebevyksta. Dėl to anglies atomai negali išssiskirti iš austenito kristalinės gardelės. Martensitinio virsmo eigoje $\gamma$-geležies kristalinė gardelė keičiasi į $\alpha$-geležies kristalinę gardelę, anglies atomai, esantys $\gamma$-geležies gardelėje, lieka ir $\alpha$-geležies gardelėje. Dėl to šio virsmo produktas -- martensitas yra persotintas kietas anglies tyrpalas $\alpha$-geležyje. Anglies atomai iškreipia $\alpha$-geležies kristalinę gardelę. Buvusi kubinė gardelė tampa tetragonine (aukštinė $C$ nelygi pagrindo kraštinei $a$). Gardelės tetragoniškumo laipsnis $C/a$ didėja, didėjant anglies kiekui martensite. Kartu didėja martensito kietumas.</w:t>
                    <w:br/>
                  </w:r>
                  <w:r>
                    <w:rPr>
                      <w:rFonts w:ascii="Sans Serif" w:hAnsi="Sans Serif" w:eastAsia="Sans Serif"/>
                      <w:sz val="8"/>
                    </w:rPr>
                    <w:t> </w:t>
                    <w:br/>
                  </w:r>
                  <w:r>
                    <w:rPr>
                      <w:rFonts w:ascii="Sans Serif" w:hAnsi="Sans Serif" w:eastAsia="Sans Serif"/>
                      <w:sz val="8"/>
                    </w:rPr>
                    <w:t>Skirtingai nuo perlitinio virsmo, martensitinis virsmas nevyksta izoterminėse sąlygose. Temperatūros $M_s$ ir $M_f$ austenito izoterminio virsmo diagramoje pažymėtos tik sąlygiškai. Kad nuosekliai vyktų martensitinis virsmas, būtina nepertraukiamai aušinti nuo $M_s$ iki $M_f$. Šiame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0.87pt;top:57.52pt;width:355.06pt;height:89.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temperatūrų intervale nutraukus aušinimą martensitinis virsmas sustoja ir toliau tęsiasi tik</w:t>
                    <w:br/>
                  </w:r>
                  <w:r>
                    <w:rPr>
                      <w:rFonts w:ascii="Sans Serif" w:hAnsi="Sans Serif" w:eastAsia="Sans Serif"/>
                      <w:sz val="8"/>
                    </w:rPr>
                    <w:t>atnaujinus aušinimą. Tačiau ir baigus aušinti iki $M_f$ temperatūros ne visas austenitas virsta</w:t>
                    <w:br/>
                  </w:r>
                  <w:r>
                    <w:rPr>
                      <w:rFonts w:ascii="Sans Serif" w:hAnsi="Sans Serif" w:eastAsia="Sans Serif"/>
                      <w:sz val="8"/>
                    </w:rPr>
                    <w:t>martensitu. Dalis jo lieka plieno struktūroje ir yra vadinamas liekamuoju austenitu.</w:t>
                    <w:br/>
                  </w:r>
                  <w:r>
                    <w:rPr>
                      <w:rFonts w:ascii="Sans Serif" w:hAnsi="Sans Serif" w:eastAsia="Sans Serif"/>
                      <w:sz val="8"/>
                    </w:rPr>
                    <w:t>Martensito kristalai yra plokštelių formos. Mikrošlifo plokštuma šias plokšteles kerta</w:t>
                    <w:br/>
                  </w:r>
                  <w:r>
                    <w:rPr>
                      <w:rFonts w:ascii="Sans Serif" w:hAnsi="Sans Serif" w:eastAsia="Sans Serif"/>
                      <w:sz val="8"/>
                    </w:rPr>
                    <w:t>skirtingais kampais, todėl mikroskopo stebėjimo lauke martensito kristalai yra adatėlių formos (6.</w:t>
                    <w:br/>
                  </w:r>
                  <w:r>
                    <w:rPr>
                      <w:rFonts w:ascii="Sans Serif" w:hAnsi="Sans Serif" w:eastAsia="Sans Serif"/>
                      <w:sz val="8"/>
                    </w:rPr>
                    <w:t>pav.).</w:t>
                  </w:r>
                </w:p>
              </w:txbxContent>
            </v:textbox>
            <w10:wrap type="none" anchorx="page" anchory="page"/>
          </v:shape>
        </w:pict>
      </w:r>
    </w:p>
    <w:p>
      <w:pPr>
        <w:spacing w:before="0" w:after="0"/>
      </w:pPr>
      <w:r>
        <w:pict>
          <v:shape style="position:absolute;left:50.42pt;top:301.57pt;width:350.95pt;height:25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Martensito kristalai auga tik austenito grūdeliuose, nekirsdami grūdelių ribų. Dėl to</w:t>
                    <w:br/>
                  </w:r>
                  <w:r>
                    <w:rPr>
                      <w:rFonts w:ascii="Sans Serif" w:hAnsi="Sans Serif" w:eastAsia="Sans Serif"/>
                      <w:sz val="8"/>
                    </w:rPr>
                    <w:t>martensito adatėlių matmenis nulemia austenito grūdelių dydis. Smulkiagrūdžiame austenite</w:t>
                    <w:br/>
                  </w:r>
                  <w:r>
                    <w:rPr>
                      <w:rFonts w:ascii="Sans Serif" w:hAnsi="Sans Serif" w:eastAsia="Sans Serif"/>
                      <w:sz val="8"/>
                    </w:rPr>
                    <w:t>susidaro smulkiaadatinis martensitas (6. pav., a), stambiagrūdžiame austenite -- stambiaadatinis</w:t>
                    <w:br/>
                  </w:r>
                  <w:r>
                    <w:rPr>
                      <w:rFonts w:ascii="Sans Serif" w:hAnsi="Sans Serif" w:eastAsia="Sans Serif"/>
                      <w:sz val="8"/>
                    </w:rPr>
                    <w:t>martensitas (6. pav., b). Teisingai užgrūdintame pliene martensito adatėlės yra labai smulkios.</w:t>
                    <w:br/>
                  </w:r>
                  <w:r>
                    <w:rPr>
                      <w:rFonts w:ascii="Sans Serif" w:hAnsi="Sans Serif" w:eastAsia="Sans Serif"/>
                      <w:sz val="8"/>
                    </w:rPr>
                    <w:t>Mikroskopui didinant 500-600 kartų, jos neiškiriamos. Toks martensitas vadinamas bestruktūriniu.</w:t>
                    <w:br/>
                  </w:r>
                  <w:r>
                    <w:rPr>
                      <w:rFonts w:ascii="Sans Serif" w:hAnsi="Sans Serif" w:eastAsia="Sans Serif"/>
                      <w:sz val="8"/>
                    </w:rPr>
                    <w:t>Adatinio martensito struktūra būdinga vidutinio anglingumo ir anglingiems plienams.</w:t>
                    <w:br/>
                  </w:r>
                  <w:r>
                    <w:rPr>
                      <w:rFonts w:ascii="Sans Serif" w:hAnsi="Sans Serif" w:eastAsia="Sans Serif"/>
                      <w:sz val="8"/>
                    </w:rPr>
                    <w:t>Mažaangliniuose plienuose dažniau sutinkamas paketinis martensitas. Tokio martensito kristalai</w:t>
                    <w:br/>
                  </w:r>
                  <w:r>
                    <w:rPr>
                      <w:rFonts w:ascii="Sans Serif" w:hAnsi="Sans Serif" w:eastAsia="Sans Serif"/>
                      <w:sz val="8"/>
                    </w:rPr>
                    <w:t>sudaro lygiagrečių plokštelių paketus. Viename austenito grūde susidaro keli skirtingai orientuoti</w:t>
                    <w:br/>
                  </w:r>
                  <w:r>
                    <w:rPr>
                      <w:rFonts w:ascii="Sans Serif" w:hAnsi="Sans Serif" w:eastAsia="Sans Serif"/>
                      <w:sz val="8"/>
                    </w:rPr>
                    <w:t>martensito plokštelių paketai.</w:t>
                    <w:br/>
                  </w:r>
                  <w:r>
                    <w:rPr>
                      <w:rFonts w:ascii="Sans Serif" w:hAnsi="Sans Serif" w:eastAsia="Sans Serif"/>
                      <w:sz val="8"/>
                    </w:rPr>
                    <w:t>Martensito struktūrai būdingas didelis kristalinės sandaros defektų (dislokacijų ir kt.) tankis.</w:t>
                    <w:br/>
                  </w:r>
                  <w:r>
                    <w:rPr>
                      <w:rFonts w:ascii="Sans Serif" w:hAnsi="Sans Serif" w:eastAsia="Sans Serif"/>
                      <w:sz val="8"/>
                    </w:rPr>
                    <w:t>Šie defektai didina martensito kietumą. Martensito kietumas ~ 60-65 HRC. Martensitas yra trapi</w:t>
                    <w:br/>
                  </w:r>
                  <w:r>
                    <w:rPr>
                      <w:rFonts w:ascii="Sans Serif" w:hAnsi="Sans Serif" w:eastAsia="Sans Serif"/>
                      <w:sz val="8"/>
                    </w:rPr>
                    <w:t>struktūra. Jo santykinis pailgėjimas tempiant $\delta= 0$.</w:t>
                    <w:br/>
                  </w:r>
                  <w:r>
                    <w:rPr>
                      <w:rFonts w:ascii="Sans Serif" w:hAnsi="Sans Serif" w:eastAsia="Sans Serif"/>
                      <w:sz val="8"/>
                    </w:rPr>
                    <w:t>Beinitinis virsmas. Beinitinio virsmo sritis yra tarp $550\text{ }^\circ\text{C}$ ir $M_s$. Peraušinus austenitą iki</w:t>
                    <w:br/>
                  </w:r>
                  <w:r>
                    <w:rPr>
                      <w:rFonts w:ascii="Sans Serif" w:hAnsi="Sans Serif" w:eastAsia="Sans Serif"/>
                      <w:sz val="8"/>
                    </w:rPr>
                    <w:t>šios temperatūros ir toliau laikant ji pastovioje temperatūroje, vyksta beinitinis virsmas. Šis virsmas</w:t>
                    <w:br/>
                  </w:r>
                  <w:r>
                    <w:rPr>
                      <w:rFonts w:ascii="Sans Serif" w:hAnsi="Sans Serif" w:eastAsia="Sans Serif"/>
                      <w:sz val="8"/>
                    </w:rPr>
                    <w:t>turi perlitinio ir martensitinio virsmo elementų, todėl dažnai vadinamas tarpiniu virsmu.</w:t>
                    <w:br/>
                  </w:r>
                  <w:r>
                    <w:rPr>
                      <w:rFonts w:ascii="Sans Serif" w:hAnsi="Sans Serif" w:eastAsia="Sans Serif"/>
                      <w:sz val="8"/>
                    </w:rPr>
                    <w:t>Virsmo pradžioje austenite persiskirsto anglis. Jame susidaro mikrotūriai su mažesne</w:t>
                    <w:br/>
                  </w:r>
                  <w:r>
                    <w:rPr>
                      <w:rFonts w:ascii="Sans Serif" w:hAnsi="Sans Serif" w:eastAsia="Sans Serif"/>
                      <w:sz val="8"/>
                    </w:rPr>
                    <w:t>anglies koncentracija negu vidutinė austenite. Mikrotūriuose su maža anglies koncentracija vyksta</w:t>
                  </w:r>
                </w:p>
              </w:txbxContent>
            </v:textbox>
            <w10:wrap type="none" anchorx="page" anchory="page"/>
          </v:shape>
        </w:pict>
      </w:r>
    </w:p>
    <w:p>
      <w:pPr>
        <w:spacing w:before="0" w:after="0"/>
      </w:pPr>
      <w:r>
        <w:pict>
          <v:shape style="position:absolute;left:456.02pt;top:58.79pt;width:352.33pt;height:495.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martensitinis ($\gamma \rightarrow \alpha$) virsmas. Susidaręs martensitas tuojau skaidosi į ferito-cementito fazių mišinį. Padidintos anglies koncentracijos austenito mikrotūriuose virsmo pradžioje iš $\gamma$ kietojo tirpalo (austenito) išssiskiria dispersiškos cementito dalelės. Dėl to anglies koncentracija $\gamma$ kietajame tirpale sumažėja ir jis virsta martensitu. Susidaręs martensitas skyla į ferito-cementito fazių mišinį.</w:t>
                    <w:br/>
                  </w:r>
                  <w:r>
                    <w:rPr>
                      <w:rFonts w:ascii="Sans Serif" w:hAnsi="Sans Serif" w:eastAsia="Sans Serif"/>
                      <w:sz val="8"/>
                    </w:rPr>
                    <w:t> </w:t>
                    <w:br/>
                  </w:r>
                  <w:r>
                    <w:rPr>
                      <w:rFonts w:ascii="Sans Serif" w:hAnsi="Sans Serif" w:eastAsia="Sans Serif"/>
                      <w:sz val="8"/>
                    </w:rPr>
                    <w:t>Beinito $\alpha$ kietajame tirpale (ferite) yra daugiau anglies negu pusiausvyriniame ferite (iki 0,1-0,2 % C). Didėjant austenite anglies kiekiui, didėja peraušinto austenito stabilumas. Dėl to austenito mikrotūriuose su padidinta anglies koncentracija martensitinis virsmas dažnai nebevyksta. Šis austenitas lieka naujai susidariusioje struktūroje. Dėl to bendru atveju beinito struktūrą sudaro anglimi persotintas feritas ($\alpha$ fazė), smulkios cementito dalelės ir liekamasis austenitas ($\gamma$ fazė.) Susidaręs mišinys yra labai dispersiškas, todėl optiniu mikroskopu šios fazės neskiriamos.</w:t>
                    <w:br/>
                  </w:r>
                  <w:r>
                    <w:rPr>
                      <w:rFonts w:ascii="Sans Serif" w:hAnsi="Sans Serif" w:eastAsia="Sans Serif"/>
                      <w:sz val="8"/>
                    </w:rPr>
                    <w:t> </w:t>
                    <w:br/>
                  </w:r>
                  <w:r>
                    <w:rPr>
                      <w:rFonts w:ascii="Sans Serif" w:hAnsi="Sans Serif" w:eastAsia="Sans Serif"/>
                      <w:sz val="8"/>
                    </w:rPr>
                    <w:t>Priklausomai nuo virsmo temperatūros, beinito mikrostruktūra ir savybės skiriasi. Beinitas, susidaręs aukštesnėje temperatūroje (arčiau C-kreivės išlinkimo), vadinamas viršutiniu beinitu. Jame cementito dalelės yra išsidėstę tarp $\alpha$ fazės plokštelių, todėl jo sandara panaši į perlito sandarą. Viršutinio beinito kietumas $\sim 45$ HRC. Beinitas, susidaręs arčiau $M_s$ temperatūros, vadinamas apatiniu beinitu. Jame cementito dalelės yra $\alpha$ fazės plokštelių viduje, todėl jo sandara panaši į martensito sandarą. Apatinio beinito kietumas $\sim 55$ HRC.</w:t>
                    <w:br/>
                  </w:r>
                  <w:r>
                    <w:rPr>
                      <w:rFonts w:ascii="Sans Serif" w:hAnsi="Sans Serif" w:eastAsia="Sans Serif"/>
                      <w:sz val="8"/>
                    </w:rPr>
                    <w:t> </w:t>
                    <w:br/>
                  </w:r>
                  <w:r>
                    <w:rPr>
                      <w:rFonts w:ascii="Sans Serif" w:hAnsi="Sans Serif" w:eastAsia="Sans Serif"/>
                      <w:sz val="8"/>
                    </w:rPr>
                    <w:t>Austenito skilimas neizoterminėse sąlygose. Termiškai apdorojant plieną, austenitas dažniausiai skyla neizoterminėse sąlygose, o jam auštant tam tikrais greičiais. Tokiais atvejais austenito skilimas prasideda žemesnėje temperatūroje ir vyksta temperatūrų intervale, t.y. žemėjant temperatūrai. Nenutrūkstamai aušinant, iš austenito susidarančių struktūrų pobūdį nulėmia aušimo greitis. 7. pav. ant austenito izoterminio virsmo diagramos schemos nubrėžtos plieno aušimo kreivės. Čia aušimo greičiai $V_1 &lt; V_2 &lt; V_3 &lt; V_4 &lt; V_5$. Aušinant plieną nedideliu greičiu $V_1$, aušimo kreivė austenito virsmo kreives kerta aukštoje temperatūroje, austenitas skyla nedaug peraušintas ir iš jo susidaro perlitas. Didinant aušimo greitį ($V_2, V_3$), aušimo kreivės austenito virsmo kreives kerta žemesnės temperatūros srityje. Austenitas skyla daugiau peraušintas ir iš jo susidaro sorbitas ($V_2$) bei trostitas ($V_3$). Aušinant greičiu $V_4$ (aušimo kreivė kerta austenito virsmo pradžios kreivę ir nekerta virsmo pabaigos kreivės), dalis austenito virsta trostitu, likusi dalis peraušta žemiau $M_s$ temperatūros ir toliau aušdama virsta martensitu. Aušinant greičiu $V_5$, visas austenitas peraušta žemiau $M_s$ temperatūros ir toliau aušinant virsta martensitu. Aušimo greitis $V_k$ (aušimo kreivė -- liestinė austenito virsmo pradžios kreivei) yra mažiausias aušinimo greitis, kuriuo aušinant susidaro martensitinė struktūra be perlitinio virsmo produktų. Šis aušimo greitis vadinamas kritiniu grūdinimo greičiu.</w:t>
                  </w:r>
                </w:p>
              </w:txbxContent>
            </v:textbox>
            <w10:wrap type="none" anchorx="page" anchory="page"/>
          </v:shape>
        </w:pict>
      </w:r>
    </w:p>
    <w:p>
      <w:pPr>
        <w:spacing w:before="0" w:after="0"/>
      </w:pPr>
      <w:r>
        <w:pict>
          <v:shape style="position:absolute;left:80.69pt;top:269.26pt;width:292.47pt;height:21.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Martensito mikrostruktūrų schemos: a - smulkiaadatinio, b – stambiaadatinio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3.97pt;top:205.98pt;width:348.01pt;height:340.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Atleidimo virsmai ir plieno mechaninių savybių kitimas atleidimo metu</w:t>
                    <w:br/>
                  </w:r>
                  <w:r>
                    <w:rPr>
                      <w:rFonts w:ascii="Sans Serif" w:hAnsi="Sans Serif" w:eastAsia="Sans Serif"/>
                      <w:sz val="8"/>
                    </w:rPr>
                    <w:t> </w:t>
                    <w:br/>
                  </w:r>
                  <w:r>
                    <w:rPr>
                      <w:rFonts w:ascii="Sans Serif" w:hAnsi="Sans Serif" w:eastAsia="Sans Serif"/>
                      <w:sz val="8"/>
                    </w:rPr>
                    <w:t>Užgrūdinto plieno struktūrą sudaro dvi pagrindinės fazės: martensitas ir liekamasis austenitas. Kaitinant plieną, iš šių fazių palaipsniui susidaro ferito-cementito fazių mišinys. Užgrūdinto plieno kaitinimas iki temperatūros, neviršijančios kritinės temperatūros $A_{c1}$ , laikymas šioje temperatūroje ir ataušinimas (dažniausiai ore) vadinamas atleidimu.</w:t>
                    <w:br/>
                  </w:r>
                  <w:r>
                    <w:rPr>
                      <w:rFonts w:ascii="Sans Serif" w:hAnsi="Sans Serif" w:eastAsia="Sans Serif"/>
                      <w:sz val="8"/>
                    </w:rPr>
                    <w:t> </w:t>
                    <w:br/>
                  </w:r>
                  <w:r>
                    <w:rPr>
                      <w:rFonts w:ascii="Sans Serif" w:hAnsi="Sans Serif" w:eastAsia="Sans Serif"/>
                      <w:sz val="8"/>
                    </w:rPr>
                    <w:t>Kaitinant užgrūdintą plieną iki $200\text{ }^\circ\text{C}$ vyksta pirmasis atleidimo virsmas: iš anglimi persotino kietojo tirpalo (martensito) kristalinės gardelės pamažu išsiskiria anglies atomai. Dėl to mažėja martensito gardelės tetragoniškumas - gardelės ašių santykis $C/a$ artėja prie vieneto. Anglis, išsiskyrusi iš martensito kristalinės gardelės, sudaro labai dispersiškas geležies karbido plokštelės. Šio karbido kristalinė gardelė heksagoninė, cheminė formulė $\text{Fe}_2\text{C}$. Jis vadinamas $\varepsilon$- karbidu. $\varepsilon$-karbido plokštelės nėra visiškai atsiskyrę nuo martensito kristalų. Fazių skyrimo ribose $\varepsilon$- karbido kristalinė gardelė ir martensito kristalinė gardelė turi bendrą atomų sluoksnį.</w:t>
                    <w:br/>
                  </w:r>
                  <w:r>
                    <w:rPr>
                      <w:rFonts w:ascii="Sans Serif" w:hAnsi="Sans Serif" w:eastAsia="Sans Serif"/>
                      <w:sz val="8"/>
                    </w:rPr>
                    <w:t> </w:t>
                    <w:br/>
                  </w:r>
                  <w:r>
                    <w:rPr>
                      <w:rFonts w:ascii="Sans Serif" w:hAnsi="Sans Serif" w:eastAsia="Sans Serif"/>
                      <w:sz val="8"/>
                    </w:rPr>
                    <w:t>Dėl pirmojo atleidimo virsmo pakitusi martensito struktūra vadinama atleidimo martensitu. Ją sudaro persotintas kietas anglies tirpalas geležyje ir $\varepsilon\text{-karbido}$ dalelės.</w:t>
                    <w:br/>
                  </w:r>
                  <w:r>
                    <w:rPr>
                      <w:rFonts w:ascii="Sans Serif" w:hAnsi="Sans Serif" w:eastAsia="Sans Serif"/>
                      <w:sz val="8"/>
                    </w:rPr>
                    <w:t> </w:t>
                    <w:br/>
                  </w:r>
                  <w:r>
                    <w:rPr>
                      <w:rFonts w:ascii="Sans Serif" w:hAnsi="Sans Serif" w:eastAsia="Sans Serif"/>
                      <w:sz val="8"/>
                    </w:rPr>
                    <w:t>Kaitinant $200\text{-}300\text{ }^\circ\text{C}$ temperatūros intervale, toliau tęsiasi martensito irrimo procesas. Anglies koncentracija kietajame tirpale toliau mažėja (maždaug iki $0,15\%$). Lygiagrečiai su šiuo procesu atleidimo virsmas. Jo esmė -- liekamojo austenito virtimas atleidimo martensitu.</w:t>
                    <w:br/>
                  </w:r>
                  <w:r>
                    <w:rPr>
                      <w:rFonts w:ascii="Sans Serif" w:hAnsi="Sans Serif" w:eastAsia="Sans Serif"/>
                      <w:sz val="8"/>
                    </w:rPr>
                    <w:t> </w:t>
                    <w:br/>
                  </w:r>
                  <w:r>
                    <w:rPr>
                      <w:rFonts w:ascii="Sans Serif" w:hAnsi="Sans Serif" w:eastAsia="Sans Serif"/>
                      <w:sz val="8"/>
                    </w:rPr>
                    <w:t>$300\text{-}400\text{ }^\circ\text{C}$ temperatūroje vyksta tretysis atleidimo virsmas. Jo metu $\varepsilon$- karbidas atsiskiria nuo martensito kristalinės gardelės ir transformuojasi į cementitą. Iš kietojo tirpalo baigia iššiskyrti anglis ir jis tampa feritu. Galutinis šio virsmo produktas - labai dispersiškas ferito ir cementito fazių mišinys vadinamas atleidimo trostitu.</w:t>
                    <w:br/>
                  </w:r>
                  <w:r>
                    <w:rPr>
                      <w:rFonts w:ascii="Sans Serif" w:hAnsi="Sans Serif" w:eastAsia="Sans Serif"/>
                      <w:sz val="8"/>
                    </w:rPr>
                    <w:t> </w:t>
                    <w:br/>
                  </w:r>
                  <w:r>
                    <w:rPr>
                      <w:rFonts w:ascii="Sans Serif" w:hAnsi="Sans Serif" w:eastAsia="Sans Serif"/>
                      <w:sz val="8"/>
                    </w:rPr>
                    <w:t>Kaitinant $400\text{-}600\text{ }^\circ\text{C}$ temperatūros intervale, cementito dalelės stambėja (koaguliuoja) ir apvalėja (sferoidizuojasi). Nors naujos fazės šiame etape nesusidaro, cementito dalelių</w:t>
                  </w:r>
                </w:p>
              </w:txbxContent>
            </v:textbox>
            <w10:wrap type="none" anchorx="page" anchory="page"/>
          </v:shape>
        </w:pict>
      </w:r>
    </w:p>
    <w:p>
      <w:pPr>
        <w:spacing w:before="0" w:after="0"/>
      </w:pPr>
      <w:r>
        <w:pict>
          <v:shape style="position:absolute;left:53.71pt;top:187.33pt;width:269.27pt;height:19.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Austenito izoterminio virsmo diagrama su aušimo kreivėmis (schema)</w:t>
                  </w:r>
                </w:p>
              </w:txbxContent>
            </v:textbox>
            <w10:wrap type="none" anchorx="page" anchory="page"/>
          </v:shape>
        </w:pict>
      </w:r>
    </w:p>
    <w:p>
      <w:pPr>
        <w:spacing w:before="0" w:after="0"/>
      </w:pPr>
      <w:r>
        <w:pict>
          <v:shape style="position:absolute;left:454.37pt;top:59.98pt;width:358.56pt;height:471.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koaguliavimo ir sferoidizacijos procesai vadinami ketvirtuoju atleidimo virsmu. 500-600 $^\circ\text{C}$ temperatūroje susidaręs ferito ir cementito fazių mišinys vadinamas atleidimo sorbitu. Kaitinant 600-700 $^\circ\text{C}$ temperatūroje cementito dalelės dar labiau sustambėja ir susidariusi struktūra vadinama atleidimo arba grūdeliniu perlitu.</w:t>
                    <w:br/>
                  </w:r>
                  <w:r>
                    <w:rPr>
                      <w:rFonts w:ascii="Sans Serif" w:hAnsi="Sans Serif" w:eastAsia="Sans Serif"/>
                      <w:sz val="8"/>
                    </w:rPr>
                    <w:t> </w:t>
                    <w:br/>
                  </w:r>
                  <w:r>
                    <w:rPr>
                      <w:rFonts w:ascii="Sans Serif" w:hAnsi="Sans Serif" w:eastAsia="Sans Serif"/>
                      <w:sz val="8"/>
                    </w:rPr>
                    <w:t>Užgrūdintas plienas turi didžiausią kietumą, aukštą stiprumo ribą, tačiau yra labai trapus. Dinaminio apkrovimo sąlygomis tokio plieno naudoti negalima.</w:t>
                    <w:br/>
                  </w:r>
                  <w:r>
                    <w:rPr>
                      <w:rFonts w:ascii="Sans Serif" w:hAnsi="Sans Serif" w:eastAsia="Sans Serif"/>
                      <w:sz val="8"/>
                    </w:rPr>
                    <w:t> </w:t>
                    <w:br/>
                  </w:r>
                  <w:r>
                    <w:rPr>
                      <w:rFonts w:ascii="Sans Serif" w:hAnsi="Sans Serif" w:eastAsia="Sans Serif"/>
                      <w:sz val="8"/>
                    </w:rPr>
                    <w:t>Atleidimo metu vykstantys struktūros pokyčiai keičia plieno mechanines savybes. Kylant atleidimo temperatūrai, mažėja užgrūdinto plieno kietumas. Kietumo mažėjimo intensyvumas priklauso nuo anglies kiekio pliene. Kuo daugiau anglies martensite, tuo greičiau ji iš jo išsiskiria. Dėl to anglingo plieno (0,6-1,2 % C) kietumas pradeda mažėti jau nuo 100-150 $^\circ\text{C}$, o plieno su mažesniu anglies kiekiu (0,2-0,35%) -- tik nuo 200 $^\circ\text{C}$ (3.12 pav.). Vis dėlto anglingas plienas didelį kietumą išsaugo iki 200-250 $^\circ\text{C}$. Esant atleidimo temperatūrai apie 100 $^\circ\text{C}$, užetektoidinio plieno kietumas gali 1-2 HRC vienetais padidėti dėl gausaus karbidų išsiskyrimo. Šis reiškinys plienų kietumui vadinamas antriniu kietumu.</w:t>
                    <w:br/>
                  </w:r>
                  <w:r>
                    <w:rPr>
                      <w:rFonts w:ascii="Sans Serif" w:hAnsi="Sans Serif" w:eastAsia="Sans Serif"/>
                      <w:sz val="8"/>
                    </w:rPr>
                    <w:t> </w:t>
                    <w:br/>
                  </w:r>
                  <w:r>
                    <w:rPr>
                      <w:rFonts w:ascii="Sans Serif" w:hAnsi="Sans Serif" w:eastAsia="Sans Serif"/>
                      <w:sz val="8"/>
                    </w:rPr>
                    <w:t>Mažėjant kietumui, didėja atleidžiamo plieno plastiškumas bei smūginis tąsumas. Tačiau smūginis tąsumas, kylant atleidimo temperatūrai, kinta netolygiai. Kylant atleidimo temperatūrai iki 250 $^\circ\text{C}$, jis didėja, 250-350 $^\circ\text{C}$ atleidimo temperatūrų intervale jis labai sumažėja, toliau kylant atleidimo temperatūrai, jis vėl didėja ir esant 600-650 $^\circ\text{C}$ atleidimo temperatūrai, pasiekia maksimumą. 250-350 $^\circ\text{C}$ temperatūroje atleisto plieno smūginio tąsumo sumažėjimas vadinamas negrįžtamuoju atleidimo trapumu. Taip jis vadinamas todėl, kad įkaitinus plieną virš 400 $^\circ\text{C}$, jis išnyksta ir pakartotinai iki 250-359 $^\circ\text{C}$ nebepasireiškia. Manoma, kad negrįžtamojo atleidimo trapumo priežastis yra nevienodas martensito suirimo laipsnis ir dėl to gaminyje susidarantys dideli vidiniai įtempimai. Negrįžtamasis atleidimo trapumas būdingas tiek angliniam, tiek ir legiruotam plienui.</w:t>
                    <w:br/>
                  </w:r>
                  <w:r>
                    <w:rPr>
                      <w:rFonts w:ascii="Sans Serif" w:hAnsi="Sans Serif" w:eastAsia="Sans Serif"/>
                      <w:sz val="8"/>
                    </w:rPr>
                    <w:t> </w:t>
                    <w:br/>
                  </w:r>
                  <w:r>
                    <w:rPr>
                      <w:rFonts w:ascii="Sans Serif" w:hAnsi="Sans Serif" w:eastAsia="Sans Serif"/>
                      <w:sz val="8"/>
                    </w:rPr>
                    <w:t>Grūdinto ir 550-650 $^\circ\text{C}$ temperatūroje atleisto plieno kietumas, stiprumas, plastiškumas ir smūginis tąsumas yra didesnis negu atkaitinto. Dėl to plieno grūdinimo ir aukštojo atleidimo operacijų derinys vadinamas terminiu gerinimu.</w:t>
                    <w:br/>
                  </w:r>
                  <w:r>
                    <w:rPr>
                      <w:rFonts w:ascii="Sans Serif" w:hAnsi="Sans Serif" w:eastAsia="Sans Serif"/>
                      <w:sz val="8"/>
                    </w:rPr>
                    <w:t> </w:t>
                    <w:br/>
                  </w:r>
                  <w:r>
                    <w:rPr>
                      <w:rFonts w:ascii="Sans Serif" w:hAnsi="Sans Serif" w:eastAsia="Sans Serif"/>
                      <w:sz val="8"/>
                    </w:rPr>
                    <w:t>Legiruotas plienas, ypač legiruotas karbidizuojančiais elementais, atleistas toje pačioje temperatūrose yra kietesnis negu anglinis. Taip aiškinama tuo, kad legiruojantys elementai lėtina martensito irimo, karbidų susidarymo bei jų koaguliacijos procesus.</w:t>
                    <w:br/>
                  </w:r>
                  <w:r>
                    <w:rPr>
                      <w:rFonts w:ascii="Sans Serif" w:hAnsi="Sans Serif" w:eastAsia="Sans Serif"/>
                      <w:sz val="8"/>
                    </w:rPr>
                    <w:t> </w:t>
                    <w:br/>
                  </w:r>
                  <w:r>
                    <w:rPr>
                      <w:rFonts w:ascii="Sans Serif" w:hAnsi="Sans Serif" w:eastAsia="Sans Serif"/>
                      <w:sz val="8"/>
                    </w:rPr>
                    <w:t>Plienui, užterštam fosforu, legiruotam Si, Mn, Cr arba kompleksiškai Cr ir Ni bei Mn, būdingas tąsumo sumažėjimas, atleidus jį 500-550 $^\circ\text{C}$ ir aukštesnėje temperatūroje, jeigu 500-550</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9.14pt;top:63.22pt;width:350.68pt;height:48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 temperatūrų intervale aušo lėtai. Šis reiškinys vadinamas grįžtamuoju atleidimo trapumu, kadangi ir pakartotinai įkaitinus virš šių temperatūrų bei po to lėtai aušinant, jis vėl atsiranda.</w:t>
                    <w:br/>
                  </w:r>
                  <w:r>
                    <w:rPr>
                      <w:rFonts w:ascii="Sans Serif" w:hAnsi="Sans Serif" w:eastAsia="Sans Serif"/>
                      <w:sz val="8"/>
                    </w:rPr>
                    <w:t> </w:t>
                    <w:br/>
                  </w:r>
                  <w:r>
                    <w:rPr>
                      <w:rFonts w:ascii="Sans Serif" w:hAnsi="Sans Serif" w:eastAsia="Sans Serif"/>
                      <w:sz val="8"/>
                    </w:rPr>
                    <w:t>Grįžtamasis atleidimo trapumas pavojingas ne tik dėl to, kad sumažina atleisto plieno smūginį tąsumą, bet ir dėl to, kad labai pakelia plieno kritinę trapumo temperatūrą. Jo poveikis sumažinamas arba visai panaikinamas, plieną po aukštojo atleidimo aušinant greitai - vandenyje arba alyvoje. Plieno polinkis grįžtamajam trapumui sumažinamas, legiruojant nedideliais molibdeno (0,2-0,3 %) bei volframo (0,5-0,7 %) kiekiais.</w:t>
                    <w:br/>
                  </w:r>
                  <w:r>
                    <w:rPr>
                      <w:rFonts w:ascii="Sans Serif" w:hAnsi="Sans Serif" w:eastAsia="Sans Serif"/>
                      <w:sz val="8"/>
                    </w:rPr>
                    <w:t> </w:t>
                    <w:br/>
                  </w:r>
                  <w:r>
                    <w:rPr>
                      <w:rFonts w:ascii="Sans Serif" w:hAnsi="Sans Serif" w:eastAsia="Sans Serif"/>
                      <w:sz val="8"/>
                    </w:rPr>
                    <w:t>Terminis plieno senėjimas . Žemėjant temperatūrai, anglies tirpumas geležyje mažėja nuo 0,025 % C 727 °C temperatūroje iki 0,006 % C kambario temperatūroje. Plienui aušant iš 700-650 °C temperatūros lėtai, anglies perteklius suspėja išsiskirti iš geležies gardelės ir sudaro tretinio cementito kristalėlius. Aušant plienams greičiau, pavyzdžiui, kaip ploni plieno lakštai aušta po valcavimo, suvirintos konstrukcijos ir pan., anglis neišsiskiria iš $\alpha$ geležies kristalinės gardelės ir kietasis tirpalas lieka persotintas anglimi. Laikui bėgant anglies atomai išsiskiria iš geležies kristalinės gardelės, kaupiasi prie dislokacijų, sudaro labai dispersiškas $\epsilon$-karbido ir $\text{Fe}_3\text{C}$ daleles. Dėl to sumažėja dislokacijų paslankumas, o tai didina plieno stiprumą bei kietumą ir mažina jo plastiškumą. Kambario temperatūroje šis procesas trunka keletą parų ir vadinamas senėjimu, aukštesnėje - (50-150 °C) - keletą valandų ir vadinamas sendinimu. Ryškiausias terminio senėjimo efektas stebimas Armko geležyje ($\sim$ 0,02 % C) ir labai mažo anglingumo (0,02-0,04 % C) pliene. Anglies kiekiui viršijus 0,1 %, plieno polinkis terminiam senėjimui mažėja.</w:t>
                    <w:br/>
                  </w:r>
                  <w:r>
                    <w:rPr>
                      <w:rFonts w:ascii="Sans Serif" w:hAnsi="Sans Serif" w:eastAsia="Sans Serif"/>
                      <w:sz val="8"/>
                    </w:rPr>
                    <w:t> </w:t>
                    <w:br/>
                  </w:r>
                  <w:r>
                    <w:rPr>
                      <w:rFonts w:ascii="Sans Serif" w:hAnsi="Sans Serif" w:eastAsia="Sans Serif"/>
                      <w:sz val="8"/>
                    </w:rPr>
                    <w:t>Kadangi senėjant plienams mažėja jų plastiškumas, tai dažniausiai šis procesas nepageidautinas. Nesenėja atkaitinti ir termiškai gerinti plienai.</w:t>
                    <w:br/>
                  </w:r>
                  <w:r>
                    <w:rPr>
                      <w:rFonts w:ascii="Sans Serif" w:hAnsi="Sans Serif" w:eastAsia="Sans Serif"/>
                      <w:sz val="8"/>
                    </w:rPr>
                    <w:t> </w:t>
                    <w:br/>
                  </w:r>
                  <w:r>
                    <w:rPr>
                      <w:rFonts w:ascii="Sans Serif" w:hAnsi="Sans Serif" w:eastAsia="Sans Serif"/>
                      <w:sz val="8"/>
                    </w:rPr>
                    <w:t>Plieno įkaitinimas terminiam apdorojimui. Termiškai apdorojant plieną, jis kaitinamas elektros arba liepsninėse krosnyse, išlydytų druskų (70 % $\text{BaCl}_2$ + 30 % $\text{NaCl}$ ir pan.) arba metalų (švino) voniose, indukciniouose aukšto dažnio srovių (a.d.s.) įrenginiuose.</w:t>
                    <w:br/>
                  </w:r>
                  <w:r>
                    <w:rPr>
                      <w:rFonts w:ascii="Sans Serif" w:hAnsi="Sans Serif" w:eastAsia="Sans Serif"/>
                      <w:sz val="8"/>
                    </w:rPr>
                    <w:t> </w:t>
                    <w:br/>
                  </w:r>
                  <w:r>
                    <w:rPr>
                      <w:rFonts w:ascii="Sans Serif" w:hAnsi="Sans Serif" w:eastAsia="Sans Serif"/>
                      <w:sz val="8"/>
                    </w:rPr>
                    <w:t>Kaitinamo plieno paviršius gali oksiduotis arba nuanglėti. Apsaugai nuo oksidacijos ir nuanglėjimo krosnys vakuumuojamos, užpildomos techniniu azotu arba inertinėmis dujomis. Tai gana brangu, pigiau yra krosnyse sudaryti kontroliuojamą atmosferą. Dažniausiai tai būna $\text{CO}$, $\text{H}_2$ ir $\text{N}_2$ dujų mišiniai, gaminami specialiuose generatoriuose, arba disociuotas amoniakas (75 % $\text{H}_2$ ir 25 % $\text{N}_2$). Kaitinant išlydytų druskų voniose, jos periodiškai išoksidinamos boraksu ir kitais cheminiais junginiais.</w:t>
                    <w:br/>
                  </w:r>
                  <w:r>
                    <w:rPr>
                      <w:rFonts w:ascii="Sans Serif" w:hAnsi="Sans Serif" w:eastAsia="Sans Serif"/>
                      <w:sz val="8"/>
                    </w:rPr>
                    <w:t> </w:t>
                    <w:br/>
                  </w:r>
                  <w:r>
                    <w:rPr>
                      <w:rFonts w:ascii="Sans Serif" w:hAnsi="Sans Serif" w:eastAsia="Sans Serif"/>
                      <w:sz val="8"/>
                    </w:rPr>
                    <w:t>Nedideli, nesudėtingos formos gaminiai kaitinimui padedami į jau įkaitintas iki reikiamos temperatūros krosnis arba vonias. Šiuo atveju laikymo terminio apdorojimo temperatūroje trukmė turi būti tokia, kad plienas perkaistų visame gaminio skerspjūvyje, jame pasibaigtų struktūriniai</w:t>
                  </w:r>
                </w:p>
              </w:txbxContent>
            </v:textbox>
            <w10:wrap type="none" anchorx="page" anchory="page"/>
          </v:shape>
        </w:pict>
      </w:r>
    </w:p>
    <w:p>
      <w:pPr>
        <w:spacing w:before="0" w:after="0"/>
      </w:pPr>
      <w:r>
        <w:pict>
          <v:shape style="position:absolute;left:459.46pt;top:60.60pt;width:352.76pt;height:486.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virsmai bei austenito homogenizacija. Ilgiau kaitinti nereikia, nes gali išaugti austenito grūdeliai, plieno paviršius daugiau oksiduojasi bei nuanglėja. Kaitinimo trukmė yra skaičiuojama atsižvelgiant į gaminio masę, jo formą, kaitinimo būdą, plieno šilumos laidumą. Neretai ji nustatoma technologiniais bandymais. Orientacinės kaitinimo laiko norma (vienam skersmens arba skerspjūvio milimetrui) 750-900 $^0\text{C}$ temperatūroje yra tokia: angliniam įrankiniam plienui, kaitinant elektros krosnyse -- 50-80 s, druskų voniose -- 20-35 s. Legiruotam plienui atitinkamai -- 70-90 s ir 25-30 s. Orientacinė kaitinimo atleidimo temperatūrose trukmė -- 2-3 min/mm.</w:t>
                    <w:br/>
                  </w:r>
                  <w:r>
                    <w:rPr>
                      <w:rFonts w:ascii="Sans Serif" w:hAnsi="Sans Serif" w:eastAsia="Sans Serif"/>
                      <w:sz val="8"/>
                    </w:rPr>
                    <w:t> </w:t>
                    <w:br/>
                  </w:r>
                  <w:r>
                    <w:rPr>
                      <w:rFonts w:ascii="Sans Serif" w:hAnsi="Sans Serif" w:eastAsia="Sans Serif"/>
                      <w:sz val="8"/>
                    </w:rPr>
                    <w:t>Sudėtingos formos įrankius ir detales bei daug legiruoto plieno gaminius prieš dedant į terminio apdorojimo temperatūrą, reikia prieš tai pakaitinti 400-600 $^0\text{C}$ temperatūroje. Kaitinant iš karto reikiamoje temperatūroje, tokie gaminiai labai deformuojasi, gali ir sutrūkinėti. Stambūs, sudėtingos formos gaminiai kaitinami lėtai (kartu su krosnimi), arba laiptuotai, t.y. keliais etapais.</w:t>
                    <w:br/>
                  </w:r>
                  <w:r>
                    <w:rPr>
                      <w:rFonts w:ascii="Sans Serif" w:hAnsi="Sans Serif" w:eastAsia="Sans Serif"/>
                      <w:sz val="8"/>
                    </w:rPr>
                    <w:t> </w:t>
                    <w:br/>
                  </w:r>
                  <w:r>
                    <w:rPr>
                      <w:rFonts w:ascii="Sans Serif" w:hAnsi="Sans Serif" w:eastAsia="Sans Serif"/>
                      <w:sz val="8"/>
                    </w:rPr>
                    <w:t>**8. Plieno atkaitinimas**</w:t>
                    <w:br/>
                  </w:r>
                  <w:r>
                    <w:rPr>
                      <w:rFonts w:ascii="Sans Serif" w:hAnsi="Sans Serif" w:eastAsia="Sans Serif"/>
                      <w:sz val="8"/>
                    </w:rPr>
                    <w:t> </w:t>
                    <w:br/>
                  </w:r>
                  <w:r>
                    <w:rPr>
                      <w:rFonts w:ascii="Sans Serif" w:hAnsi="Sans Serif" w:eastAsia="Sans Serif"/>
                      <w:sz val="8"/>
                    </w:rPr>
                    <w:t>Atkaitinimo su faziniu persikristalizavimu esmę sudaro plieno įkaitinimas virš kritinių temperatūrų $Ac_3$ arba $Ac_1$, izoterminis išlaikymas šiose temperatūrose ir lėtas ataušinimas. Atkaitintame pliene susidaro pusiausvyrinės struktūros, nurodytos $\text{Fe-Fe}_3\text{C}$ diagramoje. Atkaitintas plienas yra minkštas, nestiprus ir gana plastiškas. Dėl persikristalizavimo susmulkėja ir susivienodina plieno struktūra (8. pav.), išnyksta daugelis struktūros defektų, susidariusių ankstyvesniojo plieno technologinio apdorojimo metu, panaikinami vidiniai įtempimai.</w:t>
                    <w:br/>
                  </w:r>
                  <w:r>
                    <w:rPr>
                      <w:rFonts w:ascii="Sans Serif" w:hAnsi="Sans Serif" w:eastAsia="Sans Serif"/>
                      <w:sz val="8"/>
                    </w:rPr>
                    <w:t> </w:t>
                    <w:br/>
                  </w:r>
                  <w:r>
                    <w:rPr>
                      <w:rFonts w:ascii="Sans Serif" w:hAnsi="Sans Serif" w:eastAsia="Sans Serif"/>
                      <w:sz val="8"/>
                    </w:rPr>
                    <w:t>Atkaitinami daugelis valcuotų, kaltų, štampuotų, lietų plieno gaminių. Atkaitintą plieną lengviau apdoroti pjovimu bei spaudimu. Atkaitinimu plieno struktūrą paruošiama grūdinimui. Daugeliui stambių liejinių atkaitinimas yra galutinė terminio apdorojimo operacija.</w:t>
                    <w:br/>
                  </w:r>
                  <w:r>
                    <w:rPr>
                      <w:rFonts w:ascii="Sans Serif" w:hAnsi="Sans Serif" w:eastAsia="Sans Serif"/>
                      <w:sz val="8"/>
                    </w:rPr>
                    <w:t> </w:t>
                    <w:br/>
                  </w:r>
                  <w:r>
                    <w:rPr>
                      <w:rFonts w:ascii="Sans Serif" w:hAnsi="Sans Serif" w:eastAsia="Sans Serif"/>
                      <w:sz val="8"/>
                    </w:rPr>
                    <w:t>Priešeutektoidiniam plienui daugiausia taikomas visiškas atkaitinimas (dar vadinamas įprastiniu atkaitinimu). Visiškam atkaitinimui plienas įkaitinamas 30-50 $^0\text{C}$ virš kritinės temperatūros $Ac_3$, išlaikomas ir lėtai ataušinamas. Taip atkaitinant, vyksta visiškas plieno fazinis persikristalizavimas. $Ac_3 + 30-50\ ^0\text{C}$ temperatūroje susidaro smulkiagrūdė austenitinė struktūra, kuriai lėtai auštant, susidaro smulkiagrūdė perlitinė-feritinė struktūra (8. pav.).</w:t>
                    <w:br/>
                  </w:r>
                  <w:r>
                    <w:rPr>
                      <w:rFonts w:ascii="Sans Serif" w:hAnsi="Sans Serif" w:eastAsia="Sans Serif"/>
                      <w:sz val="8"/>
                    </w:rPr>
                    <w:t> </w:t>
                    <w:br/>
                  </w:r>
                  <w:r>
                    <w:rPr>
                      <w:rFonts w:ascii="Sans Serif" w:hAnsi="Sans Serif" w:eastAsia="Sans Serif"/>
                      <w:sz val="8"/>
                    </w:rPr>
                    <w:t>Visiškai atkaitinant plieną, jo aušinimas turi būti pakankamai lėtas, kad austenitas skiltų esant kiek galima mažesniam peraušinimui. Anglinis plienas aušinamas 100-200 $^0\text{C/h}$ greičiu, legiruotas -- 10-100 $^0\text{C/h}$ greičiu. Tokiu aušinimo greičiu plienas aušta krosnyse. Lėtai aušinti būtina iki 500 $^0\text{C}$. Toliau galima aušinti ore. Jei gaminiai yra sudėtingos formos, jie krosnyje aušinami beveik iki kambario temperatūros. Legiruotam plienui visiškas atkaitinimas dažnai keičiamas izoterminiu atkaitinimu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1.45pt;top:190.87pt;width:351.28pt;height:343.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Izoterminis atkaitinimas atliekamas dvejose krosnyse. Pirmoje krosnyje plienas įkaitinamas 50-70 $^\circ\text{C}$ virš kritinės temperatūros $A_{c3}$ ir išlaikomas, kol baigiasi austenito homogenizacija. Po to plienas perkeliamas į kitą krosnį, kurios temperatūra 100-150 $^\circ\text{C}$ žemesnė negu apdorojamo plieno kritinė temperatūra $A_1$. Antroje krosnyje plienas išlaikomas, kol baigiasi austenito skilimas, ir po to ataušinamas ore. Taip atkaitinant sutrumpėja atkaitinimo trukmė (aušinimo ciklo sąskaita), gaminio skerspjūvyje susidaro tolygesnė struktūra.</w:t>
                    <w:br/>
                  </w:r>
                  <w:r>
                    <w:rPr>
                      <w:rFonts w:ascii="Sans Serif" w:hAnsi="Sans Serif" w:eastAsia="Sans Serif"/>
                      <w:sz val="8"/>
                    </w:rPr>
                    <w:t> </w:t>
                    <w:br/>
                  </w:r>
                  <w:r>
                    <w:rPr>
                      <w:rFonts w:ascii="Sans Serif" w:hAnsi="Sans Serif" w:eastAsia="Sans Serif"/>
                      <w:sz val="8"/>
                    </w:rPr>
                    <w:t>Jei plieno struktūra nestambiagrūdė ir joje nėra ryškesnių struktūrinių defektų, o reikalinga tik suminkštinti plieną, tada pakanka atlikti dalinį (nevisišką) atkaitinimą. Daliniam atkaitinimui plienas įkaitinamas truputį aukščiau kritinės temperatūros $A_{c1}$, išlaikomas ir lėtai ataušinamas. Prieš eutektoidiniame pliene fazinė kristalizacija šiuo atveju būna nepilna. Austenitu virsta tik perlitas, o perteklinis feritas - tik iš dalies. Dėl to plieno struktūra praktiškai nesusmulkėja. Užeutektoidinį plieną įkaitinus truputį aukščiau (10-30 $^\circ\text{C}$) $A_{c1}$, įvyksta praktiškai pilna fazinė perkristalizacija, todėl dalinis atkaitinimas dažniausiai taikomas užeutektoidiniam plienui. Anglinis plienas, kurio sudėtis artima eutektoidinei, daliniam atkaitinimui kaitinamas iki 750-760 $^\circ\text{C}$, užeutektoidinis - iki 770-820 $^\circ\text{C}$. Tokioje temperatūroje dar lieka labai smulkių, austenite neištirpusių cementito dalelių. Aušinant plieną, šios dalelės būna cementito kristalizacijos centrais. Jiems augant susidaro apvalios cementito dalelės. Dėl to po dalinio atkaitinimo plienas dažniausiai turi grūdelinio perlito struktūrą. Grūdelinis perlitas yra minkštesnis už plokšelinį, todėl jis yra pageidautina plieno struktūra. Iš tokio plieno lengviau gaminti įrankius, grūdinami įrankiai mažiau deformuojasi.</w:t>
                    <w:br/>
                  </w:r>
                  <w:r>
                    <w:rPr>
                      <w:rFonts w:ascii="Sans Serif" w:hAnsi="Sans Serif" w:eastAsia="Sans Serif"/>
                      <w:sz val="8"/>
                    </w:rPr>
                    <w:t> </w:t>
                    <w:br/>
                  </w:r>
                  <w:r>
                    <w:rPr>
                      <w:rFonts w:ascii="Sans Serif" w:hAnsi="Sans Serif" w:eastAsia="Sans Serif"/>
                      <w:sz val="8"/>
                    </w:rPr>
                    <w:t>Paprasto dalinio atkaitinimo metu ne visuomet perlitas visiškai sferoidizuojasi, ypatingai angliniame pliene. Dėl to grūdeliniam perlitui gauti kartais taikomas specialus sferoidizacinis atkaitinimas. Pavyzdžiui, plienas iš atkaitinimo temperatūros lėtai (30-50 $^\circ\text{C}/\text{h}$) aušinamas iki 620-680 $^\circ\text{C}$ ir šioje temperatūroje išlaikomas 1-3 val., kad vyktų karbidų sferoidizacija ir koaguliacija.</w:t>
                  </w:r>
                </w:p>
              </w:txbxContent>
            </v:textbox>
            <w10:wrap type="none" anchorx="page" anchory="page"/>
          </v:shape>
        </w:pict>
      </w:r>
    </w:p>
    <w:p>
      <w:pPr>
        <w:spacing w:before="0" w:after="0"/>
      </w:pPr>
      <w:r>
        <w:pict>
          <v:shape style="position:absolute;left:462.66pt;top:59.98pt;width:351.74pt;height:468.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Kita sferoidizacinio atkaitinimo atmaina yra švytuoklinis atkaitinimas. Šiuo atveju plienas kaitinamas maždaug iki 730-740 $^\circ\text{C}$, kiek išlaikius lėtai aušinamas iki 680 $^\circ\text{C}$, kartojant šį ciklą keletą kartų. Sferoidizacinis atkaitinimas gali būti taikomas ir mažo bei vidutinio anglingumo plieno lakštų arba strypų plastiškumui padidinti prieš šaltąjį štampavimą arba traukimą.</w:t>
                    <w:br/>
                  </w:r>
                  <w:r>
                    <w:rPr>
                      <w:rFonts w:ascii="Sans Serif" w:hAnsi="Sans Serif" w:eastAsia="Sans Serif"/>
                      <w:sz val="8"/>
                    </w:rPr>
                    <w:t> </w:t>
                    <w:br/>
                  </w:r>
                  <w:r>
                    <w:rPr>
                      <w:rFonts w:ascii="Sans Serif" w:hAnsi="Sans Serif" w:eastAsia="Sans Serif"/>
                      <w:sz val="8"/>
                    </w:rPr>
                    <w:t>9. Plieno normalizavimas</w:t>
                    <w:br/>
                  </w:r>
                  <w:r>
                    <w:rPr>
                      <w:rFonts w:ascii="Sans Serif" w:hAnsi="Sans Serif" w:eastAsia="Sans Serif"/>
                      <w:sz val="8"/>
                    </w:rPr>
                    <w:t> </w:t>
                    <w:br/>
                  </w:r>
                  <w:r>
                    <w:rPr>
                      <w:rFonts w:ascii="Sans Serif" w:hAnsi="Sans Serif" w:eastAsia="Sans Serif"/>
                      <w:sz val="8"/>
                    </w:rPr>
                    <w:t>Plieno normalizavimas -- tai viena visiško atkaitinimo atmaina. Normalizavimui priešeutektoidinis plienas įkaitinamas 50 $^\circ\text{C}$ virš kritinės temperatūros $A_{c3}$, užeutektoidinis - virš $A_{cm}$ (viršum linijos GSE $\text{Fe-Fe}_3\text{C}$ diagramoje), išlaikomas ir aušinamas ramiame ore. Normalizuojant vyksta visiškas fazinis plienų struktūros persikristalizavimas, todėl analogiškai kaip ir atkaitinant, susmulkėja ir susivienodina plieno struktūra, išnyksta daugelis struktūros defektų.</w:t>
                    <w:br/>
                  </w:r>
                  <w:r>
                    <w:rPr>
                      <w:rFonts w:ascii="Sans Serif" w:hAnsi="Sans Serif" w:eastAsia="Sans Serif"/>
                      <w:sz val="8"/>
                    </w:rPr>
                    <w:t> </w:t>
                    <w:br/>
                  </w:r>
                  <w:r>
                    <w:rPr>
                      <w:rFonts w:ascii="Sans Serif" w:hAnsi="Sans Serif" w:eastAsia="Sans Serif"/>
                      <w:sz val="8"/>
                    </w:rPr>
                    <w:t>Dėl didesnio aušinimo greičio, lyginant su atkaitinimu, normalizuojant austenitas skyla daugiau peraušintas, todėl iš jo susidaro smulkesnis ferito-cementito fazių mišinys. Be to, jo susidaro daugiau negu atkaitintų plienų struktūroje (vietoje perlito susidaro kvazieutektoidinės sorbito arba trostito struktūros). Dėl to, lyginant su atkaitintu plienu, normalizuoto vidutinio anglingumo ir anglingo plieno kietumas ir stiprumas padidėja $\sim$ 10-15 %. Šiek tiek padidėja ir smūginis tąsumas, nežymiai mažėjant santykiniam pailgėjimui.</w:t>
                    <w:br/>
                  </w:r>
                  <w:r>
                    <w:rPr>
                      <w:rFonts w:ascii="Sans Serif" w:hAnsi="Sans Serif" w:eastAsia="Sans Serif"/>
                      <w:sz val="8"/>
                    </w:rPr>
                    <w:t> </w:t>
                    <w:br/>
                  </w:r>
                  <w:r>
                    <w:rPr>
                      <w:rFonts w:ascii="Sans Serif" w:hAnsi="Sans Serif" w:eastAsia="Sans Serif"/>
                      <w:sz val="8"/>
                    </w:rPr>
                    <w:t>Normalizavimo paskirtis labai įvairi. Mažo anglingumo plienai (C &lt; 0,3 %) normalizuojami nedaug tesukietėja ir sustiprėja. Dėl to jų atkaitinimas dažnai pakeičiamas normalizavimu, nes jis yra paprastesnis ir pigesnis. Be to, normalizuotas mažaanglis plienas geriau apdirbamas pjovimu negu atkaitintas. Jo drožlė yra trapesnė, gaunamas švaresnis pjovimo paviršius, mažiau dyla įrankiai. Normalizavimu arba normalizavimu ir aukštuoju atleidimu dažnai pakeičiamas vidutinio anglingumo plieno liejinių grūdinimo ir aukštojo atleidimo technologinės operacijos. Mechaninės liejinių savybės gaunamos šiek tiek žemesnės negu grūdintų ir atleistų, tačiau gaminiai mažiau deformuojasi, sumažėja galimybės susidaryti juose įtrūkimams. Normalizavimu ir aukštuoju atleidimu dažnai susmulkinama ir ištaisoma legiruotojo plieno struktūra. Tai yra našiau, negu visiškai atkaitinti.</w:t>
                    <w:br/>
                  </w:r>
                  <w:r>
                    <w:rPr>
                      <w:rFonts w:ascii="Sans Serif" w:hAnsi="Sans Serif" w:eastAsia="Sans Serif"/>
                      <w:sz val="8"/>
                    </w:rPr>
                    <w:t> </w:t>
                    <w:br/>
                  </w:r>
                  <w:r>
                    <w:rPr>
                      <w:rFonts w:ascii="Sans Serif" w:hAnsi="Sans Serif" w:eastAsia="Sans Serif"/>
                      <w:sz val="8"/>
                    </w:rPr>
                    <w:t>Anglinis užeutektoidinis plienas normalizuojamas prieš sferoidizacinį atkaitinimą, jei jo struktūroje yra susidaręs antrinio cementito tinklelis. Tokį cementitą sferoidizuoti labai sunku. Įkaitinus virš kritinės temperatūros $A_{cm}$, antrinis cementitas ištirpsta austenite, o pagreitintai aušinant ore cementitinis tinklelis nebesusidaro.</w:t>
                  </w:r>
                </w:p>
              </w:txbxContent>
            </v:textbox>
            <w10:wrap type="none" anchorx="page" anchory="page"/>
          </v:shape>
        </w:pict>
      </w:r>
    </w:p>
    <w:p>
      <w:pPr>
        <w:spacing w:before="0" w:after="0"/>
      </w:pPr>
      <w:r>
        <w:pict>
          <v:shape style="position:absolute;left:60.27pt;top:164.94pt;width:308.67pt;height:19.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Priešeutektoidinio plieno struktūros grūdelių dydžio kitimas atkaitinant (schema)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9.51pt;top:63.36pt;width:350.95pt;height:468.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Plieno grūdinimas</w:t>
                    <w:br/>
                  </w:r>
                  <w:r>
                    <w:rPr>
                      <w:rFonts w:ascii="Sans Serif" w:hAnsi="Sans Serif" w:eastAsia="Sans Serif"/>
                      <w:sz val="8"/>
                    </w:rPr>
                    <w:t> </w:t>
                    <w:br/>
                  </w:r>
                  <w:r>
                    <w:rPr>
                      <w:rFonts w:ascii="Sans Serif" w:hAnsi="Sans Serif" w:eastAsia="Sans Serif"/>
                      <w:sz val="8"/>
                    </w:rPr>
                    <w:t>Grūdinant plieną, dažniausiai siekiama gauti pačia kiečiausią, t.y. martensitinę struktūrą. Atleidžiant užgrūdintą plieną, sumažinamas jo kietumas ir padidinamas plastiškumas. Esant tam pačiam kietumui, struktūra, gaunama atleidžiant martensitą, kaip taisyklė, turi geresnes mechanines savybes negu struktūra, susidariusi betarpiškai skylant austenitui. Išimtis - apatinio beinito struktūra.</w:t>
                    <w:br/>
                  </w:r>
                  <w:r>
                    <w:rPr>
                      <w:rFonts w:ascii="Sans Serif" w:hAnsi="Sans Serif" w:eastAsia="Sans Serif"/>
                      <w:sz val="8"/>
                    </w:rPr>
                    <w:t> </w:t>
                    <w:br/>
                  </w:r>
                  <w:r>
                    <w:rPr>
                      <w:rFonts w:ascii="Sans Serif" w:hAnsi="Sans Serif" w:eastAsia="Sans Serif"/>
                      <w:sz val="8"/>
                    </w:rPr>
                    <w:t>Svarbios grūdinamo plieno charakteristikos yra užgrūdinamumas ir įgrūdinamumas. Užgrūdinamumu vadinama plieno savybė padidinti kietumą grūdinimo metu. Ši savybė priklauso nuo anglies kiekio pliene. Didėjant anglies kiekiui, užgrūdinto plieno kietumas didėja. Užgrūdinto mažaanglio plieno (C &lt; 0,3 %) kietumas padidėja nedaug, todėl kietumui padidinti mažaanglis plienas negrūdinamas.</w:t>
                    <w:br/>
                  </w:r>
                  <w:r>
                    <w:rPr>
                      <w:rFonts w:ascii="Sans Serif" w:hAnsi="Sans Serif" w:eastAsia="Sans Serif"/>
                      <w:sz val="8"/>
                    </w:rPr>
                    <w:t> </w:t>
                    <w:br/>
                  </w:r>
                  <w:r>
                    <w:rPr>
                      <w:rFonts w:ascii="Sans Serif" w:hAnsi="Sans Serif" w:eastAsia="Sans Serif"/>
                      <w:sz val="8"/>
                    </w:rPr>
                    <w:t>Legiruojantys elementai užgrūdinamumui turi tik netiesioginę įtaką. Daugelis legiruojančiųjų elementų žemina martensitinio virsmo temperatūrą, todėl didina liekamojo austenito kiekį ir mažina užgrūdinto plieno kietumą. Kai kurie legiruojantys elementai (W, V), sudarantys austenite sunkiai tirpstančius karbidus, užgrūdinto plieno kietumą šiek tiek padidina.</w:t>
                    <w:br/>
                  </w:r>
                  <w:r>
                    <w:rPr>
                      <w:rFonts w:ascii="Sans Serif" w:hAnsi="Sans Serif" w:eastAsia="Sans Serif"/>
                      <w:sz val="8"/>
                    </w:rPr>
                    <w:t> </w:t>
                    <w:br/>
                  </w:r>
                  <w:r>
                    <w:rPr>
                      <w:rFonts w:ascii="Sans Serif" w:hAnsi="Sans Serif" w:eastAsia="Sans Serif"/>
                      <w:sz val="8"/>
                    </w:rPr>
                    <w:t>Įgrūdinamumas - tai plieno savybė užsigrūdinti tam tikru gyliu. Negalima pasiekti, kad grūdinant detalės šerdis ir paviršius auštų vienodu greičiu. Jei detalės šerdis aušta greičiu, mažesniu už grūdinamo plieno kritinį aušinimo greitį, tai užsigrūdina ne visas jos skerspjūvis - martensitinė struktūra susidaro tik tuose sluoksniuose, kurie aušta greičiau už kritinį aušinimo greitį.</w:t>
                    <w:br/>
                  </w:r>
                  <w:r>
                    <w:rPr>
                      <w:rFonts w:ascii="Sans Serif" w:hAnsi="Sans Serif" w:eastAsia="Sans Serif"/>
                      <w:sz val="8"/>
                    </w:rPr>
                    <w:t> </w:t>
                    <w:br/>
                  </w:r>
                  <w:r>
                    <w:rPr>
                      <w:rFonts w:ascii="Sans Serif" w:hAnsi="Sans Serif" w:eastAsia="Sans Serif"/>
                      <w:sz val="8"/>
                    </w:rPr>
                    <w:t>Užgrūdinto sluoksnio gyliu sąlygiškai laikomas atstumas nuo gaminio paviršiaus iki pusiau martensitinės struktūros. Pusiau martensitinės struktūros dedamosios - 50 % martensito ir 50 % trostito.</w:t>
                    <w:br/>
                  </w:r>
                  <w:r>
                    <w:rPr>
                      <w:rFonts w:ascii="Sans Serif" w:hAnsi="Sans Serif" w:eastAsia="Sans Serif"/>
                      <w:sz val="8"/>
                    </w:rPr>
                    <w:t> </w:t>
                    <w:br/>
                  </w:r>
                  <w:r>
                    <w:rPr>
                      <w:rFonts w:ascii="Sans Serif" w:hAnsi="Sans Serif" w:eastAsia="Sans Serif"/>
                      <w:sz val="8"/>
                    </w:rPr>
                    <w:t>Plieno įgrūdinamumas vertinamas kritiniu skersmeniu. Kritinis skersmuo - tai skersmuo tokio plieno strypo, kurį užgrūdinus, jo centre susidaro pusiau martensitinė struktūra. Toks kritinis skersmuo vadinamas pusiau martensitiniu kritiniu skersmeniu. Jis žymimas Dk (arba D50), nurodant terpe, kurioje grūdinant plieną jis buvo nustatytas. Pavyzdžiui, jei nustatytas grūdinant vandenyje, žymima Dkv, jei alyvoje - Dka.</w:t>
                    <w:br/>
                  </w:r>
                  <w:r>
                    <w:rPr>
                      <w:rFonts w:ascii="Sans Serif" w:hAnsi="Sans Serif" w:eastAsia="Sans Serif"/>
                      <w:sz val="8"/>
                    </w:rPr>
                    <w:t> </w:t>
                    <w:br/>
                  </w:r>
                  <w:r>
                    <w:rPr>
                      <w:rFonts w:ascii="Sans Serif" w:hAnsi="Sans Serif" w:eastAsia="Sans Serif"/>
                      <w:sz val="8"/>
                    </w:rPr>
                    <w:t>Pusiau martensitinė struktūra negarantuoja maksimalių atleisto plieno mechaninių savybių reikšmių. Grūdinant labai atsakingus gaminius (ypač jei eksploatacijos metu juos veikia tempimo apkrova), reikalingas ištisinis įgrūdinamumas, t.y. martensitinė struktūra visame gaminio skerspjūvyje. Ištisinis įgrūdinamumas vertinamas martensitiniu kritiniu skersmeniu. Tai skersmuo tokio strypo, kurį užgrūdinus, jo šerdyje susidaro ne mažiau kaip 95 % martensito (likę 5 % -</w:t>
                  </w:r>
                </w:p>
              </w:txbxContent>
            </v:textbox>
            <w10:wrap type="none" anchorx="page" anchory="page"/>
          </v:shape>
        </w:pict>
      </w:r>
    </w:p>
    <w:p>
      <w:pPr>
        <w:spacing w:before="0" w:after="0"/>
      </w:pPr>
      <w:r>
        <w:pict>
          <v:shape style="position:absolute;left:455.68pt;top:65.80pt;width:353.67pt;height:478.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trostitas). Martensitinis kritinis skersmuo žymimas $D_m$, analogiškai nurodant terpę, kurioje jis buvo</w:t>
                    <w:br/>
                  </w:r>
                  <w:r>
                    <w:rPr>
                      <w:rFonts w:ascii="Sans Serif" w:hAnsi="Sans Serif" w:eastAsia="Sans Serif"/>
                      <w:sz val="8"/>
                    </w:rPr>
                    <w:t>nustatytas.</w:t>
                    <w:br/>
                  </w:r>
                  <w:r>
                    <w:rPr>
                      <w:rFonts w:ascii="Sans Serif" w:hAnsi="Sans Serif" w:eastAsia="Sans Serif"/>
                      <w:sz val="8"/>
                    </w:rPr>
                    <w:t> </w:t>
                    <w:br/>
                  </w:r>
                  <w:r>
                    <w:rPr>
                      <w:rFonts w:ascii="Sans Serif" w:hAnsi="Sans Serif" w:eastAsia="Sans Serif"/>
                      <w:sz val="8"/>
                    </w:rPr>
                    <w:t>Plieno įgrūdinamumas tuo didesnis, kuo mažesnis jo kritinis aušinimo greitis. Plieno kritinis</w:t>
                    <w:br/>
                  </w:r>
                  <w:r>
                    <w:rPr>
                      <w:rFonts w:ascii="Sans Serif" w:hAnsi="Sans Serif" w:eastAsia="Sans Serif"/>
                      <w:sz val="8"/>
                    </w:rPr>
                    <w:t>aušinimo greitis priklauso nuo jo cheminės sudėties. Pavyzdžiui, didėjant pliene anglies</w:t>
                    <w:br/>
                  </w:r>
                  <w:r>
                    <w:rPr>
                      <w:rFonts w:ascii="Sans Serif" w:hAnsi="Sans Serif" w:eastAsia="Sans Serif"/>
                      <w:sz val="8"/>
                    </w:rPr>
                    <w:t>koncentracijai iki $1\%$, jo kritinio aušinimo greitis mažėja, todėl įgrūdinamumas didėja. Toliau</w:t>
                    <w:br/>
                  </w:r>
                  <w:r>
                    <w:rPr>
                      <w:rFonts w:ascii="Sans Serif" w:hAnsi="Sans Serif" w:eastAsia="Sans Serif"/>
                      <w:sz val="8"/>
                    </w:rPr>
                    <w:t>didėjant anglies koncentracijai, plieno kritinis aušinimo greitis didėja, todėl įgrūdinamumas mažėja.</w:t>
                    <w:br/>
                  </w:r>
                  <w:r>
                    <w:rPr>
                      <w:rFonts w:ascii="Sans Serif" w:hAnsi="Sans Serif" w:eastAsia="Sans Serif"/>
                      <w:sz val="8"/>
                    </w:rPr>
                    <w:t> </w:t>
                    <w:br/>
                  </w:r>
                  <w:r>
                    <w:rPr>
                      <w:rFonts w:ascii="Sans Serif" w:hAnsi="Sans Serif" w:eastAsia="Sans Serif"/>
                      <w:sz val="8"/>
                    </w:rPr>
                    <w:t>Daugelis legiruojančiųjų elementų didina peraušinto austenito stabilumą, taigi mažina</w:t>
                    <w:br/>
                  </w:r>
                  <w:r>
                    <w:rPr>
                      <w:rFonts w:ascii="Sans Serif" w:hAnsi="Sans Serif" w:eastAsia="Sans Serif"/>
                      <w:sz val="8"/>
                    </w:rPr>
                    <w:t>kritinį aušinimo greitį ir didina įgrūdinamumą. Labai padidina įgrūdinamumą Mn, Cr, Mo ir</w:t>
                    <w:br/>
                  </w:r>
                  <w:r>
                    <w:rPr>
                      <w:rFonts w:ascii="Sans Serif" w:hAnsi="Sans Serif" w:eastAsia="Sans Serif"/>
                      <w:sz val="8"/>
                    </w:rPr>
                    <w:t>nedideli (0,003-0,005 %) boro kiekiai. Ypač padidėja plieno įgrūdinamumas legiruojant</w:t>
                    <w:br/>
                  </w:r>
                  <w:r>
                    <w:rPr>
                      <w:rFonts w:ascii="Sans Serif" w:hAnsi="Sans Serif" w:eastAsia="Sans Serif"/>
                      <w:sz val="8"/>
                    </w:rPr>
                    <w:t>kompleksiškai keliais elementais. Tačiau legiruojantys elementai padidina įgrūdinamumą tik tuo</w:t>
                    <w:br/>
                  </w:r>
                  <w:r>
                    <w:rPr>
                      <w:rFonts w:ascii="Sans Serif" w:hAnsi="Sans Serif" w:eastAsia="Sans Serif"/>
                      <w:sz val="8"/>
                    </w:rPr>
                    <w:t>atveju, jei jie ištirpsta austenite. Jei legiruojantys elementai yra austenite nespėjusių ištirpti karbidų,</w:t>
                    <w:br/>
                  </w:r>
                  <w:r>
                    <w:rPr>
                      <w:rFonts w:ascii="Sans Serif" w:hAnsi="Sans Serif" w:eastAsia="Sans Serif"/>
                      <w:sz val="8"/>
                    </w:rPr>
                    <w:t>nitridų, karbonitridų sudėtyje, tai sumažėja peraušinto austenito stabilumas, kartu ir plieno</w:t>
                    <w:br/>
                  </w:r>
                  <w:r>
                    <w:rPr>
                      <w:rFonts w:ascii="Sans Serif" w:hAnsi="Sans Serif" w:eastAsia="Sans Serif"/>
                      <w:sz val="8"/>
                    </w:rPr>
                    <w:t>įgrūdinamumas. Pavyzdžiui, titano, vanadžio, niobio karbidai optimalioje grūdinimo temperatūroje</w:t>
                    <w:br/>
                  </w:r>
                  <w:r>
                    <w:rPr>
                      <w:rFonts w:ascii="Sans Serif" w:hAnsi="Sans Serif" w:eastAsia="Sans Serif"/>
                      <w:sz val="8"/>
                    </w:rPr>
                    <w:t>netirpsta austenite, todėl šie elementai įgrūdinamumą mažina. Kobaltas, nors ir nesudaro karbidų,</w:t>
                    <w:br/>
                  </w:r>
                  <w:r>
                    <w:rPr>
                      <w:rFonts w:ascii="Sans Serif" w:hAnsi="Sans Serif" w:eastAsia="Sans Serif"/>
                      <w:sz val="8"/>
                    </w:rPr>
                    <w:t>didina plieno kritinį aušinimo greitį, todėl mažina įgrūdinamumą.</w:t>
                    <w:br/>
                  </w:r>
                  <w:r>
                    <w:rPr>
                      <w:rFonts w:ascii="Sans Serif" w:hAnsi="Sans Serif" w:eastAsia="Sans Serif"/>
                      <w:sz val="8"/>
                    </w:rPr>
                    <w:t> </w:t>
                    <w:br/>
                  </w:r>
                  <w:r>
                    <w:rPr>
                      <w:rFonts w:ascii="Sans Serif" w:hAnsi="Sans Serif" w:eastAsia="Sans Serif"/>
                      <w:sz val="8"/>
                    </w:rPr>
                    <w:t>Priešeutektoidinis plienas grūdinimui kaitinamas $30\text{-}50\ ^\circ\text{C}$ virš kritinės temperatūros $A_{c3}$</w:t>
                    <w:br/>
                  </w:r>
                  <w:r>
                    <w:rPr>
                      <w:rFonts w:ascii="Sans Serif" w:hAnsi="Sans Serif" w:eastAsia="Sans Serif"/>
                      <w:sz val="8"/>
                    </w:rPr>
                    <w:t>(3.14 pav.). Tokioje temperatūroje plienas turi smulkiagrūdę austenitinę struktūrą. Aušinant</w:t>
                    <w:br/>
                  </w:r>
                  <w:r>
                    <w:rPr>
                      <w:rFonts w:ascii="Sans Serif" w:hAnsi="Sans Serif" w:eastAsia="Sans Serif"/>
                      <w:sz val="8"/>
                    </w:rPr>
                    <w:t>smulkiagrūdį austenitą, iš jo susidaro smulkiaadatinis martensitas. Nejkaitinti iki kritinės</w:t>
                    <w:br/>
                  </w:r>
                  <w:r>
                    <w:rPr>
                      <w:rFonts w:ascii="Sans Serif" w:hAnsi="Sans Serif" w:eastAsia="Sans Serif"/>
                      <w:sz val="8"/>
                    </w:rPr>
                    <w:t>temperatūros $A_{c3}$ yra žalinga, nes tada plienas turi austenitinę-feritinę struktūrą. Aušinant tokį</w:t>
                    <w:br/>
                  </w:r>
                  <w:r>
                    <w:rPr>
                      <w:rFonts w:ascii="Sans Serif" w:hAnsi="Sans Serif" w:eastAsia="Sans Serif"/>
                      <w:sz val="8"/>
                    </w:rPr>
                    <w:t>plieną, austenitas virsta kietu martensitu, o feritas išlieka ir užgrūdintame metale sudaro minkštus</w:t>
                    <w:br/>
                  </w:r>
                  <w:r>
                    <w:rPr>
                      <w:rFonts w:ascii="Sans Serif" w:hAnsi="Sans Serif" w:eastAsia="Sans Serif"/>
                      <w:sz val="8"/>
                    </w:rPr>
                    <w:t>tūrius. Nevienalytės struktūros užgrūdintas plienas greičiau dyla ir atleistas turi blogesnes</w:t>
                    <w:br/>
                  </w:r>
                  <w:r>
                    <w:rPr>
                      <w:rFonts w:ascii="Sans Serif" w:hAnsi="Sans Serif" w:eastAsia="Sans Serif"/>
                      <w:sz val="8"/>
                    </w:rPr>
                    <w:t>mechanines savybes.</w:t>
                    <w:br/>
                  </w:r>
                  <w:r>
                    <w:rPr>
                      <w:rFonts w:ascii="Sans Serif" w:hAnsi="Sans Serif" w:eastAsia="Sans Serif"/>
                      <w:sz val="8"/>
                    </w:rPr>
                    <w:t> </w:t>
                    <w:br/>
                  </w:r>
                  <w:r>
                    <w:rPr>
                      <w:rFonts w:ascii="Sans Serif" w:hAnsi="Sans Serif" w:eastAsia="Sans Serif"/>
                      <w:sz val="8"/>
                    </w:rPr>
                    <w:t>Perkaitinti aukščiau kritinės temperatūros $A_{c3}$ taip pat nepageidautina, nes tada gali išaugti</w:t>
                    <w:br/>
                  </w:r>
                  <w:r>
                    <w:rPr>
                      <w:rFonts w:ascii="Sans Serif" w:hAnsi="Sans Serif" w:eastAsia="Sans Serif"/>
                      <w:sz val="8"/>
                    </w:rPr>
                    <w:t>austenito grūdeliai, o aušinant stambiagrūdį austenitą iš jo susidaro stambiaadatinis martensitas.</w:t>
                    <w:br/>
                  </w:r>
                  <w:r>
                    <w:rPr>
                      <w:rFonts w:ascii="Sans Serif" w:hAnsi="Sans Serif" w:eastAsia="Sans Serif"/>
                      <w:sz val="8"/>
                    </w:rPr>
                    <w:t>Tada užgrūdintas plienas būna trapesnis, mažiau atsparus nuovargiui. Įgimtai smulkiagrūdį plieną</w:t>
                    <w:br/>
                  </w:r>
                  <w:r>
                    <w:rPr>
                      <w:rFonts w:ascii="Sans Serif" w:hAnsi="Sans Serif" w:eastAsia="Sans Serif"/>
                      <w:sz val="8"/>
                    </w:rPr>
                    <w:t>galima kaitinti iki aukštesnės temperatūros, bet ir tai yra neracionalu, kadangi aukštesnėje</w:t>
                    <w:br/>
                  </w:r>
                  <w:r>
                    <w:rPr>
                      <w:rFonts w:ascii="Sans Serif" w:hAnsi="Sans Serif" w:eastAsia="Sans Serif"/>
                      <w:sz val="8"/>
                    </w:rPr>
                    <w:t>temperatūroje plieno paviršius oksiduojasi ir nuanglėja, aušinami gaminiai deformuojasi.</w:t>
                    <w:br/>
                  </w:r>
                  <w:r>
                    <w:rPr>
                      <w:rFonts w:ascii="Sans Serif" w:hAnsi="Sans Serif" w:eastAsia="Sans Serif"/>
                      <w:sz val="8"/>
                    </w:rPr>
                    <w:t> </w:t>
                    <w:br/>
                  </w:r>
                  <w:r>
                    <w:rPr>
                      <w:rFonts w:ascii="Sans Serif" w:hAnsi="Sans Serif" w:eastAsia="Sans Serif"/>
                      <w:sz val="8"/>
                    </w:rPr>
                    <w:t>Užeutektoidinis plienas grūdinimui kaitinamas $30\text{-}50\ ^\circ\text{C}$ virš kritinės temperatūros $A_{c1}$ (9.</w:t>
                    <w:br/>
                  </w:r>
                  <w:r>
                    <w:rPr>
                      <w:rFonts w:ascii="Sans Serif" w:hAnsi="Sans Serif" w:eastAsia="Sans Serif"/>
                      <w:sz val="8"/>
                    </w:rPr>
                    <w:t>pav.). Šioje temperatūroje plieno struktūrą sudaro smulkiagrūdis austenitas ir šiek tiek antrinio</w:t>
                    <w:br/>
                  </w:r>
                  <w:r>
                    <w:rPr>
                      <w:rFonts w:ascii="Sans Serif" w:hAnsi="Sans Serif" w:eastAsia="Sans Serif"/>
                      <w:sz val="8"/>
                    </w:rPr>
                    <w:t>cementito. Ataušinto plieno struktūrą sudaro martensitas ir antrinio cementito dalelės. Kadangi</w:t>
                    <w:br/>
                  </w:r>
                  <w:r>
                    <w:rPr>
                      <w:rFonts w:ascii="Sans Serif" w:hAnsi="Sans Serif" w:eastAsia="Sans Serif"/>
                      <w:sz val="8"/>
                    </w:rPr>
                    <w:t>cementitas yra kietesnis už martensitą, jis užgrūdinto plieno kietumo nemažina. Užeutektoidinio</w:t>
                    <w:br/>
                  </w:r>
                  <w:r>
                    <w:rPr>
                      <w:rFonts w:ascii="Sans Serif" w:hAnsi="Sans Serif" w:eastAsia="Sans Serif"/>
                      <w:sz val="8"/>
                    </w:rPr>
                    <w:t>plieno perkaitinimas virš optimalios grūdinimo temperatūros nepageidautinas dėl tų pačių</w:t>
                    <w:br/>
                  </w:r>
                  <w:r>
                    <w:rPr>
                      <w:rFonts w:ascii="Sans Serif" w:hAnsi="Sans Serif" w:eastAsia="Sans Serif"/>
                      <w:sz val="8"/>
                    </w:rPr>
                    <w:t>priežasčių kaip ir priešeutektoidinim plienui. Be to, šiuo atveju, keliant temperatūrą, austenitas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4.35pt;top:59.09pt;width:352.32pt;height:47.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daugiau įanglinamas, nes jame ištirpsta daugiau antrinio cementito. Dėl to žemėja jo martensitinio</w:t>
                    <w:br/>
                  </w:r>
                  <w:r>
                    <w:rPr>
                      <w:rFonts w:ascii="Sans Serif" w:hAnsi="Sans Serif" w:eastAsia="Sans Serif"/>
                      <w:sz val="8"/>
                    </w:rPr>
                    <w:t>virsmo temperatūra ir užgrūdintame pliene susidaro daugiau liekamojo austenito. Tai mažina</w:t>
                    <w:br/>
                  </w:r>
                  <w:r>
                    <w:rPr>
                      <w:rFonts w:ascii="Sans Serif" w:hAnsi="Sans Serif" w:eastAsia="Sans Serif"/>
                      <w:sz val="8"/>
                    </w:rPr>
                    <w:t>užgrūdinto plieno kietumą bei stiprumą.</w:t>
                  </w:r>
                </w:p>
              </w:txbxContent>
            </v:textbox>
            <w10:wrap type="none" anchorx="page" anchory="page"/>
          </v:shape>
        </w:pict>
      </w:r>
    </w:p>
    <w:p>
      <w:pPr>
        <w:spacing w:before="0" w:after="0"/>
      </w:pPr>
      <w:r>
        <w:pict>
          <v:shape style="position:absolute;left:48.21pt;top:262.50pt;width:358.94pt;height:287.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Legiruotojo plieno grūdinimo temperatūra dažnai gerokai viršija jo kritines temperatūras. Tai susiję su specialiais, sunkiai tirpstančiais austenite, karbidais. Šiuo atveju austenito grūdeliams augti kliudo karbidų dalelės, todėl aukštesnė grūdinimo temperatūra jiems nėra tokia pavojinga, kaip angliniams plienams.</w:t>
                    <w:br/>
                  </w:r>
                  <w:r>
                    <w:rPr>
                      <w:rFonts w:ascii="Sans Serif" w:hAnsi="Sans Serif" w:eastAsia="Sans Serif"/>
                      <w:sz val="8"/>
                    </w:rPr>
                    <w:t> </w:t>
                    <w:br/>
                  </w:r>
                  <w:r>
                    <w:rPr>
                      <w:rFonts w:ascii="Sans Serif" w:hAnsi="Sans Serif" w:eastAsia="Sans Serif"/>
                      <w:sz val="8"/>
                    </w:rPr>
                    <w:t>Kad susidarytų martensitinė struktūra, austenitą būtina peraušinti iki martensitinio virsmo temperatūros. Dėl to aušinimo greitis turi būti didesnis už kritinį aušinimo greitį (7. pav.). Greitas aušinimas labiausiai reikalingas peraušinto austenito mažiausio stabilumo temperatūrų intervale (600-500 $^\circ\text{C}$), nes čia austenitas greičiausiai skyla į ferito-cementito fazių mišinį. Martensito susidarymo temperatūrų intervale pageidautinas lėtesnis aušinimas, nes labai greitai aušinant šiame intervale, pliene susidaro labai dideli vidiniai įtempimai. Dėl to gaminiai deformuojasi, juose gali susidaryti įtrūkimai. Labai lėtai aušinti $M_s$-$M_f$ temperatūrų intervale irgi negerai, nes lėtai aušdamas, austenitas stabilizuojasi ir mažesnė jo dalis virsta martensitu. Be to, labai lėtai aušinant martensitas gali savaime atsileisti.</w:t>
                    <w:br/>
                  </w:r>
                  <w:r>
                    <w:rPr>
                      <w:rFonts w:ascii="Sans Serif" w:hAnsi="Sans Serif" w:eastAsia="Sans Serif"/>
                      <w:sz val="8"/>
                    </w:rPr>
                    <w:t> </w:t>
                    <w:br/>
                  </w:r>
                  <w:r>
                    <w:rPr>
                      <w:rFonts w:ascii="Sans Serif" w:hAnsi="Sans Serif" w:eastAsia="Sans Serif"/>
                      <w:sz val="8"/>
                    </w:rPr>
                    <w:t>Anglinio plieno kritinis aušimo greitis yra didelis, todėl jį grūdinti reikia intensyviai aušinančiose terpėse. Tam tikslui įkaitinti gaminiai nardinami į šaltą vandenį arba vandeninius $\text{NaCl}$, $\text{NaOH}$ tirpalus. Intensyviausiai ir tolygiausiai aušina 8-12 % $\text{NaCl}$ ir $\text{NaOH}$ vandeniniai tirpalai. Geresnis yra $\text{NaOH}$ tirpalas, kadangi jis nesukelia užgrūdintų detalių korozijos. Grūdinant vandenyje arba vandeniniuose $\text{NaCl}$ bei $\text{NaOH}$ tirpaluose, reikia kad skystis cirkuliuotų arba grūdinamą gaminį reikia intensyviai judinti aušinančioje terpėje. Tai suardo susidarančią garų</w:t>
                  </w:r>
                </w:p>
              </w:txbxContent>
            </v:textbox>
            <w10:wrap type="none" anchorx="page" anchory="page"/>
          </v:shape>
        </w:pict>
      </w:r>
    </w:p>
    <w:p>
      <w:pPr>
        <w:spacing w:before="0" w:after="0"/>
      </w:pPr>
      <w:r>
        <w:pict>
          <v:shape style="position:absolute;left:55.66pt;top:234.21pt;width:203.48pt;height:21.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Plieno optimalių grūdinimo temperatūrų intervalas</w:t>
                  </w:r>
                </w:p>
              </w:txbxContent>
            </v:textbox>
            <w10:wrap type="none" anchorx="page" anchory="page"/>
          </v:shape>
        </w:pict>
      </w:r>
    </w:p>
    <w:p>
      <w:pPr>
        <w:spacing w:before="0" w:after="0"/>
      </w:pPr>
      <w:r>
        <w:pict>
          <v:shape style="position:absolute;left:458.47pt;top:64.17pt;width:355.86pt;height:458.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plėvelę gaminio paviršiuje, gaminys aušta tolygiau ir intensyviau. Aušinimo intensyvumas labai padidėja aušinant sroviniu arba dušiniu būdu. Pastaruoju metu pradėti naudoti specialūs purkštuvai, išpurškiantys ant detalės paviršiaus vandens ir oro mišinį. Keičiant vandens ir oro santykį, galima reguliuoti aušinimo greitį.</w:t>
                    <w:br/>
                  </w:r>
                  <w:r>
                    <w:rPr>
                      <w:rFonts w:ascii="Sans Serif" w:hAnsi="Sans Serif" w:eastAsia="Sans Serif"/>
                      <w:sz val="8"/>
                    </w:rPr>
                    <w:t> </w:t>
                    <w:br/>
                  </w:r>
                  <w:r>
                    <w:rPr>
                      <w:rFonts w:ascii="Sans Serif" w:hAnsi="Sans Serif" w:eastAsia="Sans Serif"/>
                      <w:sz val="8"/>
                    </w:rPr>
                    <w:t>Legiruotojo plieno kritinis aušimo greitis yra mažesnis negu anglinio, todėl jis grūdinamas lėčiau aušinančiose terpėse. Dažniausiai tam naudojama naftos kilmės alyva. Tinkamiausia grūdinimui yra 60-90 °C temperatūros alyva, nes tada ji yra mažiausiai klampi. Alyva, lyginant su vandeniu, lėčiau aušina martensito susidarymo temperatūrų intervale. Tai leidžia išvengti gaminio deformacijų ir sutrūkinėjimo. Tačiau alyva taip pat turi trūkumų. Ji lėtai aušina perlitinio virsmo temperatūrų intervale. Dėl to angliniam plienui dažnai nepasiekiamas kritinis aušinimo greitis ir jame susidaro trostitinė-martensitinė arba vien trostitinė struktūra. Be to, alyva yra brangi, ant detalių susidaro nuodegos, nardinant detales ji neretai užsiliepsnoja. Pastaruoju metu ji keičiama sintetinėmis aušinimo terpėmis. Dažniausiai tai yra polimerų (celiuliozės, poliakrilamilo ir kt.) vandeniniai tirpalai. Perspektyvus, po vakuuminio įkaitinimo, aušinimas $\text{N}_2$, $\text{H}_2$, $\text{Ar}$, $\text{He}$ dujų sraute. Izotermiškai grūdinama išlydytų salietrų ($\text{KNO}_2$ – $\text{KNO}_3$; $\text{NaNO}_2$ ... $\text{NaNO}_3$) arba šarmų ($\text{KOH}$, $\text{NaOH}$) voniose.</w:t>
                    <w:br/>
                  </w:r>
                  <w:r>
                    <w:rPr>
                      <w:rFonts w:ascii="Sans Serif" w:hAnsi="Sans Serif" w:eastAsia="Sans Serif"/>
                      <w:sz val="8"/>
                    </w:rPr>
                    <w:t> </w:t>
                    <w:br/>
                  </w:r>
                  <w:r>
                    <w:rPr>
                      <w:rFonts w:ascii="Sans Serif" w:hAnsi="Sans Serif" w:eastAsia="Sans Serif"/>
                      <w:sz val="8"/>
                    </w:rPr>
                    <w:t>Plieno, kuriame yra daugiau negu 0,5 % C, martensitinio virsmo pabaigos temperatūra yra žemiau 0 °C (5. pav.). Grūdinant tokį plieną, ataušinus iki kambario temperatūros, martensitinis virsmas nepasibaigia. Dėl to plieno struktūroje greta martensito būna liekamojo austenito. Pastarasis mažina užgrūdinto plieno kietumą bei atsparumą dilimui. Be to, liekamasis austenitas laikui bėgant palaipsniui virsta martensitu. Dėl to kinta detalių bei įrankių matmenys. Liekamojo austenito kiekiui sumažinti užgrūdinti plienai apdorojami šalčiu, t.y. šaldomi iki -40, -196 °C. Dažniausiai šaldymui naudojamas alkoholio arba acetono ir sauso ledo mišinys, aušinantis iki -70 °C.</w:t>
                    <w:br/>
                  </w:r>
                  <w:r>
                    <w:rPr>
                      <w:rFonts w:ascii="Sans Serif" w:hAnsi="Sans Serif" w:eastAsia="Sans Serif"/>
                      <w:sz val="8"/>
                    </w:rPr>
                    <w:t> </w:t>
                    <w:br/>
                  </w:r>
                  <w:r>
                    <w:rPr>
                      <w:rFonts w:ascii="Sans Serif" w:hAnsi="Sans Serif" w:eastAsia="Sans Serif"/>
                      <w:sz val="8"/>
                    </w:rPr>
                    <w:t>Aušinant iki neigimos temperatūros, pratęsiamas martensitinis virsmas, todėl plieno struktūroje susidaro daugiau martensito ir sumažėja liekamojo austenito - padidėja plieno kietumas, stabiliesni tampa gaminio matmenys. Šaldyti reikia tuojau po grūdinimo, nes ilgiau išlaikytas kambario temperatūroje austenitas stabilizuojasi ir šaldomas nebevirsta martensitu. Netikslinga šaldyti žemiau temperatūros $M_f$, nes tai jokio efekto neduoda. Neigimoje temperatūroje ilgai laikyti nereikia, nes martensitas susidaro tik auštant. Apdorojant šalčiu, pliene padidėja vidiniai įtempimai ir plienas darosi trapus. Dėl to tuojau pat po atšaldymo plieną reikia atleisti.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0.86pt;top:61.61pt;width:351.88pt;height:306.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Apdorojimas šalčiu efektyvesnis legiruotam plienui, kurio martensitinio virsmo pabaigos temperatūra yra daug žemesnė negu kambario temperatūra. Dažniausiai apdorojamos šalčiu tikslios detalės, matavimo įrankiai, tikslieji pjovimo įrankiai ir pan.</w:t>
                    <w:br/>
                  </w:r>
                  <w:r>
                    <w:rPr>
                      <w:rFonts w:ascii="Sans Serif" w:hAnsi="Sans Serif" w:eastAsia="Sans Serif"/>
                      <w:sz val="8"/>
                    </w:rPr>
                    <w:t> </w:t>
                    <w:br/>
                  </w:r>
                  <w:r>
                    <w:rPr>
                      <w:rFonts w:ascii="Sans Serif" w:hAnsi="Sans Serif" w:eastAsia="Sans Serif"/>
                      <w:sz val="8"/>
                    </w:rPr>
                    <w:t>Grūdinant detales, jose susidaro dideli liekamieji vidiniai įtempimai. Svarbiausia liekamųjų įtempimų susidarymo priežastis yra metalo tūrio didėjimas austenitui virstant martensitu. Ypač dideli įtempimai susidaro sudėtingos formos, kintančio skerspjūvio gaminiuose, kada martensitinis virsmas ne visame metalo tūryje vyksta vienu metu. Vidinių įtempimų veikiamos detalės deformuojasi arba net sutrūkinėja. Vidiniams įtempimams bei deformacijoms sumažinti lėtinamas aušinimo greitis martensito susidarymo temperatūrų intervale arba siekiama sudaryti sąlygas kad martensitinis virsmas visame detalės tūryje vyktų vienu metu, o tai labai priklauso nuo grūdinimo būdo.</w:t>
                    <w:br/>
                  </w:r>
                  <w:r>
                    <w:rPr>
                      <w:rFonts w:ascii="Sans Serif" w:hAnsi="Sans Serif" w:eastAsia="Sans Serif"/>
                      <w:sz val="8"/>
                    </w:rPr>
                    <w:t> </w:t>
                    <w:br/>
                  </w:r>
                  <w:r>
                    <w:rPr>
                      <w:rFonts w:ascii="Sans Serif" w:hAnsi="Sans Serif" w:eastAsia="Sans Serif"/>
                      <w:sz val="8"/>
                    </w:rPr>
                    <w:t>Paprasčiausias grūdinimo būdas yra grūdinimas vienoje terpėje (10. pav.). Šiuo atveju išimta iš krosnies detalė iš karto (arba kiek paaušinta ore) nardinama į grūdinimo terpe. Taip grūdinti paprasčiausia technologiniu požiūriu, tačiau taip grūdinant gaminiuose susidaro didžiausi įtempimai. Mažesni įtempimai susidaro grūdinant dvejose terpėse (10. pav., 2 kreivė). Šis grūdinimo būdas dar vadinamas nutrauktiniu grūdinimu. Grūdinant dvejose terpėse, iš krosnies išimtas gaminys aušinamas intensyviai aušinančioje terpėje (vandenyje), kol jo temperatūra tampa žemesnė už austenito mažiausio stabilumo temperatūrą. Po to gaminys perkeliamas į lėčiau aušinančią terpę (alyvą). Šiuo atveju martensitinis virsmas vyksta plienui auštant lėtai, todėl gaminyje sumažėja vidiniai įtempimai. Dviterpį grūdinimą apsunkina išlaikymo pirmoje terpėje trukmės fiksavimas. Dažniausiai taip grūdinami įrankiai, pagaminti iš anglinių plienų.</w:t>
                  </w:r>
                </w:p>
              </w:txbxContent>
            </v:textbox>
            <w10:wrap type="none" anchorx="page" anchory="page"/>
          </v:shape>
        </w:pict>
      </w:r>
    </w:p>
    <w:p>
      <w:pPr>
        <w:spacing w:before="0" w:after="0"/>
      </w:pPr>
      <w:r>
        <w:pict>
          <v:shape style="position:absolute;left:54.81pt;top:514.22pt;width:143.93pt;height:14.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Aušinimo būdai grūdinant plienus</w:t>
                  </w:r>
                </w:p>
              </w:txbxContent>
            </v:textbox>
            <w10:wrap type="none" anchorx="page" anchory="page"/>
          </v:shape>
        </w:pict>
      </w:r>
    </w:p>
    <w:p>
      <w:pPr>
        <w:spacing w:before="0" w:after="0"/>
      </w:pPr>
      <w:r>
        <w:pict>
          <v:shape style="position:absolute;left:449.61pt;top:64.55pt;width:357.84pt;height:486.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Vidinių įtempimų mažinimui labai tinkamas laiptinis grūdinimas (10. pav., 3 kreivė).</w:t>
                    <w:br/>
                  </w:r>
                  <w:r>
                    <w:rPr>
                      <w:rFonts w:ascii="Sans Serif" w:hAnsi="Sans Serif" w:eastAsia="Sans Serif"/>
                      <w:sz val="8"/>
                    </w:rPr>
                    <w:t>Grūdinant laiptiniu būdu, įkaitintas gaminys nardinamas į išlydytų druskų vonią, kurios</w:t>
                    <w:br/>
                  </w:r>
                  <w:r>
                    <w:rPr>
                      <w:rFonts w:ascii="Sans Serif" w:hAnsi="Sans Serif" w:eastAsia="Sans Serif"/>
                      <w:sz val="8"/>
                    </w:rPr>
                    <w:t>temperatūra yra 50-100 $^\circ\text{C}$ aukštesnė užgrūdinamo plieno $M_s$ temperatūrą (paprastai 180-250 $^\circ\text{C}$).</w:t>
                    <w:br/>
                  </w:r>
                  <w:r>
                    <w:rPr>
                      <w:rFonts w:ascii="Sans Serif" w:hAnsi="Sans Serif" w:eastAsia="Sans Serif"/>
                      <w:sz val="8"/>
                    </w:rPr>
                    <w:t>Vonioje gaminys trumpai išlaikomas, kad išsilygintų skerspjūvio temperatūra, o po to baigiamas</w:t>
                    <w:br/>
                  </w:r>
                  <w:r>
                    <w:rPr>
                      <w:rFonts w:ascii="Sans Serif" w:hAnsi="Sans Serif" w:eastAsia="Sans Serif"/>
                      <w:sz val="8"/>
                    </w:rPr>
                    <w:t>aušinti ore. Taip grūdinant, martensitinis virsmas visame skerspjūvyje prasideda vienu metu ir</w:t>
                    <w:br/>
                  </w:r>
                  <w:r>
                    <w:rPr>
                      <w:rFonts w:ascii="Sans Serif" w:hAnsi="Sans Serif" w:eastAsia="Sans Serif"/>
                      <w:sz val="8"/>
                    </w:rPr>
                    <w:t>vyksta plienui lėtai auštant (ore) Dėl to gaminyje nesusidaro dideli vidiniai įtempimai. Laiptinis</w:t>
                    <w:br/>
                  </w:r>
                  <w:r>
                    <w:rPr>
                      <w:rFonts w:ascii="Sans Serif" w:hAnsi="Sans Serif" w:eastAsia="Sans Serif"/>
                      <w:sz val="8"/>
                    </w:rPr>
                    <w:t>grūdinimas labiau tinka legiruotam plienui. Anglinio plieno peraušintas austenitas yra nestabilus,</w:t>
                    <w:br/>
                  </w:r>
                  <w:r>
                    <w:rPr>
                      <w:rFonts w:ascii="Sans Serif" w:hAnsi="Sans Serif" w:eastAsia="Sans Serif"/>
                      <w:sz val="8"/>
                    </w:rPr>
                    <w:t>laikant gaminį druskų vonioje, gali prasidėti jo skilimas. Todėl laiptiniu būdu galima grūdinti tik</w:t>
                    <w:br/>
                  </w:r>
                  <w:r>
                    <w:rPr>
                      <w:rFonts w:ascii="Sans Serif" w:hAnsi="Sans Serif" w:eastAsia="Sans Serif"/>
                      <w:sz val="8"/>
                    </w:rPr>
                    <w:t>smulkius 8-10 mm storio ar skersmens anglinio plieno gaminius. Legiruotojo plieno austenitas yra</w:t>
                    <w:br/>
                  </w:r>
                  <w:r>
                    <w:rPr>
                      <w:rFonts w:ascii="Sans Serif" w:hAnsi="Sans Serif" w:eastAsia="Sans Serif"/>
                      <w:sz val="8"/>
                    </w:rPr>
                    <w:t>stabiliсnes, todėl galima grūdinti ir stambesnius jo gaminius. Teigiama laiptinio grūdinimo ypatybė</w:t>
                    <w:br/>
                  </w:r>
                  <w:r>
                    <w:rPr>
                      <w:rFonts w:ascii="Sans Serif" w:hAnsi="Sans Serif" w:eastAsia="Sans Serif"/>
                      <w:sz val="8"/>
                    </w:rPr>
                    <w:t>yra ta, kad iš vonios išimtas plienas turi austenitinę struktūrą ir yra plastiškas. Todėl prieš</w:t>
                    <w:br/>
                  </w:r>
                  <w:r>
                    <w:rPr>
                      <w:rFonts w:ascii="Sans Serif" w:hAnsi="Sans Serif" w:eastAsia="Sans Serif"/>
                      <w:sz val="8"/>
                    </w:rPr>
                    <w:t>prasidedant martensitiniam virsmui gaminį galima tiesinti bei lyginti.</w:t>
                    <w:br/>
                  </w:r>
                  <w:r>
                    <w:rPr>
                      <w:rFonts w:ascii="Sans Serif" w:hAnsi="Sans Serif" w:eastAsia="Sans Serif"/>
                      <w:sz val="8"/>
                    </w:rPr>
                    <w:t> </w:t>
                    <w:br/>
                  </w:r>
                  <w:r>
                    <w:rPr>
                      <w:rFonts w:ascii="Sans Serif" w:hAnsi="Sans Serif" w:eastAsia="Sans Serif"/>
                      <w:sz val="8"/>
                    </w:rPr>
                    <w:t>Stambesniems (15-40 mm) anglinio plieno gaminiams vietoje laiptinio grūdinimo galima</w:t>
                    <w:br/>
                  </w:r>
                  <w:r>
                    <w:rPr>
                      <w:rFonts w:ascii="Sans Serif" w:hAnsi="Sans Serif" w:eastAsia="Sans Serif"/>
                      <w:sz val="8"/>
                    </w:rPr>
                    <w:t>taikyti "karštąjį grūdinimą". Šiuo atveju išimti iš krosnies gaminiai aušinami vonioje, kurios</w:t>
                    <w:br/>
                  </w:r>
                  <w:r>
                    <w:rPr>
                      <w:rFonts w:ascii="Sans Serif" w:hAnsi="Sans Serif" w:eastAsia="Sans Serif"/>
                      <w:sz val="8"/>
                    </w:rPr>
                    <w:t>temperatūra žemesnė už $M_s$ (160-110 $^\circ\text{C}$).</w:t>
                    <w:br/>
                  </w:r>
                  <w:r>
                    <w:rPr>
                      <w:rFonts w:ascii="Sans Serif" w:hAnsi="Sans Serif" w:eastAsia="Sans Serif"/>
                      <w:sz val="8"/>
                    </w:rPr>
                    <w:t> </w:t>
                    <w:br/>
                  </w:r>
                  <w:r>
                    <w:rPr>
                      <w:rFonts w:ascii="Sans Serif" w:hAnsi="Sans Serif" w:eastAsia="Sans Serif"/>
                      <w:sz val="8"/>
                    </w:rPr>
                    <w:t>Panašus į laiptinį grūdinimą yra izoterminis grūdinimas. Nuo laiptinio grūdinimo jis skiriasi</w:t>
                    <w:br/>
                  </w:r>
                  <w:r>
                    <w:rPr>
                      <w:rFonts w:ascii="Sans Serif" w:hAnsi="Sans Serif" w:eastAsia="Sans Serif"/>
                      <w:sz val="8"/>
                    </w:rPr>
                    <w:t>tik išlaikymo druskų vonioje trukme (10. pav., 4 kreivė). Šiuo atveju išlaikyti vonioje reikia tiek,</w:t>
                    <w:br/>
                  </w:r>
                  <w:r>
                    <w:rPr>
                      <w:rFonts w:ascii="Sans Serif" w:hAnsi="Sans Serif" w:eastAsia="Sans Serif"/>
                      <w:sz val="8"/>
                    </w:rPr>
                    <w:t>kad iš austenito susidarytų beinitinė struktūra. Apatinio beinito struktūra suteikia plienui didelį</w:t>
                    <w:br/>
                  </w:r>
                  <w:r>
                    <w:rPr>
                      <w:rFonts w:ascii="Sans Serif" w:hAnsi="Sans Serif" w:eastAsia="Sans Serif"/>
                      <w:sz val="8"/>
                    </w:rPr>
                    <w:t>stiprumą ir kartu plastiškumą.</w:t>
                    <w:br/>
                  </w:r>
                  <w:r>
                    <w:rPr>
                      <w:rFonts w:ascii="Sans Serif" w:hAnsi="Sans Serif" w:eastAsia="Sans Serif"/>
                      <w:sz val="8"/>
                    </w:rPr>
                    <w:t> </w:t>
                    <w:br/>
                  </w:r>
                  <w:r>
                    <w:rPr>
                      <w:rFonts w:ascii="Sans Serif" w:hAnsi="Sans Serif" w:eastAsia="Sans Serif"/>
                      <w:sz val="8"/>
                    </w:rPr>
                    <w:t>Be aukščiau aprašytųjų pagrindinių grūdinimo būdų yra daug kitų. Pavyzdžiui, grūdinimas</w:t>
                    <w:br/>
                  </w:r>
                  <w:r>
                    <w:rPr>
                      <w:rFonts w:ascii="Sans Serif" w:hAnsi="Sans Serif" w:eastAsia="Sans Serif"/>
                      <w:sz val="8"/>
                    </w:rPr>
                    <w:t>su savaiminiu atsileidimu. Šiuo atveju aušinimas nutraukiamas ne visai ataušus gaminio šerdžiai</w:t>
                    <w:br/>
                  </w:r>
                  <w:r>
                    <w:rPr>
                      <w:rFonts w:ascii="Sans Serif" w:hAnsi="Sans Serif" w:eastAsia="Sans Serif"/>
                      <w:sz val="8"/>
                    </w:rPr>
                    <w:t>arba aušinama tik darbinė gaminio dalis. Nutraukus aušinimą, šiluma iš karstesnių metalo sluoksnių</w:t>
                    <w:br/>
                  </w:r>
                  <w:r>
                    <w:rPr>
                      <w:rFonts w:ascii="Sans Serif" w:hAnsi="Sans Serif" w:eastAsia="Sans Serif"/>
                      <w:sz val="8"/>
                    </w:rPr>
                    <w:t>plūsta į šaltesnius ir dėl to vyksta užgrūdintos dalies atleidimas. Taip grūdinami smūgiais dirbantys</w:t>
                    <w:br/>
                  </w:r>
                  <w:r>
                    <w:rPr>
                      <w:rFonts w:ascii="Sans Serif" w:hAnsi="Sans Serif" w:eastAsia="Sans Serif"/>
                      <w:sz val="8"/>
                    </w:rPr>
                    <w:t>įrankiai, kurių paviršius turi būti kietas, o šerdis likti tąsi. Pavyzdžiui, plaktukai, arba įrankiai, kurių</w:t>
                    <w:br/>
                  </w:r>
                  <w:r>
                    <w:rPr>
                      <w:rFonts w:ascii="Sans Serif" w:hAnsi="Sans Serif" w:eastAsia="Sans Serif"/>
                      <w:sz val="8"/>
                    </w:rPr>
                    <w:t>kietumas, tolstant nuo darbinės dalies, turi mažėti (kirstukai). Detalėms, kurioms kietumas būtinas</w:t>
                    <w:br/>
                  </w:r>
                  <w:r>
                    <w:rPr>
                      <w:rFonts w:ascii="Sans Serif" w:hAnsi="Sans Serif" w:eastAsia="Sans Serif"/>
                      <w:sz val="8"/>
                    </w:rPr>
                    <w:t>tik tam tikrose dalyse, o likusioji dalis turi likti plastiška, dažnai taikomas vietinis grūdinimas. Yra</w:t>
                    <w:br/>
                  </w:r>
                  <w:r>
                    <w:rPr>
                      <w:rFonts w:ascii="Sans Serif" w:hAnsi="Sans Serif" w:eastAsia="Sans Serif"/>
                      <w:sz val="8"/>
                    </w:rPr>
                    <w:t>du pagrindiniai vietinio grūdinimo metodai: įkaitinama tik grūdinamoji dalis ir aušinama visa</w:t>
                    <w:br/>
                  </w:r>
                  <w:r>
                    <w:rPr>
                      <w:rFonts w:ascii="Sans Serif" w:hAnsi="Sans Serif" w:eastAsia="Sans Serif"/>
                      <w:sz val="8"/>
                    </w:rPr>
                    <w:t>detalė, arba įkaitinama visa detalė, o aušinama tik grūdinamoji dalis. Šiuo metu pramonėje</w:t>
                    <w:br/>
                  </w:r>
                  <w:r>
                    <w:rPr>
                      <w:rFonts w:ascii="Sans Serif" w:hAnsi="Sans Serif" w:eastAsia="Sans Serif"/>
                      <w:sz val="8"/>
                    </w:rPr>
                    <w:t>plačiausiai paplitusi vietinio grūdinimo atmaina yra paviršinis grūdinimas.</w:t>
                    <w:br/>
                  </w:r>
                  <w:r>
                    <w:rPr>
                      <w:rFonts w:ascii="Sans Serif" w:hAnsi="Sans Serif" w:eastAsia="Sans Serif"/>
                      <w:sz val="8"/>
                    </w:rPr>
                    <w:t> </w:t>
                    <w:br/>
                  </w:r>
                  <w:r>
                    <w:rPr>
                      <w:rFonts w:ascii="Sans Serif" w:hAnsi="Sans Serif" w:eastAsia="Sans Serif"/>
                      <w:sz val="8"/>
                    </w:rPr>
                    <w:t>Paviršiniam grūdinimui iki reikiamo gylio įkaitinami tik paviršiniai plieno sluoksniai.</w:t>
                    <w:br/>
                  </w:r>
                  <w:r>
                    <w:rPr>
                      <w:rFonts w:ascii="Sans Serif" w:hAnsi="Sans Serif" w:eastAsia="Sans Serif"/>
                      <w:sz val="8"/>
                    </w:rPr>
                    <w:t>Detalės šerdis lieka neįkaitinta ir neužsigrūdina. Paviršinis grūdinimas padidina plieno</w:t>
                    <w:br/>
                  </w:r>
                  <w:r>
                    <w:rPr>
                      <w:rFonts w:ascii="Sans Serif" w:hAnsi="Sans Serif" w:eastAsia="Sans Serif"/>
                      <w:sz val="8"/>
                    </w:rPr>
                    <w:t>pasipriešinimą dilimui ir jo patvarumo ribą. Esant tąsiai šerdžiai gaminiai yra atsparūs dinaminėms</w:t>
                    <w:br/>
                  </w:r>
                  <w:r>
                    <w:rPr>
                      <w:rFonts w:ascii="Sans Serif" w:hAnsi="Sans Serif" w:eastAsia="Sans Serif"/>
                      <w:sz val="8"/>
                    </w:rPr>
                    <w:t>apkrovoms. Pažangiausias ir tobuliausias paviršinio grūdinimo metodas yra grūdinimas įkaitinant</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4.13pt;top:62.60pt;width:353.38pt;height:46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detalės paviršių aukšto dažnio elektros srovėmis (ADS). Kaitinamas gaminys patalpinamas į induktorių, kurį sudaro viena ar kelios varinio vamzdelio, aušinamo vandeniu, vijos. Induktoriaus forma artima grūdinamo paviršiaus formai. Aukšto dažnio elektros srovė, tekėdama induktatoriumi, aplink detalę sukuria kintamą magnetinį lauką. Dėl to plieno paviršiuje indukuojasi sūkurinės srovės, kurios įkaitina metalą. Įkaitinto sluoksnio gylis atvirkščiai proporcingas srovės dažniui. Nustatyta, kad 1,0 mm įkaitinto sluoksnio storiui gauti optimalus yra 50-60 kHz srovės dažnis, 2 mm ~ 15 ir 4,0 mm ~ 4 kHz dažnis.</w:t>
                    <w:br/>
                  </w:r>
                  <w:r>
                    <w:rPr>
                      <w:rFonts w:ascii="Sans Serif" w:hAnsi="Sans Serif" w:eastAsia="Sans Serif"/>
                      <w:sz val="8"/>
                    </w:rPr>
                    <w:t> </w:t>
                    <w:br/>
                  </w:r>
                  <w:r>
                    <w:rPr>
                      <w:rFonts w:ascii="Sans Serif" w:hAnsi="Sans Serif" w:eastAsia="Sans Serif"/>
                      <w:sz val="8"/>
                    </w:rPr>
                    <w:t>Optimalus užgrūdinto sluoksnio gylis priklauso nuo detalės darbo sąlygų. Dažniausiai jis būna 1,5-3 mm. Jei detalę veikia dideli kontaktiniai įtempimai, arba jei užgrūdintą detalę dar reikia šlifuoti, tada užgrūdinto sluoksnio storis siekia 4-5 ir daugiau mm.</w:t>
                    <w:br/>
                  </w:r>
                  <w:r>
                    <w:rPr>
                      <w:rFonts w:ascii="Sans Serif" w:hAnsi="Sans Serif" w:eastAsia="Sans Serif"/>
                      <w:sz val="8"/>
                    </w:rPr>
                    <w:t> </w:t>
                    <w:br/>
                  </w:r>
                  <w:r>
                    <w:rPr>
                      <w:rFonts w:ascii="Sans Serif" w:hAnsi="Sans Serif" w:eastAsia="Sans Serif"/>
                      <w:sz val="8"/>
                    </w:rPr>
                    <w:t>Kaitinant dideliu greičiu, perlito virsmas austenitu prasideda žymiai aukštesnėje temperatūroje negu kaitinant tradiciniois metodais (1,5-3,0 $^0$C/s). Dėl to paviršinio grūdinimo ADS temperatūra yra žymiai aukštesnė negu tradicinio grūdinimo temperatūra. Pavyzdžiui, plieno, turinčio 0,4 % C, įprastinio grūdinimo temperatūra yra 840-860 $^0$C, kaitinant indukciniu būdu 250 $^0$C/s greičiu, ji yra 880-920 $^0$C, o kaitinant 500 $^0$C/s greičiu -- 980-1020 $^0$C. Nors grūdinimo temperatūra aukšta, tačiau esant trumpai kaitinimo trukmei, austenito grūdeliai neišauga. Įkaitintas paviršius aušinamas vandeniu, rečiau alyva ar kitais skysčiais. Aušinama dušiniu būdu.</w:t>
                    <w:br/>
                  </w:r>
                  <w:r>
                    <w:rPr>
                      <w:rFonts w:ascii="Sans Serif" w:hAnsi="Sans Serif" w:eastAsia="Sans Serif"/>
                      <w:sz val="8"/>
                    </w:rPr>
                    <w:t> </w:t>
                    <w:br/>
                  </w:r>
                  <w:r>
                    <w:rPr>
                      <w:rFonts w:ascii="Sans Serif" w:hAnsi="Sans Serif" w:eastAsia="Sans Serif"/>
                      <w:sz val="8"/>
                    </w:rPr>
                    <w:t>Paviršiniu ADS būdu dažniausiai grūdinamas vidutinio anglingumo (0,4-0,5 % C) nelegiruotas ir legiruotas plienas. Kadangi užgrūdintame sluoksnyje susidaro labai dispersiškas martensitas ir dideli gniuždymo įtempimai, tai detalės paviršius būna 2-3 HRC vienetais kietesnis (55-62 HRC) negu po įprastinio grūdinimo. Paviršinis grūdinimas dažnai atliekamas su savaiminiu atsileidimu arba po grūdinimo atliekamas žemas atleidimas (160-200 $^0$C). Pastaruoju metu paviršiniam grūdinimui naudojamas elektronų, lazerio spinduliuotės bei kiti koncentruotos energijos srautai.</w:t>
                    <w:br/>
                  </w:r>
                  <w:r>
                    <w:rPr>
                      <w:rFonts w:ascii="Sans Serif" w:hAnsi="Sans Serif" w:eastAsia="Sans Serif"/>
                      <w:sz val="8"/>
                    </w:rPr>
                    <w:t> </w:t>
                    <w:br/>
                  </w:r>
                  <w:r>
                    <w:rPr>
                      <w:rFonts w:ascii="Sans Serif" w:hAnsi="Sans Serif" w:eastAsia="Sans Serif"/>
                      <w:sz val="8"/>
                    </w:rPr>
                    <w:t>**11. Plieno atleidimas**</w:t>
                    <w:br/>
                  </w:r>
                  <w:r>
                    <w:rPr>
                      <w:rFonts w:ascii="Sans Serif" w:hAnsi="Sans Serif" w:eastAsia="Sans Serif"/>
                      <w:sz val="8"/>
                    </w:rPr>
                    <w:t> </w:t>
                    <w:br/>
                  </w:r>
                  <w:r>
                    <w:rPr>
                      <w:rFonts w:ascii="Sans Serif" w:hAnsi="Sans Serif" w:eastAsia="Sans Serif"/>
                      <w:sz val="8"/>
                    </w:rPr>
                    <w:t>Užgrūdintas plienas atleidžiamas siekiant sumažinti grūdinimo įtempimus, kartu ir trapumą, bei padidinti jo plastiškumą ir smūginį tąsumą.</w:t>
                    <w:br/>
                  </w:r>
                  <w:r>
                    <w:rPr>
                      <w:rFonts w:ascii="Sans Serif" w:hAnsi="Sans Serif" w:eastAsia="Sans Serif"/>
                      <w:sz val="8"/>
                    </w:rPr>
                    <w:t> </w:t>
                    <w:br/>
                  </w:r>
                  <w:r>
                    <w:rPr>
                      <w:rFonts w:ascii="Sans Serif" w:hAnsi="Sans Serif" w:eastAsia="Sans Serif"/>
                      <w:sz val="8"/>
                    </w:rPr>
                    <w:t>Atleidimas yra galutinis plienų terminio apdorojimo procesas, kurio metu gaminiui suteikiamos reikiamas savybės. Didžiausią įtaką plieno savybėms turi atleidimo temperatūra. Atsižvelgiant į atleidimo temperatūrą, skiriami trys atleidimo būdai: žemas, vidutinis ir aukštas atleidimas.</w:t>
                  </w:r>
                </w:p>
              </w:txbxContent>
            </v:textbox>
            <w10:wrap type="none" anchorx="page" anchory="page"/>
          </v:shape>
        </w:pict>
      </w:r>
    </w:p>
    <w:p>
      <w:pPr>
        <w:spacing w:before="0" w:after="0"/>
      </w:pPr>
      <w:r>
        <w:pict>
          <v:shape style="position:absolute;left:466.87pt;top:64.01pt;width:348.64pt;height:467.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Žemojo atleidimo temperatūra dažniausiai yra 150-250 $^0$C ribose. Išlaikymo trukmė šioje temperatūroje 1-2,5 val. (stambiems gaminiams gali būti ilgesnė). Žemo atleidimo metu sumažėja grūdinimo įtempimai, grūdinimo martensitas virsta atleistu martensitu. Dėl to, lyginant su grūdintu plienu, truputį padidėja stiprumas bei tąsumas, nedaug tesumažėjus jo kietumui (plieno, kuriame yra 0,6-1,3 % C, kietumas lieka 58-63 HRC ribose). Žemas atleidimas taikomas metalo pjovimo įrankiams, pagamintiems iš anglinio ir nedaug legiruoto plieno, matavimo įrankiams, dylantiems gaminiams, termochemiškai sukietintiems (cementuotiems, nitrocementuotiems, cianuotiems) arba ADS užgrūdintiems gaminiams. Kai reikalingas didesnis plastiškumas, pavyzdžiui, smūginiams įrankiams, medžio apdorojimo įrankiams, atleidimo temperatūra turi būti aukštesnė - 220-270 $^0$C.</w:t>
                    <w:br/>
                  </w:r>
                  <w:r>
                    <w:rPr>
                      <w:rFonts w:ascii="Sans Serif" w:hAnsi="Sans Serif" w:eastAsia="Sans Serif"/>
                      <w:sz val="8"/>
                    </w:rPr>
                    <w:t> </w:t>
                    <w:br/>
                  </w:r>
                  <w:r>
                    <w:rPr>
                      <w:rFonts w:ascii="Sans Serif" w:hAnsi="Sans Serif" w:eastAsia="Sans Serif"/>
                      <w:sz val="8"/>
                    </w:rPr>
                    <w:t>Vidutinis atleidimas atliekamas 350-500 $^0$C temperatūroje. Orientacinė detalių išlaikymo trukmė šiose temperatūrose - 1-2 val. Vidutinio atleidimo metu pliene susiformuoja atleidimo trostito arba trostomartensitinė struktūra. Atleisto plieno kietumas ~ 40-50 HRC. Po vidutinio atleidimo plienas turi aukštą tamprumo ir patvarumo ribą. Dėl to toks atleidimas dažniausiai taikomas spyruoklėms ir panašios paskirties detalėms bei metalo apdorojimo štampams. Lingės bei spyruoklės atleistos 400-450 $^0$C temperatūroje, dažnai aušinamos vandenyje. Greitai aušinant spyruoklių paviršiuje susidaro gniuždymo įtempimai, padidinantys jų patvarumo ribą.</w:t>
                    <w:br/>
                  </w:r>
                  <w:r>
                    <w:rPr>
                      <w:rFonts w:ascii="Sans Serif" w:hAnsi="Sans Serif" w:eastAsia="Sans Serif"/>
                      <w:sz val="8"/>
                    </w:rPr>
                    <w:t> </w:t>
                    <w:br/>
                  </w:r>
                  <w:r>
                    <w:rPr>
                      <w:rFonts w:ascii="Sans Serif" w:hAnsi="Sans Serif" w:eastAsia="Sans Serif"/>
                      <w:sz val="8"/>
                    </w:rPr>
                    <w:t>Aukštas atleidimas atliekamas 500-680 $^0$C temperatūroje. Išlaikymo trukmė, priklausomai nuo gaminio masės, sudaro 1-6 val. (labai stambioms detalėms - kelias dešimtins val.). Aukštas atleidimas visiškai panaikina grūdinimo įtempimus. Jo metu pliene susidaro atleidimo sorbito struktūra. Po aukštojo atleidimo plienas įgyja optimalų mechaninių savybių kompleksą. Jis yra stiprus, plastiškas, tąsus ir ne perdaug kietas ( ~ 25-35 HRC). Toks atleidimas dažniausiai taikomas vidutinio anglingumo plienui (0,3-0,5 % C), kai reikalingas patvarumas ir smūginis tąsumas. Vengiant naujų įtempimų, po aukštojo atleidimo reikia aušinti lėtai-ore. Išimtis - grįžtamajam atleidimo trapumui linkę plienai. Juos reikia aušinti vandenyje arba alyvoje.</w:t>
                    <w:br/>
                  </w:r>
                  <w:r>
                    <w:rPr>
                      <w:rFonts w:ascii="Sans Serif" w:hAnsi="Sans Serif" w:eastAsia="Sans Serif"/>
                      <w:sz val="8"/>
                    </w:rPr>
                    <w:t> </w:t>
                    <w:br/>
                  </w:r>
                  <w:r>
                    <w:rPr>
                      <w:rFonts w:ascii="Sans Serif" w:hAnsi="Sans Serif" w:eastAsia="Sans Serif"/>
                      <w:sz val="8"/>
                    </w:rPr>
                    <w:t>Plieno sendinimas. Užgrūdinto anglinigo plieno gaminių matmenys laikui bėgant pamažu kinta. To priežastys yra liekamojo austenito virsmas martensitu ir lėtas laipsniškas grūdinimo įtempimų kitimas. Liekamasis austenitas panaikinamas arba stabilizuojamas apdorojant plieną šalčiu. Vidiniams įtempimams stabilizuoti gaminiai sendinami. Gaminiai sendinami, išlaikant juos 120-150 $^0$C temperatūroje 25-30 ir daugiau valandų. Rekomenduojamas tokia operacijų seka: grūdinimas, žemas atleidimas, šlifavimas, sendinimas, galutinis (svarusis) šlifavimas. Sendinamos tiksliosios detalės (pvz., riedėjimo guolių detalės), tikslieji matavimo įrankiai, pastovieji magnetai ir kiti preciziniai gaminiai.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7.29pt;top:61.06pt;width:365.35pt;height:460.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Kulikauskas, L. Medžiagotyra. Konstrukcinės medžiagos. – Vilnius: Žara, 1997 - 510 p.</w:t>
                    <w:br/>
                  </w:r>
                  <w:r>
                    <w:rPr>
                      <w:rFonts w:ascii="Sans Serif" w:hAnsi="Sans Serif" w:eastAsia="Sans Serif"/>
                      <w:sz val="8"/>
                    </w:rPr>
                    <w:t>2. V. Juodelis, J. Bendikas, A. V. Valiulis. Metalotyros pagrindai. Mokomoji knyga. 2-asis pataisytas ir papildytas leidimas. Vilnius: Technika, 2004. 159 p</w:t>
                    <w:br/>
                  </w:r>
                  <w:r>
                    <w:rPr>
                      <w:rFonts w:ascii="Sans Serif" w:hAnsi="Sans Serif" w:eastAsia="Sans Serif"/>
                      <w:sz val="8"/>
                    </w:rPr>
                    <w:t>3. A. Pavaras, A., Žvinys, J. Plienai. – Kaunas: Technologija, 1995 - 415 p.</w:t>
                    <w:br/>
                  </w:r>
                  <w:r>
                    <w:rPr>
                      <w:rFonts w:ascii="Sans Serif" w:hAnsi="Sans Serif" w:eastAsia="Sans Serif"/>
                      <w:sz val="8"/>
                    </w:rPr>
                    <w:t>4. Žvinys, J. Konstrukciniai lydiniai. I dalis. Ketus (žinynas). – Kaunas: Technologija, 1999 - 201 p.</w:t>
                    <w:br/>
                  </w:r>
                  <w:r>
                    <w:rPr>
                      <w:rFonts w:ascii="Sans Serif" w:hAnsi="Sans Serif" w:eastAsia="Sans Serif"/>
                      <w:sz val="8"/>
                    </w:rPr>
                    <w:t>4. Medekšas, H. Gaminių kokybė ir patikimumas. Kaunas. Technologija, - 2001. – 280 p.</w:t>
                    <w:br/>
                  </w:r>
                  <w:r>
                    <w:rPr>
                      <w:rFonts w:ascii="Sans Serif" w:hAnsi="Sans Serif" w:eastAsia="Sans Serif"/>
                      <w:sz val="8"/>
                    </w:rPr>
                    <w:t>5. Šniuolis, R., Žvinys, J. Inžinerinės medžiagos, mokomoji knyga. Šiauliai, 2001.--107 p.</w:t>
                    <w:br/>
                  </w:r>
                  <w:r>
                    <w:rPr>
                      <w:rFonts w:ascii="Sans Serif" w:hAnsi="Sans Serif" w:eastAsia="Sans Serif"/>
                      <w:sz val="8"/>
                    </w:rPr>
                    <w:t>6. Šulčius, A. Metalų korozija ir sauga. Kaunas. Technologija, - 1999.- 281 p.</w:t>
                    <w:br/>
                  </w:r>
                  <w:r>
                    <w:rPr>
                      <w:rFonts w:ascii="Sans Serif" w:hAnsi="Sans Serif" w:eastAsia="Sans Serif"/>
                      <w:sz val="8"/>
                    </w:rPr>
                    <w:t>7. Žvinys, J. Konstrukciniai lydiniai: IId. Spalvotieji metalai. Kaunas. Technologija, - 2000. – 666 p.</w:t>
                    <w:br/>
                  </w:r>
                  <w:r>
                    <w:rPr>
                      <w:rFonts w:ascii="Sans Serif" w:hAnsi="Sans Serif" w:eastAsia="Sans Serif"/>
                      <w:sz val="8"/>
                    </w:rPr>
                    <w:t>8. Valiulis, A.V. Naujos medžiagos. Vadovėlis. Vilnius: Technika, 2005. 280 p.</w:t>
                    <w:br/>
                  </w:r>
                  <w:r>
                    <w:rPr>
                      <w:rFonts w:ascii="Sans Serif" w:hAnsi="Sans Serif" w:eastAsia="Sans Serif"/>
                      <w:sz val="8"/>
                    </w:rPr>
                    <w:t>9. Higgins, R. A. Engineering Metallurgy. Part 1. Applied Physical metallurgy. London: Edward Arnold. 1993 - 545 p.</w:t>
                    <w:br/>
                  </w:r>
                  <w:r>
                    <w:rPr>
                      <w:rFonts w:ascii="Sans Serif" w:hAnsi="Sans Serif" w:eastAsia="Sans Serif"/>
                      <w:sz val="8"/>
                    </w:rPr>
                    <w:t>10. M. F. Ashby Engineering materials 2. An Introduction to Microstructures, Processing and Design. Oxford: Pergamon Press. 1992 - 369 p.</w:t>
                    <w:br/>
                  </w:r>
                  <w:r>
                    <w:rPr>
                      <w:rFonts w:ascii="Sans Serif" w:hAnsi="Sans Serif" w:eastAsia="Sans Serif"/>
                      <w:sz val="8"/>
                    </w:rPr>
                    <w:t>11. ASM Handbok. Vol. 9. Metallography and Microstructures. USA, ASM International. 2000 - 775 p.</w:t>
                    <w:br/>
                  </w:r>
                  <w:r>
                    <w:rPr>
                      <w:rFonts w:ascii="Sans Serif" w:hAnsi="Sans Serif" w:eastAsia="Sans Serif"/>
                      <w:sz val="8"/>
                    </w:rPr>
                    <w:t>12. Krishan K. Chawla. Composite Materials. Science And Engineering. New York.: Springer. 2001 - 481 p.</w:t>
                    <w:br/>
                  </w:r>
                  <w:r>
                    <w:rPr>
                      <w:rFonts w:ascii="Sans Serif" w:hAnsi="Sans Serif" w:eastAsia="Sans Serif"/>
                      <w:sz val="8"/>
                    </w:rPr>
                    <w:t>13. Shrier L., Jarman R.A., Burstein G.T., Corrosion. University of Cambridge. 1994. 2 Volumes. 1408 p.p. ISBN 07 506 L 1077 8.</w:t>
                    <w:br/>
                  </w:r>
                  <w:r>
                    <w:rPr>
                      <w:rFonts w:ascii="Sans Serif" w:hAnsi="Sans Serif" w:eastAsia="Sans Serif"/>
                      <w:sz val="8"/>
                    </w:rPr>
                    <w:t>14. Metals Handbook. Vol. 6. Welding, Brazing, and Soldering. USA, ASM International. 2000 – 1299 p.</w:t>
                    <w:br/>
                  </w:r>
                  <w:r>
                    <w:rPr>
                      <w:rFonts w:ascii="Sans Serif" w:hAnsi="Sans Serif" w:eastAsia="Sans Serif"/>
                      <w:sz val="8"/>
                    </w:rPr>
                    <w:t>15. John C. Lippold, Damian J. Kotecki. Welding Metallurgy and Weldability if Stainless Steels. Copyright © 2005 by John Wiley &amp; Sons Inc., Hoboken, New Jersey. Published simultaneonsly in Canada. 357 p.</w:t>
                    <w:br/>
                  </w:r>
                  <w:r>
                    <w:rPr>
                      <w:rFonts w:ascii="Sans Serif" w:hAnsi="Sans Serif" w:eastAsia="Sans Serif"/>
                      <w:sz val="8"/>
                    </w:rPr>
                    <w:t>16. Wysiecki, M. Nowoczesne materiały narzędziowe. Warszawa. Wydawnictwa Naukowo-Techniczne, - 1997. – 176 p.</w:t>
                    <w:br/>
                  </w:r>
                  <w:r>
                    <w:rPr>
                      <w:rFonts w:ascii="Sans Serif" w:hAnsi="Sans Serif" w:eastAsia="Sans Serif"/>
                      <w:sz val="8"/>
                    </w:rPr>
                    <w:t>17. Leszek A. Dobrzanski. Metalowe materiały inżynierskie. WNT. Warszawa, 2004.- 888 p.</w:t>
                    <w:br/>
                  </w:r>
                  <w:r>
                    <w:rPr>
                      <w:rFonts w:ascii="Sans Serif" w:hAnsi="Sans Serif" w:eastAsia="Sans Serif"/>
                      <w:sz val="8"/>
                    </w:rPr>
                    <w:t>18. Акулов, А.И. и др. Технология и оборудование сварки плавлением и термической резки.- Москва.: Машиностроение. 2003.- 560 с.</w:t>
                    <w:br/>
                  </w:r>
                  <w:r>
                    <w:rPr>
                      <w:rFonts w:ascii="Sans Serif" w:hAnsi="Sans Serif" w:eastAsia="Sans Serif"/>
                      <w:sz val="8"/>
                    </w:rPr>
                    <w:t>19. Арзамасов, Б.Н. и др. Материаловедение: 3-ое издание исправленное и дополненное. Москва.: Издательство МГТУ им. Баумана. 2002.- 648 с.</w:t>
                    <w:br/>
                  </w:r>
                  <w:r>
                    <w:rPr>
                      <w:rFonts w:ascii="Sans Serif" w:hAnsi="Sans Serif" w:eastAsia="Sans Serif"/>
                      <w:sz val="8"/>
                    </w:rPr>
                    <w:t>20. Винокуров, В.А. и др. Сварные конструкции. Механика разрушения и критерии работоспособности. – Москва.: Машиностроение. 1996.- 576 с.</w:t>
                    <w:br/>
                  </w:r>
                  <w:r>
                    <w:rPr>
                      <w:rFonts w:ascii="Sans Serif" w:hAnsi="Sans Serif" w:eastAsia="Sans Serif"/>
                      <w:sz val="8"/>
                    </w:rPr>
                    <w:t>21. Новые материалы. Колл. авторов. Под научной редакцией Ю.С.Карабасова. – Москва: "МИСИС". - 2002 -736 с.</w:t>
                    <w:br/>
                  </w:r>
                  <w:r>
                    <w:rPr>
                      <w:rFonts w:ascii="Sans Serif" w:hAnsi="Sans Serif" w:eastAsia="Sans Serif"/>
                      <w:sz val="8"/>
                    </w:rPr>
                    <w:t>22. Хромченко Ф.А. Справочное пособие электросварщика. Москва: Машиностроение, 2003. – 416 с. ISBN5-217-03168-9</w:t>
                    <w:br/>
                  </w:r>
                  <w:r>
                    <w:rPr>
                      <w:rFonts w:ascii="Sans Serif" w:hAnsi="Sans Serif" w:eastAsia="Sans Serif"/>
                      <w:sz val="8"/>
                    </w:rPr>
                    <w:t>23. http://www.splav.kharkov.com</w:t>
                    <w:br/>
                  </w:r>
                  <w:r>
                    <w:rPr>
                      <w:rFonts w:ascii="Sans Serif" w:hAnsi="Sans Serif" w:eastAsia="Sans Serif"/>
                      <w:sz val="8"/>
                    </w:rPr>
                    <w:t>24. http://www.steels.ru</w:t>
                    <w:br/>
                  </w:r>
                  <w:r>
                    <w:rPr>
                      <w:rFonts w:ascii="Sans Serif" w:hAnsi="Sans Serif" w:eastAsia="Sans Serif"/>
                      <w:sz val="8"/>
                    </w:rPr>
                    <w:t>25. http://www.svarca.ru</w:t>
                    <w:br/>
                  </w:r>
                  <w:r>
                    <w:rPr>
                      <w:rFonts w:ascii="Sans Serif" w:hAnsi="Sans Serif" w:eastAsia="Sans Serif"/>
                      <w:sz val="8"/>
                    </w:rPr>
                    <w:t>26. http://www.lsd.lt</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